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22F35" w14:textId="77777777" w:rsidR="00A0774E" w:rsidRDefault="00AB080A">
      <w:pPr>
        <w:pStyle w:val="Title"/>
      </w:pPr>
      <w:r>
        <w:t>Livestock Farm Monitor Project</w:t>
      </w:r>
    </w:p>
    <w:p w14:paraId="3B59E24A" w14:textId="77777777" w:rsidR="00A0774E" w:rsidRPr="00B862C1" w:rsidRDefault="00AB080A">
      <w:pPr>
        <w:pStyle w:val="Subtitle"/>
        <w:rPr>
          <w:color w:val="auto"/>
        </w:rPr>
      </w:pPr>
      <w:r w:rsidRPr="00B862C1">
        <w:rPr>
          <w:color w:val="auto"/>
        </w:rPr>
        <w:t>Appendix tables 2025–26</w:t>
      </w:r>
    </w:p>
    <w:p w14:paraId="024B0927" w14:textId="77777777" w:rsidR="00A0774E" w:rsidRDefault="00AB080A">
      <w:r>
        <w:rPr>
          <w:i/>
        </w:rPr>
        <w:t>Accessible Word version of the appendix tables from the Victoria Annual Report 2025–26. Tables are presented in report order.</w:t>
      </w:r>
    </w:p>
    <w:p w14:paraId="13AACF99" w14:textId="77777777" w:rsidR="00A0774E" w:rsidRDefault="00AB080A">
      <w:r>
        <w:br w:type="page"/>
      </w:r>
    </w:p>
    <w:p w14:paraId="1AEADD6E" w14:textId="77777777" w:rsidR="00A0774E" w:rsidRDefault="00AB080A">
      <w:pPr>
        <w:pStyle w:val="Heading1"/>
      </w:pPr>
      <w:r>
        <w:lastRenderedPageBreak/>
        <w:t>Table A1</w:t>
      </w:r>
    </w:p>
    <w:p w14:paraId="3F3D7BF5" w14:textId="77777777" w:rsidR="00A0774E" w:rsidRDefault="00AB080A">
      <w:pPr>
        <w:pStyle w:val="Heading2"/>
      </w:pPr>
      <w:r>
        <w:t>Report appendix page 22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A1"/>
        <w:tblDescription w:val="Data table extracted from the 2025-26 Livestock Farm Monitor Project annual report appendix."/>
      </w:tblPr>
      <w:tblGrid>
        <w:gridCol w:w="1026"/>
        <w:gridCol w:w="1026"/>
        <w:gridCol w:w="1026"/>
        <w:gridCol w:w="1028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</w:tblGrid>
      <w:tr w:rsidR="00A0774E" w14:paraId="527A91DD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C94C48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803DA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Whole-farm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CACF5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Profit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803C7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Performance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9CFD4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AE128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Statewide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093DD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969D4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1B7D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BD0F4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00E6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8DE0A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F0DB9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25C13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71669F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048D6061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3ABCA7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6425B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06B4A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4DD4E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ED27B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1871E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D6017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03BAB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Earnings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1F52C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Interest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B6802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5ED09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75708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6A909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397E1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A82482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240338A3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B711DA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349CE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74396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CB55C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Gross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A6649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6E092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616F7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FDE35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before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07B33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73DFD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5EE2D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Net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30501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Return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7DF00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Return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6E1CA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Variable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4EF469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10E9ED74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A08C8C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3CADB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E099D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Number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7BE4F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0ABEC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Variable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46A2B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Overhead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DD94C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A0B29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Interest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EF213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lease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DA323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C45B4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EE14E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A4833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4994C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DDE6B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Overhead</w:t>
            </w:r>
          </w:p>
        </w:tc>
      </w:tr>
      <w:tr w:rsidR="00A0774E" w14:paraId="227D56E3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473A3A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91C10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No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A6EA0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of farms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6E03F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9BBFC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18F7F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EE24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0DB85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and Tax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66489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FC626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592D6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2F32D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Assets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BE2FF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Equity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42994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ratio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FF196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 ratio</w:t>
            </w:r>
          </w:p>
        </w:tc>
      </w:tr>
      <w:tr w:rsidR="00A0774E" w14:paraId="384FE9C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7B023B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115B0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DD6A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total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3EB2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per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5507F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1F7DC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28F61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76809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2EFFD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19816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5D29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EBB41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6948D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1B986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B2616A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4706304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C7B7E7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E6FF7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E478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category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E592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3135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E7E2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D6701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963A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498A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4F66F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2EBC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EFEA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F0E8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08E3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VC/GFI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0A23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OH/GFI</w:t>
            </w:r>
          </w:p>
        </w:tc>
      </w:tr>
      <w:tr w:rsidR="00A0774E" w14:paraId="1BE144D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761A1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Total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D47E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cash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0A09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income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2403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category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A74B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F5F30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79492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F94A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A3FE4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5DE9B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DCE7A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B0C6E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CAFA0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E60F1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DEDD6B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2042C54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19AB7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&lt;$620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D3CE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983A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F90C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7382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500AA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B586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005F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5D92B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D233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161C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5E25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BF2F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9780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0.75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30B2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0.77</w:t>
            </w:r>
          </w:p>
        </w:tc>
      </w:tr>
      <w:tr w:rsidR="00A0774E" w14:paraId="06E87B7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96098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$620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F791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 - $1.3m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8B1F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3542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1,504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368E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F2A80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253B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7631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57C4C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2465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4A3E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489A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67C3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BA56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85F3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0.33</w:t>
            </w:r>
          </w:p>
        </w:tc>
      </w:tr>
      <w:tr w:rsidR="00A0774E" w14:paraId="43F6583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D631F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$1.3m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47BC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 $2.5m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1675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B21F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1,624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6D60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26C8F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F8DD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438C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7CECE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9984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6CE0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EDD4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10A7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0090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B9FB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0.29</w:t>
            </w:r>
          </w:p>
        </w:tc>
      </w:tr>
      <w:tr w:rsidR="00A0774E" w14:paraId="5980B8B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A2962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&gt;$2.5m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668EF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8844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B1D1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1,898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BB77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F3626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1418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07B6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ED701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F251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2928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0EC7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146F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F7DC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C24F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0.21</w:t>
            </w:r>
          </w:p>
        </w:tc>
      </w:tr>
      <w:tr w:rsidR="00A0774E" w14:paraId="6ACD6DD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3C5114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FF30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Statewide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E151A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05815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3F467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7EF9A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3B6A6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6D03C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378C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25C4B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F9C82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7F4D7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CB9FE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C23A4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43B6ED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7E88BDE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FC102C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0549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CF00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62B8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1,569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3B70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4E945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9D3A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CBAE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FCB0E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1B78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FD71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F461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3BE1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3770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F001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0.40</w:t>
            </w:r>
          </w:p>
        </w:tc>
      </w:tr>
      <w:tr w:rsidR="00A0774E" w14:paraId="5139481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EAC200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216D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Whole-farm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8283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Feed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060D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Information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4B9D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–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D9BA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Statewide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CC74C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A91CE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C7D57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550B7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A6FC1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2239C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0E5F7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70C3C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136C94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7359471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8FDB39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D9E20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C071C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DA57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570DF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BF7B8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F27F6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0E3C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Grazed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46234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C345A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5538F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7664D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069C1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9EE2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76EC6F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682378E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087B32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6AF82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BF5C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Farm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51E34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8A1E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Total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BFDA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Financial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2C6D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6FE8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pasture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4150B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C248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Homegrown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54320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1046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Purchased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5B74A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97ED8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806EB1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25C524A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E238BE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A7B06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2768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stocking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DC794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2668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financial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93F9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Year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D4C6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Rainfall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D6D3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consump-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7360D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571E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supp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3815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feed in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A7E0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feed in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6D1D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the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1BEC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Phosphorus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4AE8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Phosphorus</w:t>
            </w:r>
          </w:p>
        </w:tc>
      </w:tr>
      <w:tr w:rsidR="00A0774E" w14:paraId="5C29AD6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1AF09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Farm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8C51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No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209A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rate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C9C2B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40CF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year rainfall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7026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percentage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91B1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tion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47FBB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8FB3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the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E26B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diet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35B73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C2C9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diet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B9B5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76D1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applied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60DD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applied</w:t>
            </w:r>
          </w:p>
        </w:tc>
      </w:tr>
      <w:tr w:rsidR="00A0774E" w14:paraId="53B8A0B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ED4D03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B03FB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88F7D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99D5D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AC889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00141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109D0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654FD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B3CD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F1F3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of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24814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7F88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 of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9196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kg/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36956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0EE6CA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613DD5B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FA2AF9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4F8FE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4FD40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84EA5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1F5D2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4689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 of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12DAA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5B6AD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1EDE6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47BC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total 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05873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2098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total 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95B20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DC6D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pasture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531447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76E7509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3C92F1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DDE9A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58F4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DSE/ha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9559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86124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77FD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3FD5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E47A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tDM/ha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2B05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9176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consumed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7B0FA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14FB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consumed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0C91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341E6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7E14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 kg/DSE</w:t>
            </w:r>
          </w:p>
        </w:tc>
      </w:tr>
      <w:tr w:rsidR="00A0774E" w14:paraId="5C5B7A0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0BBC3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Total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40AA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cash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E746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income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317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category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1A3E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ECD4F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B259B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28FA2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1286B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C7B3D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4AF4E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A22BC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76D77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35252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E048F3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03D3048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66348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&lt;$620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F986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9A0DE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141F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14.7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15B1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4573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7772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6ED2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88135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5BED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A3736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9028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65825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46CC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10E2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</w:t>
            </w:r>
          </w:p>
        </w:tc>
      </w:tr>
      <w:tr w:rsidR="00A0774E" w14:paraId="20FBD49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61277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$620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343F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 - $1.3m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84267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C430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14.1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8251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7DE3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99%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9B3D8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9405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B3996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1000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02F9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2C51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41FC1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71FF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7469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0.7</w:t>
            </w:r>
          </w:p>
        </w:tc>
      </w:tr>
      <w:tr w:rsidR="00A0774E" w14:paraId="5ACAF1F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1714E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$1.3m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897A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 $2.5m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3E632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6F26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15.0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254A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B290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56DC4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4D3E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5FA82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C26C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BC16C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C24E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38EAF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9ADF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8E15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0.8</w:t>
            </w:r>
          </w:p>
        </w:tc>
      </w:tr>
      <w:tr w:rsidR="00A0774E" w14:paraId="7663E1E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B13A9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&gt;$2.5m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22877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B4497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73DE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14.4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32A1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7392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B98D8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7714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59CBD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EDB5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4855B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0C65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A0D4E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144D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DAE3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0.8</w:t>
            </w:r>
          </w:p>
        </w:tc>
      </w:tr>
      <w:tr w:rsidR="00A0774E" w14:paraId="60CF2E0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DEF40C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455D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Statewide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33362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B088E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81A60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CAD0F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BEF0E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2C22E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44147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D11E2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7D7AC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DB22B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D0AAB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310FB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347090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78C6965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25F480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2195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651F3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6C47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14.5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11C2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650D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CE836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93E6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092A6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AC57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996E8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3223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8FC6F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D0DC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99B5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0.7</w:t>
            </w:r>
          </w:p>
        </w:tc>
      </w:tr>
      <w:tr w:rsidR="00A0774E" w14:paraId="2084C29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828243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CC2B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Pasture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AE45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costs –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AAB5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Statewide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FDF07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FF842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7D0A4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01393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FCB59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CF4E0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F22DA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CE2CD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9B37E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BC862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73CCCE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1A62F58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2B01B0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EC920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AC0A1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0CCB0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D4E8B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F077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35382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B727F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8466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Contract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5FF25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DFC9E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51201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48302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6B108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65906F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7C3E305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71F19D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4F0F5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0D623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7E96F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71CB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Weed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981A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Hay &amp;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39D0C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0A9F8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9704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pasture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8D5E1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5F307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D3CB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Other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295E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08C4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Total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70D8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Total</w:t>
            </w:r>
          </w:p>
        </w:tc>
      </w:tr>
      <w:tr w:rsidR="00A0774E" w14:paraId="4254A6E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D187AB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E93F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8E893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342A0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3D17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and pest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A827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Silage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F7A5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Fuel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88E67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FE87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renovation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91AD7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B775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Casual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3605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pasture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75A4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Irrigation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349A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pasture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13CA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pasture</w:t>
            </w:r>
          </w:p>
        </w:tc>
      </w:tr>
      <w:tr w:rsidR="00A0774E" w14:paraId="4991C1A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9385E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Farm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8563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No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40A1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Fertiliser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7ABB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Seed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7D09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control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E9D5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Making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A974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&amp; Oil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EAC1D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1B07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operations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028F5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4254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labour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A40C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costs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702A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costs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2B30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costs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DFEC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costs</w:t>
            </w:r>
          </w:p>
        </w:tc>
      </w:tr>
      <w:tr w:rsidR="00A0774E" w14:paraId="54995B8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BDFC6D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89D19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3B63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57B7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208A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75BA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82EF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25C6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4BAED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7FF0F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4CBC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F4DD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D77C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DD39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F74E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</w:tr>
      <w:tr w:rsidR="00A0774E" w14:paraId="1DD7B07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597C2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Total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FC8E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cash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F0D6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income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628D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category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EC70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B14EC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28195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61BBE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738DA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0EF52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DE86F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EDAB3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CE613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74DEC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92BFDF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2BD074A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99B8F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&lt;$620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5ADA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7BDA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6DCD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6297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4D36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2F4C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A0FDB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32B2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F48C2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B11A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627B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172E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5B5A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9FD5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</w:tr>
      <w:tr w:rsidR="00A0774E" w14:paraId="4E17254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17791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$620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8C51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 - $1.3m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224A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90B8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0913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2B88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2710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BEDB1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E784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D5F45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0B67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8F69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C2D9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307A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D93D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</w:tr>
      <w:tr w:rsidR="00A0774E" w14:paraId="58C00D5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FE70C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$1.3m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398D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 $2.5m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0500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E3A4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3C9E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A8D1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78C2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C50E2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BBBF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A34F6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2B46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4987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CF4C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AEF7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598E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</w:tr>
      <w:tr w:rsidR="00A0774E" w14:paraId="39C1D39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CBF44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&gt;$2.5m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6835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D159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6C52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B20D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C61F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B30D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0C459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D79D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D2A40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EA8D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41AC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7813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928E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6C81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</w:tr>
      <w:tr w:rsidR="00A0774E" w14:paraId="5C5CA48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DE336C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6796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Statewide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090F5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9DAF5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5D058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AB0E1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47C18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D8FF3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C29A6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AAEDB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6F30A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AAF52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8AA0C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467EB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78AB9F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5A2CDBF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2026CE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7D98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47EE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8738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7CA4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C490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EE1A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6F237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AF59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0A61B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5383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D633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716A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14E5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A7DF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</w:tr>
    </w:tbl>
    <w:p w14:paraId="05FE74C9" w14:textId="77777777" w:rsidR="00A0774E" w:rsidRDefault="00AB080A">
      <w:r>
        <w:br w:type="page"/>
      </w:r>
    </w:p>
    <w:p w14:paraId="0DD2FA65" w14:textId="77777777" w:rsidR="00A0774E" w:rsidRDefault="00AB080A">
      <w:pPr>
        <w:pStyle w:val="Heading1"/>
      </w:pPr>
      <w:r>
        <w:lastRenderedPageBreak/>
        <w:t>Table A4</w:t>
      </w:r>
    </w:p>
    <w:p w14:paraId="71DCB115" w14:textId="77777777" w:rsidR="00A0774E" w:rsidRDefault="00AB080A">
      <w:pPr>
        <w:pStyle w:val="Heading2"/>
      </w:pPr>
      <w:r>
        <w:t>Report appendix page 23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A4"/>
        <w:tblDescription w:val="Data table extracted from the 2025-26 Livestock Farm Monitor Project annual report appendix."/>
      </w:tblPr>
      <w:tblGrid>
        <w:gridCol w:w="1026"/>
        <w:gridCol w:w="1026"/>
        <w:gridCol w:w="1026"/>
        <w:gridCol w:w="1026"/>
        <w:gridCol w:w="1027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</w:tblGrid>
      <w:tr w:rsidR="00A0774E" w14:paraId="127DD5DD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825BE7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0C8EB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Overhead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CB447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 –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0D6D9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Statewide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32A2E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9F8E3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1EF9B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5DD9F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7E8F8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55D30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8CFC5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B8B4A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F71C7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0D05F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AA6F54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249D7E3B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824BCB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A2495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E3867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AA40A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7E6E4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58809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49030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071BC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C0BBF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F8C2E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Other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5B257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B9FE0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52652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FF352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A6E49F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7949BB06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006870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B363B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04FA7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0A37D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0C45C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DE095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18EF8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A8D16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751B7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ABFBB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cash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E4D15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3F7DA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C425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F24F3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Owner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D52DC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</w:tr>
      <w:tr w:rsidR="00A0774E" w14:paraId="32F4FDB2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98DAEE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1398C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D8EC9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Permanent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F98F6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FF833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Repairs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59A72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6F4D3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electricity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F288D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790AD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A2508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overhead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F8CE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0EFF5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67971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1CDE7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operator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8F7E8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overhead</w:t>
            </w:r>
          </w:p>
        </w:tc>
      </w:tr>
      <w:tr w:rsidR="00A0774E" w14:paraId="45A7FB7F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B55F8A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1F351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No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443B8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staff cost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AC55E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67562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maintenance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61FA7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D2028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B75BA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insurance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438CA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Rates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78AA7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30FE2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933DB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Depreciation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B27E2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9D6EC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labour cost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F003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</w:t>
            </w:r>
          </w:p>
        </w:tc>
      </w:tr>
      <w:tr w:rsidR="00A0774E" w14:paraId="1B0D8F3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6815D8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1AF01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7956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E73D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356FC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0E415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EE9A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B19F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50BA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0FF9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E928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CE1B1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F2B93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B86E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642C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</w:tr>
      <w:tr w:rsidR="00A0774E" w14:paraId="7D52F1D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3BE5B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Total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E90B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cash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7D55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income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574D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category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3C7C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778CD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6251D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EB9BF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CB6FA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865B1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62496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A663B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4C03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31082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13528F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09B0D5B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15BB2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&lt;$620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B971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32EE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EA974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BAD8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1A736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C90F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5541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BE71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25E4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CED82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4883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DE2CB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6760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ECC7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653</w:t>
            </w:r>
          </w:p>
        </w:tc>
      </w:tr>
      <w:tr w:rsidR="00A0774E" w14:paraId="5BB3FF9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030D9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$620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2C4F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 - $1.3m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FFAE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DAB03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A675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F311A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F97C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2646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6B50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EDBB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34BDF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67BB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9FEA0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E0E9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6F80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462</w:t>
            </w:r>
          </w:p>
        </w:tc>
      </w:tr>
      <w:tr w:rsidR="00A0774E" w14:paraId="01CFCD0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60241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$1.3m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5616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 $2.5m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9B75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044CA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FDD8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76997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E94C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1A84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4C90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5BF1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394F7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AA40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6AF8C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D776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EE2A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461</w:t>
            </w:r>
          </w:p>
        </w:tc>
      </w:tr>
      <w:tr w:rsidR="00A0774E" w14:paraId="0AF4C02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F84D2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&gt;$2.5m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B45D9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77F9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BE7AB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757D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60DB6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CE09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5A38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297C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99FA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36EB6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F0B3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21C42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6F09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DB8E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378</w:t>
            </w:r>
          </w:p>
        </w:tc>
      </w:tr>
      <w:tr w:rsidR="00A0774E" w14:paraId="12F74CF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7C3AA2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E247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Statewide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EFDD3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077FC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BE7AA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73D4F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BF185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16D74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4D34F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F63C8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7CDB7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FD191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B8303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1DA16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C642A4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4385175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509332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2BBB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C441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02D0C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1105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FD1B2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083C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FF38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1768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018B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5685B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53A7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5B13C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12EB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E8F8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488</w:t>
            </w:r>
          </w:p>
        </w:tc>
      </w:tr>
      <w:tr w:rsidR="00A0774E" w14:paraId="32DC002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DCFAEF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9381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Enterprise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E00E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Mix and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A83D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Labour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3E28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–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9D01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Statewide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5C763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2FDF0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8C724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08DA0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9FDB0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A3BCF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955A9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C0832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737F00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00FB39A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FE1016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BBFFD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53ECB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AD3F7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686BE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01703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39BC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Labour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FD828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8536F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9B0F0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9C633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9665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Proportion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BA44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of cash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E574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income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C454EF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50F01D2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E08E6B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C4804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7A0E3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7F44F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84CBE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8F74E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8376F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76AC8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C6957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617D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Beef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2AD38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010D7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6DCBD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31F9D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4B1E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Other</w:t>
            </w:r>
          </w:p>
        </w:tc>
      </w:tr>
      <w:tr w:rsidR="00A0774E" w14:paraId="4AA0911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9C6F0A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5C99B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82CFF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70E43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EFCF4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EF7A3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3126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Owner/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9B89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Labour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F4CB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Labour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31EB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cattle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13B4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Sheep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0FF7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Wool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A742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Grain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AFD91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27F9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farm</w:t>
            </w:r>
          </w:p>
        </w:tc>
      </w:tr>
      <w:tr w:rsidR="00A0774E" w14:paraId="1BC152B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EC20D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Farm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B586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No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F653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Permanent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F569B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E494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Contract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24AD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Casual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11DF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Operator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BC7F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efficiency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66AA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efficiency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B9E7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sales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0438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sales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0332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sales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C40D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sales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4001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Agistment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805E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income</w:t>
            </w:r>
          </w:p>
        </w:tc>
      </w:tr>
      <w:tr w:rsidR="00A0774E" w14:paraId="00C02BB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8ED619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B86FF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AB82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AF2F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C3F1E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2536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AD08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24D8C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9C28F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DCAF8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46841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45589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647F9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7F521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7D29F9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5575668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59176A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E42FD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0C84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of total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37A5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of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C9F3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total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9F36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of total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E91C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of total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F0EF0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0DB21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75BCB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D5F10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8C81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63CF0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0B279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FA03ED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5C8B68B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EC05B1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A3224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67DD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FTE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A3CF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FTE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67493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7135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FTE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2D8D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FTE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A3C6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ha/FTE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FE69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DSE/FTE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3393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9B4D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F634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37AE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2CD9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A4E9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</w:tr>
      <w:tr w:rsidR="00A0774E" w14:paraId="5C7A4BB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3DD5E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Total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44D8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cash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4342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income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CEF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category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7E00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E90DD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C42C3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E2499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2D5A5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EF1EC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7BD4F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A4DA9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61F5A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19964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A70BBF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360DAB7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B7A78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&lt;$620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A411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3ACC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BC12D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2C9C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76EA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FD1D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6A6D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EBDD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3,555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AF65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E473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2D25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F5C7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FE83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0F32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</w:tr>
      <w:tr w:rsidR="00A0774E" w14:paraId="6FCEC9C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775BA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$620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03FF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 - $1.3m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7503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25EC5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E824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DDDD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889C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DE0D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AF22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4,305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C0B3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B725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2320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AC96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1F76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037C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</w:tr>
      <w:tr w:rsidR="00A0774E" w14:paraId="4BA91AA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20925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$1.3m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9BF2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 $2.5m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ACFD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934C8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EC3A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96B1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333F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052A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3C11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5,134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78CB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1E4C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63AB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C59D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3410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6B91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</w:tr>
      <w:tr w:rsidR="00A0774E" w14:paraId="7E73399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7084E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&gt;$2.5m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A89FD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09AF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99409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5028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21B3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EBDE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D2A9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B676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6,179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DE5A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3385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8D4C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C2D4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7220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48C9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9%</w:t>
            </w:r>
          </w:p>
        </w:tc>
      </w:tr>
      <w:tr w:rsidR="00A0774E" w14:paraId="1543228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75D19E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F759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Statewide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3F475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A1404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2AE16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169D9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A95E6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97BBD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0DC47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375DF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1C271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157CB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5D879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26836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8C6D1F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29AC286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8FFD24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EF2A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2E90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6262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6190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0242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B062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AE7A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8CD2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4,793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6EEF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E731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54B6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DE9B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1334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D0A7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</w:tr>
    </w:tbl>
    <w:p w14:paraId="4C979498" w14:textId="77777777" w:rsidR="00A0774E" w:rsidRDefault="00AB080A">
      <w:r>
        <w:br w:type="page"/>
      </w:r>
    </w:p>
    <w:p w14:paraId="6E2C717E" w14:textId="77777777" w:rsidR="00A0774E" w:rsidRDefault="00AB080A">
      <w:pPr>
        <w:pStyle w:val="Heading1"/>
      </w:pPr>
      <w:r>
        <w:lastRenderedPageBreak/>
        <w:t>Table A6</w:t>
      </w:r>
    </w:p>
    <w:p w14:paraId="3A0AECA7" w14:textId="77777777" w:rsidR="00A0774E" w:rsidRDefault="00AB080A">
      <w:pPr>
        <w:pStyle w:val="Heading2"/>
      </w:pPr>
      <w:r>
        <w:t>Report appendix page 24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A6"/>
        <w:tblDescription w:val="Data table extracted from the 2025-26 Livestock Farm Monitor Project annual report appendix."/>
      </w:tblPr>
      <w:tblGrid>
        <w:gridCol w:w="1100"/>
        <w:gridCol w:w="1100"/>
        <w:gridCol w:w="1100"/>
        <w:gridCol w:w="1100"/>
        <w:gridCol w:w="1100"/>
        <w:gridCol w:w="1100"/>
        <w:gridCol w:w="1100"/>
        <w:gridCol w:w="1100"/>
        <w:gridCol w:w="1100"/>
        <w:gridCol w:w="1100"/>
        <w:gridCol w:w="1100"/>
        <w:gridCol w:w="1100"/>
        <w:gridCol w:w="1100"/>
        <w:gridCol w:w="1100"/>
      </w:tblGrid>
      <w:tr w:rsidR="00A0774E" w14:paraId="0E61213B" w14:textId="77777777">
        <w:trPr>
          <w:tblHeader/>
          <w:jc w:val="center"/>
        </w:trPr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25A280" w14:textId="77777777" w:rsidR="00A0774E" w:rsidRDefault="00A0774E">
            <w:pPr>
              <w:spacing w:after="0" w:line="240" w:lineRule="auto"/>
            </w:pP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D7EE8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Capital</w:t>
            </w: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E7803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structure</w:t>
            </w: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2DEA5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</w:t>
            </w: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84B05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Statewide</w:t>
            </w: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6E39D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AEFD4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382BE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F9B20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2ED62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DBB2A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61618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E715A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3604C1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325E08CA" w14:textId="77777777">
        <w:trPr>
          <w:tblHeader/>
          <w:jc w:val="center"/>
        </w:trPr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4481FE" w14:textId="77777777" w:rsidR="00A0774E" w:rsidRDefault="00A0774E">
            <w:pPr>
              <w:spacing w:after="0" w:line="240" w:lineRule="auto"/>
            </w:pP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3BB18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169A7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302B2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area</w:t>
            </w: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F38CC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6C3E1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9751C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29DDB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asset</w:t>
            </w: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2CABA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components</w:t>
            </w: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C2C3A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D95D6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E0E99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Debt</w:t>
            </w: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6D65D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and equity</w:t>
            </w: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EA0210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491C7332" w14:textId="77777777">
        <w:trPr>
          <w:tblHeader/>
          <w:jc w:val="center"/>
        </w:trPr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83F337" w14:textId="77777777" w:rsidR="00A0774E" w:rsidRDefault="00A0774E">
            <w:pPr>
              <w:spacing w:after="0" w:line="240" w:lineRule="auto"/>
            </w:pP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1669E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E9DCD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C9419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E583C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FD98B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D7ED5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B8BBB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05E2D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DB8AD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6A8AA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5566F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5B936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31C9EE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72C5C2F4" w14:textId="77777777">
        <w:trPr>
          <w:tblHeader/>
          <w:jc w:val="center"/>
        </w:trPr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7C26CB" w14:textId="77777777" w:rsidR="00A0774E" w:rsidRDefault="00A0774E">
            <w:pPr>
              <w:spacing w:after="0" w:line="240" w:lineRule="auto"/>
            </w:pP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E92D9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86A64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Leased</w:t>
            </w: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A633B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Effective</w:t>
            </w: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1A83E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42933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15EF8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94073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Plant and</w:t>
            </w: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E64AC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Freehold</w:t>
            </w: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D0C21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assets</w:t>
            </w: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B2AC7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904A3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7B33A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78B50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Change</w:t>
            </w:r>
          </w:p>
        </w:tc>
      </w:tr>
      <w:tr w:rsidR="00A0774E" w14:paraId="62798E9C" w14:textId="77777777">
        <w:trPr>
          <w:tblHeader/>
          <w:jc w:val="center"/>
        </w:trPr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D4FCAF" w14:textId="77777777" w:rsidR="00A0774E" w:rsidRDefault="00A0774E">
            <w:pPr>
              <w:spacing w:after="0" w:line="240" w:lineRule="auto"/>
            </w:pP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EE8AB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4D1AE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area</w:t>
            </w: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0CCF4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area</w:t>
            </w: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78B0B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FMD</w:t>
            </w: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1FE86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Feed</w:t>
            </w: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233FF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Livestock</w:t>
            </w: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598EF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Equipment</w:t>
            </w: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CE9F5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land</w:t>
            </w: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C32E4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managed</w:t>
            </w: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D2848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Liabilities</w:t>
            </w: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32EDC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Equity</w:t>
            </w: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D8069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Equity</w:t>
            </w:r>
          </w:p>
        </w:tc>
        <w:tc>
          <w:tcPr>
            <w:tcW w:w="110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81A3E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% in equity</w:t>
            </w:r>
          </w:p>
        </w:tc>
      </w:tr>
      <w:tr w:rsidR="00A0774E" w14:paraId="51004B9F" w14:textId="77777777">
        <w:trPr>
          <w:jc w:val="center"/>
        </w:trPr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60F1A0" w14:textId="77777777" w:rsidR="00A0774E" w:rsidRDefault="00A0774E">
            <w:pPr>
              <w:spacing w:after="0" w:line="240" w:lineRule="auto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228A1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18CE6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B31FC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D717E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BC76A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216D1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62E59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0DE03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5E883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9BE28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4EDC6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6ABA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equity/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783118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6F0B6C3E" w14:textId="77777777">
        <w:trPr>
          <w:jc w:val="center"/>
        </w:trPr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61EDCD" w14:textId="77777777" w:rsidR="00A0774E" w:rsidRDefault="00A0774E">
            <w:pPr>
              <w:spacing w:after="0" w:line="240" w:lineRule="auto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EC9F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B1A20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A22DD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C5E45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D5461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EE45C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F6EAC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9ADE0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45137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09141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54E8C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7246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owned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1998E6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1930BDB6" w14:textId="77777777">
        <w:trPr>
          <w:jc w:val="center"/>
        </w:trPr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448BAC" w14:textId="77777777" w:rsidR="00A0774E" w:rsidRDefault="00A0774E">
            <w:pPr>
              <w:spacing w:after="0" w:line="240" w:lineRule="auto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AF16C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09D3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ha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0644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ha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7EF9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2A3E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A387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8E45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1E32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7E6D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417A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F361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E293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assets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2E10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</w:tr>
      <w:tr w:rsidR="00A0774E" w14:paraId="54C74BA6" w14:textId="77777777">
        <w:trPr>
          <w:jc w:val="center"/>
        </w:trPr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EABDA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Total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7A3B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cash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3E39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income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24FD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category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2EEB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average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FB5BA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F74BD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263A6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9C129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82A83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7B182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5A340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8BFD8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89712B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05A40069" w14:textId="77777777">
        <w:trPr>
          <w:jc w:val="center"/>
        </w:trPr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ADFA2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&lt;$620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62A0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B081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93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6630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372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68F0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D65B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111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845F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1,523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428C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613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2021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18,781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BB08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26,536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517D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1,718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45B4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19,574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17A2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92%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CC24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1,321</w:t>
            </w:r>
          </w:p>
        </w:tc>
      </w:tr>
      <w:tr w:rsidR="00A0774E" w14:paraId="270F5518" w14:textId="77777777">
        <w:trPr>
          <w:jc w:val="center"/>
        </w:trPr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B069E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$620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DC82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7E242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3E920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754C6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00927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FF95B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1EF65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DCC97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2A732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8FDE6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54FE3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A8B50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34D656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625FCD1E" w14:textId="77777777">
        <w:trPr>
          <w:jc w:val="center"/>
        </w:trPr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4047D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-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11FA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$1.3m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CF34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164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12B5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865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D3D1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302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278E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139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A560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1,562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6821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580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D537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13,605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AF57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18,935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C37E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2,244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D45D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14,023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095B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85%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1875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1,022</w:t>
            </w:r>
          </w:p>
        </w:tc>
      </w:tr>
      <w:tr w:rsidR="00A0774E" w14:paraId="35FB2FE0" w14:textId="77777777">
        <w:trPr>
          <w:jc w:val="center"/>
        </w:trPr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4CE52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$1.3m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FF8FD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3DE4F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8520C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48799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6C9DB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EC7BB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52A7F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03A1E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67D53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6C84C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2E139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B17CA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0766B0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4AAA0439" w14:textId="77777777">
        <w:trPr>
          <w:jc w:val="center"/>
        </w:trPr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68783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-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D8E0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$2.5m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1629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256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4EA8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1,296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B014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150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05B4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140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E726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1,634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B6BD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772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96BF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15,817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2A75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21,240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ECD3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3,127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892B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15,644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668D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82%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4755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1,285</w:t>
            </w:r>
          </w:p>
        </w:tc>
      </w:tr>
      <w:tr w:rsidR="00A0774E" w14:paraId="3DE6F91E" w14:textId="77777777">
        <w:trPr>
          <w:jc w:val="center"/>
        </w:trPr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70DE2A" w14:textId="77777777" w:rsidR="00A0774E" w:rsidRDefault="00A0774E">
            <w:pPr>
              <w:spacing w:after="0" w:line="240" w:lineRule="auto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07DA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&gt;$2.5m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62F4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393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5135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2,523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7AEF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4528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125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3B10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1,762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0311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581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B127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15,413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43C5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20,809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03D9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3,978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B78C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14,103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9F56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78%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D1C1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532</w:t>
            </w:r>
          </w:p>
        </w:tc>
      </w:tr>
      <w:tr w:rsidR="00A0774E" w14:paraId="44734CAA" w14:textId="77777777">
        <w:trPr>
          <w:jc w:val="center"/>
        </w:trPr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EFC9FD" w14:textId="77777777" w:rsidR="00A0774E" w:rsidRDefault="00A0774E">
            <w:pPr>
              <w:spacing w:after="0" w:line="240" w:lineRule="auto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24E3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Statewide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43F0B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773E2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9840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F127A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8B27F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899AC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02BE8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54D1E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0685D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49053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59B15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F671A9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3C41BD44" w14:textId="77777777">
        <w:trPr>
          <w:jc w:val="center"/>
        </w:trPr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5101BB" w14:textId="77777777" w:rsidR="00A0774E" w:rsidRDefault="00A0774E">
            <w:pPr>
              <w:spacing w:after="0" w:line="240" w:lineRule="auto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BC32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average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FBBA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227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3042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1,264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7A10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144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E761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129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8163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1,620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D583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636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1CC6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15,904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0075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21,880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A8CE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2,767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1808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15,836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FCE1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84%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67EE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1,040</w:t>
            </w:r>
          </w:p>
        </w:tc>
      </w:tr>
      <w:tr w:rsidR="00A0774E" w14:paraId="255A6BC0" w14:textId="77777777">
        <w:trPr>
          <w:jc w:val="center"/>
        </w:trPr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069E6A" w14:textId="77777777" w:rsidR="00A0774E" w:rsidRDefault="00A0774E">
            <w:pPr>
              <w:spacing w:after="0" w:line="240" w:lineRule="auto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F811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Gippsland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C97ED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13FC2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BC921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3E8D1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B6D54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20507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BCD40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1E093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54A7E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B9F46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E0EE3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1F06F3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5C1A1B82" w14:textId="77777777">
        <w:trPr>
          <w:jc w:val="center"/>
        </w:trPr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E46591" w14:textId="77777777" w:rsidR="00A0774E" w:rsidRDefault="00A0774E">
            <w:pPr>
              <w:spacing w:after="0" w:line="240" w:lineRule="auto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1923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Average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7C44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156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6E08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676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556B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137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12C0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172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6141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1,868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120D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814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97C1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19,031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E3D9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26,701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18DC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3,656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DE52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18,659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1832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83%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52D0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2,067</w:t>
            </w:r>
          </w:p>
        </w:tc>
      </w:tr>
      <w:tr w:rsidR="00A0774E" w14:paraId="68953198" w14:textId="77777777">
        <w:trPr>
          <w:jc w:val="center"/>
        </w:trPr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9E2975" w14:textId="77777777" w:rsidR="00A0774E" w:rsidRDefault="00A0774E">
            <w:pPr>
              <w:spacing w:after="0" w:line="240" w:lineRule="auto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A968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Northern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1C338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F0865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5EDDC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6FB04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CB67F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60617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872FC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40A53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0EB9C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F99A6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A5211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F3F1EF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29AB4D5F" w14:textId="77777777">
        <w:trPr>
          <w:jc w:val="center"/>
        </w:trPr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9C70E8" w14:textId="77777777" w:rsidR="00A0774E" w:rsidRDefault="00A0774E">
            <w:pPr>
              <w:spacing w:after="0" w:line="240" w:lineRule="auto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A442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Average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8CC1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147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E801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760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9229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131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60CB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104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657D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1,329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8F80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618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49C0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16,313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5E54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23,848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CBE2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1,628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B27A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17,225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1539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90%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4D18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1,252</w:t>
            </w:r>
          </w:p>
        </w:tc>
      </w:tr>
      <w:tr w:rsidR="00A0774E" w14:paraId="1EE41555" w14:textId="77777777">
        <w:trPr>
          <w:jc w:val="center"/>
        </w:trPr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C3FCE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South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CAA1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West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964B7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D8C67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43186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0BF85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43020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B20AB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5189C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1EC6A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B87D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A9754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0643F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6A6CFE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61E4EBEB" w14:textId="77777777">
        <w:trPr>
          <w:jc w:val="center"/>
        </w:trPr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132C2E" w14:textId="77777777" w:rsidR="00A0774E" w:rsidRDefault="00A0774E">
            <w:pPr>
              <w:spacing w:after="0" w:line="240" w:lineRule="auto"/>
            </w:pP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92B3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Average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FA71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284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D4D2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1,688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AE45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151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9D6A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121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1561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1,633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4781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571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39D2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14,515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44C8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19,217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C542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2,838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8F9E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14,198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B083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83%</w:t>
            </w:r>
          </w:p>
        </w:tc>
        <w:tc>
          <w:tcPr>
            <w:tcW w:w="110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BACA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594</w:t>
            </w:r>
          </w:p>
        </w:tc>
      </w:tr>
    </w:tbl>
    <w:p w14:paraId="263B88DD" w14:textId="77777777" w:rsidR="00A0774E" w:rsidRDefault="00AB080A">
      <w:r>
        <w:br w:type="page"/>
      </w:r>
    </w:p>
    <w:p w14:paraId="54FE4EBD" w14:textId="77777777" w:rsidR="00A0774E" w:rsidRDefault="00AB080A">
      <w:pPr>
        <w:pStyle w:val="Heading1"/>
      </w:pPr>
      <w:r>
        <w:lastRenderedPageBreak/>
        <w:t>Table B1</w:t>
      </w:r>
    </w:p>
    <w:p w14:paraId="3B1F9B4D" w14:textId="77777777" w:rsidR="00A0774E" w:rsidRDefault="00AB080A">
      <w:pPr>
        <w:pStyle w:val="Heading2"/>
      </w:pPr>
      <w:r>
        <w:t>Report appendix page 25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B1"/>
        <w:tblDescription w:val="Data table extracted from the 2025-26 Livestock Farm Monitor Project annual report appendix."/>
      </w:tblPr>
      <w:tblGrid>
        <w:gridCol w:w="1026"/>
        <w:gridCol w:w="1026"/>
        <w:gridCol w:w="1026"/>
        <w:gridCol w:w="1028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</w:tblGrid>
      <w:tr w:rsidR="00A0774E" w14:paraId="3983C6B1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95AF5D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756D2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Whole-farm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EA7B3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Profit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85D06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Performance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99277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8C83A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South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A2B18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821D9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West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B588C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4E696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2F80F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72919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491BD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BCC3F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B7C16A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49860AB8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6A3D36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BAE9F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AEFFD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9A14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13549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A0155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60970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Earnings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8FE11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BBADA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0218F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849D2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8D26A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108D7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0FDBE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75212A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25615370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56131B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27B99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Gross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08AED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27B8F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F0575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537C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DBF07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before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A43D3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CD9E8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Interest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48882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9CF0F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D57D5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372AC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7023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09FDFC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3C862039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CAAD95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71E1F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F629A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Variable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A8C79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FE5A4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Overhead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DA2EE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456CD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Interest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6C6A2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3197B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and lease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96F64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Net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7268E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2FCD8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Return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EC527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Return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246F5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Variable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CFCA0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Overhead</w:t>
            </w:r>
          </w:p>
        </w:tc>
      </w:tr>
      <w:tr w:rsidR="00A0774E" w14:paraId="522C4CD3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8EEE99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No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64066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5748D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91F26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0DE81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8C649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FB9FD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and Tax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30DC2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7B334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6A82C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280CA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79F58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on Assets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CDF35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on Equity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FE697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 ratio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21C26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 ratio</w:t>
            </w:r>
          </w:p>
        </w:tc>
      </w:tr>
      <w:tr w:rsidR="00A0774E" w14:paraId="76AC6F2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8C1F36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9604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48D0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66DF1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8820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4D4D9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A5BB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0683F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029B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029A7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EC73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23CF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D578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6B36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VC/GFI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15E9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OH/GFI</w:t>
            </w:r>
          </w:p>
        </w:tc>
      </w:tr>
      <w:tr w:rsidR="00A0774E" w14:paraId="1A51720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3205B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11F4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D9F2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41A53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6BC1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F34CD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D7B9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EAFB3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B3FF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51B39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63C2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212B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3.4%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9C59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1DE2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97DE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0.19</w:t>
            </w:r>
          </w:p>
        </w:tc>
      </w:tr>
      <w:tr w:rsidR="00A0774E" w14:paraId="701AA77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90A7F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88DA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238E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0B9A8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34D3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91DD5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E5F6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29A6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E75B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B67C4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CAB9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330B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2.9%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4449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C5BC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E5E8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0.11</w:t>
            </w:r>
          </w:p>
        </w:tc>
      </w:tr>
      <w:tr w:rsidR="00A0774E" w14:paraId="4C65260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97F39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690D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2D18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23FD6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BDE0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5912F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3970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9D2E5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06E1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05999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E1B7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5529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19D7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7.1%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71F0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1749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0.25</w:t>
            </w:r>
          </w:p>
        </w:tc>
      </w:tr>
      <w:tr w:rsidR="00A0774E" w14:paraId="6AF6B4A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71E1A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EB3D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99C2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BB10D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81CF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FFD28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3C72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13331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9CC1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A59C5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6C2A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97CF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F315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94BB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E3BD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0.51</w:t>
            </w:r>
          </w:p>
        </w:tc>
      </w:tr>
      <w:tr w:rsidR="00A0774E" w14:paraId="42F11C0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7D328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0820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C0EB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065B8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F1B2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51AAD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1381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4B8BA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3824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E8EF1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283F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0BD5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1.6%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0B30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3F29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2073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0.32</w:t>
            </w:r>
          </w:p>
        </w:tc>
      </w:tr>
      <w:tr w:rsidR="00A0774E" w14:paraId="7FF65DF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CD664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DA7A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979B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300A9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1407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6E752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916A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9F665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2619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9D0FA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6F19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33BE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6.4%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1054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6.6%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9875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CF4E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0.19</w:t>
            </w:r>
          </w:p>
        </w:tc>
      </w:tr>
      <w:tr w:rsidR="00A0774E" w14:paraId="03B3D2D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7F121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E4C1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D12C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95047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D8EC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FF38F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397D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87D7F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743F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C3298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1BE5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30C2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A2A1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2.8%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0F5F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E289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0.32</w:t>
            </w:r>
          </w:p>
        </w:tc>
      </w:tr>
      <w:tr w:rsidR="00A0774E" w14:paraId="14F6697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AC54C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SW512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3C31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30B2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3803D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F910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082D5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BF90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16BBE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32E1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FD585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332F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BE2F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4300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4.6%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7547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3CEA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0.26</w:t>
            </w:r>
          </w:p>
        </w:tc>
      </w:tr>
      <w:tr w:rsidR="00A0774E" w14:paraId="62B3F60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37CE1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SW623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EB4C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DC47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A62B1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CF8D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6FD0C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A842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FF657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E3FA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0C939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866C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-290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0625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1.9%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CE7C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-2.9%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8687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0659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0.32</w:t>
            </w:r>
          </w:p>
        </w:tc>
      </w:tr>
      <w:tr w:rsidR="00A0774E" w14:paraId="5C3CC1F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F2D8E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SW628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7774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CE6B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F0137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27DD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79A65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EF17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74803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667C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CC4D8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C813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ADA4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7.3%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925F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7.3%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5655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2C94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0.18</w:t>
            </w:r>
          </w:p>
        </w:tc>
      </w:tr>
      <w:tr w:rsidR="00A0774E" w14:paraId="7303E2C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EAB94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SW659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D21B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78C7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80847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67AF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D74B1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6769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4AE2A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E70D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0623E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9B7F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7168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D22B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1.4%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CE4A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1516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0.31</w:t>
            </w:r>
          </w:p>
        </w:tc>
      </w:tr>
      <w:tr w:rsidR="00A0774E" w14:paraId="18E5E12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1FCF6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SW693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6548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8A61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DCCD2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B7CA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D8EA7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A72E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C2B1B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28CB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1FE0F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05A3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6A65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B4E6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099F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33FF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0.10</w:t>
            </w:r>
          </w:p>
        </w:tc>
      </w:tr>
      <w:tr w:rsidR="00A0774E" w14:paraId="0C98FCE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FB6E8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CD32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0AB4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C156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BEB1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9DA06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1FFE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73D90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59E1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3BEDC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1EA2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517C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3.8%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2B23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F8BC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69C4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0.20</w:t>
            </w:r>
          </w:p>
        </w:tc>
      </w:tr>
      <w:tr w:rsidR="00A0774E" w14:paraId="283F2D6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2BB14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3D4F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24B4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3F741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54B8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3B7CC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2E05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A455B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782F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CA11E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1CE5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A1A2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0.6%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D2FF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0.6%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A39A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50A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0.41</w:t>
            </w:r>
          </w:p>
        </w:tc>
      </w:tr>
      <w:tr w:rsidR="00A0774E" w14:paraId="2ED2EB3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BC8C9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69AE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68BD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49E77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4087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8B10D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11C4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A385C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50D1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7B64C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D5D1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1107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C2BB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95FE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5.9%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470C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C7C4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0.23</w:t>
            </w:r>
          </w:p>
        </w:tc>
      </w:tr>
      <w:tr w:rsidR="00A0774E" w14:paraId="78A997F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974AB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1A3A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38A4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135AD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91E0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5C618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16A2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6DB13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3501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816FC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AAD5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CA9B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AEF7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67CB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EA5A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0.19</w:t>
            </w:r>
          </w:p>
        </w:tc>
      </w:tr>
      <w:tr w:rsidR="00A0774E" w14:paraId="7CD263E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382C3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SW809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03E3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343E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50231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5F76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57FF8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F362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1F03E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E5DE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89712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C631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5916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B5FC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A176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577F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0.29</w:t>
            </w:r>
          </w:p>
        </w:tc>
      </w:tr>
      <w:tr w:rsidR="00A0774E" w14:paraId="36CDB30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4FB4D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SW1006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D881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4306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E83C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1800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6DB6C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0903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D802D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F2CF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0C34B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4FC3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0515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11F5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1067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16DD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5.4%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32C1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6.3%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2809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1265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0.30</w:t>
            </w:r>
          </w:p>
        </w:tc>
      </w:tr>
      <w:tr w:rsidR="00A0774E" w14:paraId="2868BD2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58E15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CA88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F1B5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DCC93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2042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AFD48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79AE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17867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8D3C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51DF8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F82D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EDFF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770F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4.6%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A058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62AB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0.25</w:t>
            </w:r>
          </w:p>
        </w:tc>
      </w:tr>
      <w:tr w:rsidR="00A0774E" w14:paraId="471DE0A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2DD9B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05F2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3CF0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E5598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A806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06A0A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4DD0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497F8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AE9C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C29CB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0331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99B7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31B2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9F62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A3B3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0.16</w:t>
            </w:r>
          </w:p>
        </w:tc>
      </w:tr>
      <w:tr w:rsidR="00A0774E" w14:paraId="79FC45D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41152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D55D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7F12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FB2D9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10D8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3CDDD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172B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E499D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EE8C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8DD15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A5DD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32A6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5.4%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2F07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4020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1A8F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0.20</w:t>
            </w:r>
          </w:p>
        </w:tc>
      </w:tr>
      <w:tr w:rsidR="00A0774E" w14:paraId="018CB0A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10711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CF88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C1D2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B8919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B64A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564D3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DC78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15A03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B0F1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33043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363B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9F19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9A96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2.4%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7AA2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C729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0.17</w:t>
            </w:r>
          </w:p>
        </w:tc>
      </w:tr>
      <w:tr w:rsidR="00A0774E" w14:paraId="502BE56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610AA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E152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24DF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93B2B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3D0F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8C1BB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0F87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DE908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5A4C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38879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B633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DF9D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1.6%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A3C3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96E9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8937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0.35</w:t>
            </w:r>
          </w:p>
        </w:tc>
      </w:tr>
      <w:tr w:rsidR="00A0774E" w14:paraId="1AC255D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0CDD3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SW1028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903C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79AE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1F0AE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F1C2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C9AF4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56C5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D870D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6E12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CB278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B770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5499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8D8C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5448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7781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0.19</w:t>
            </w:r>
          </w:p>
        </w:tc>
      </w:tr>
      <w:tr w:rsidR="00A0774E" w14:paraId="4FC75AE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6338C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84E0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B714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9D827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A26C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22208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4722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F2375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4217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79CB9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8469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D5E0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14FD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15.6%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53ED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D873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0.19</w:t>
            </w:r>
          </w:p>
        </w:tc>
      </w:tr>
      <w:tr w:rsidR="00A0774E" w14:paraId="62F7313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F7AD7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C725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01BB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9560D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B16E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F38B3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302B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05610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6818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78CB6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2077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821E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DBFC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846A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0.62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F556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0.16</w:t>
            </w:r>
          </w:p>
        </w:tc>
      </w:tr>
      <w:tr w:rsidR="00A0774E" w14:paraId="7E50337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271DE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B255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800C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5AF95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1CFF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811ED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8826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4070C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33B7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16A82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3EE3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A96E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1334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2.4%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CD32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1BDF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0.18</w:t>
            </w:r>
          </w:p>
        </w:tc>
      </w:tr>
      <w:tr w:rsidR="00A0774E" w14:paraId="48F18A4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D4978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C520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7069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83266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6508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15095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1488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C8692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772A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9709F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6690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B66F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2.8%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E0A1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3.6%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A251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0E12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0.25</w:t>
            </w:r>
          </w:p>
        </w:tc>
      </w:tr>
      <w:tr w:rsidR="00A0774E" w14:paraId="4F395DA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532A7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914B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18F4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6A515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C020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B50F8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22C8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6FD18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C59F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87B6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6F30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B48A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6.1%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3AD5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6.7%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2B66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03BB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0.18</w:t>
            </w:r>
          </w:p>
        </w:tc>
      </w:tr>
      <w:tr w:rsidR="00A0774E" w14:paraId="185919C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CA6D1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C8DA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653A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7197C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D8CC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24FD8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1EF3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71EA9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42A8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43850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5369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FAE6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4.9%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5EBD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A6F1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898F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0.13</w:t>
            </w:r>
          </w:p>
        </w:tc>
      </w:tr>
      <w:tr w:rsidR="00A0774E" w14:paraId="11B2F0C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3F3A9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B795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EACB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876A1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FE22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78349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86DF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33264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5086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54113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25B8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-328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29F6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D01A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-3.0%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9DFD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069C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0.38</w:t>
            </w:r>
          </w:p>
        </w:tc>
      </w:tr>
      <w:tr w:rsidR="00A0774E" w14:paraId="30B0137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CBCF8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E5EB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91FF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14763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075E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BFD04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A5ED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94A90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2467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B5A8C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18B4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D76D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1.8%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87BA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0C55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3790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0.35</w:t>
            </w:r>
          </w:p>
        </w:tc>
      </w:tr>
      <w:tr w:rsidR="00A0774E" w14:paraId="1D5AFDC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E6705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70FD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AD37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40DED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B20E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EB3AE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3F81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4A18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885E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A8751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A014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44E7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6CCA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A18A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3946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0.38</w:t>
            </w:r>
          </w:p>
        </w:tc>
      </w:tr>
      <w:tr w:rsidR="00A0774E" w14:paraId="552385A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C580B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E808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1967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8BD7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E6F94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F53D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3ADB9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083E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5D0DD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E9D2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41D07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E824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BEBB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9.1%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39D7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13.2%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1742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6AD9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0.12</w:t>
            </w:r>
          </w:p>
        </w:tc>
      </w:tr>
      <w:tr w:rsidR="00A0774E" w14:paraId="3A1BDA9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CB692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8ED9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46BA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7589C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341A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FC71D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A830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613CE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6B8B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C2065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799C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74FD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3FBA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D196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802B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0.14</w:t>
            </w:r>
          </w:p>
        </w:tc>
      </w:tr>
      <w:tr w:rsidR="00A0774E" w14:paraId="74D8100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9DAB5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C33C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FB1C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85076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7AC5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F2D97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8E02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101D6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4468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5CB6D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DF87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59B1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3.4%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0192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55D7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4A98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0.22</w:t>
            </w:r>
          </w:p>
        </w:tc>
      </w:tr>
      <w:tr w:rsidR="00A0774E" w14:paraId="238D08D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EB0AE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0CE7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1086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1809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3E0F2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D88F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0537A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33DC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9194A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0034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ED621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D9B8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7FF3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A209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-2.1%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5543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0032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0.32</w:t>
            </w:r>
          </w:p>
        </w:tc>
      </w:tr>
      <w:tr w:rsidR="00A0774E" w14:paraId="358914C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99248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1A41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2303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4167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3CE03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7368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82254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DE17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328E6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8D83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EB17C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FCAC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6138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7.0%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BCA9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7.2%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D25D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56E4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0.19</w:t>
            </w:r>
          </w:p>
        </w:tc>
      </w:tr>
      <w:tr w:rsidR="00A0774E" w14:paraId="01CE550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EE45E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FC3F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2A69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30AF9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CCA2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73710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C4BC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-80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85ACF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49E5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E3770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5A71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-80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AF14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-0.7%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C38E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-0.7%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384D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0EE7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0.27</w:t>
            </w:r>
          </w:p>
        </w:tc>
      </w:tr>
      <w:tr w:rsidR="00A0774E" w14:paraId="4C08269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A054D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E2B2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D416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8322C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DA2C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FB150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62BA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AA334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7EC7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BBFC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C011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6F12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204B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ED41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F82D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0.32</w:t>
            </w:r>
          </w:p>
        </w:tc>
      </w:tr>
      <w:tr w:rsidR="00A0774E" w14:paraId="40BAEEE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BE0C4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E920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876D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82917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1260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FA23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27A8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842DD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DFA2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5A386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329E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F9B7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F9FF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0.6%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D66A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BA0E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0.22</w:t>
            </w:r>
          </w:p>
        </w:tc>
      </w:tr>
      <w:tr w:rsidR="00A0774E" w14:paraId="3A7F260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6B10D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72FA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FD0E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22DAA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2A5C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23116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6018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A63B0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32B7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B3F2F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7CDF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8D54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1.9%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FCBE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15F1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D5A7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0.28</w:t>
            </w:r>
          </w:p>
        </w:tc>
      </w:tr>
      <w:tr w:rsidR="00A0774E" w14:paraId="3A565B1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E2050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E893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2003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7E9F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662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C0370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0C65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955AA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C3DC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EA97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BE67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87902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B19A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822B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6.7%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B85F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7.3%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322D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0CEF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0.13</w:t>
            </w:r>
          </w:p>
        </w:tc>
      </w:tr>
      <w:tr w:rsidR="00A0774E" w14:paraId="2AE6DB4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F0453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9BFE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847A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66C35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5FB5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CA3B2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4BA6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4DAE3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20B7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32C62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E7C3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51FA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0145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1.9%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D8C1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8AC6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0.29</w:t>
            </w:r>
          </w:p>
        </w:tc>
      </w:tr>
      <w:tr w:rsidR="00A0774E" w14:paraId="6990B5B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781CE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SW1062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FA5E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0A38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2F8B9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0C08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9D20C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0049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FDF1B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2E32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4C788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B8DA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B4FC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3D87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-0.2%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73D8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4DC5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0.43</w:t>
            </w:r>
          </w:p>
        </w:tc>
      </w:tr>
    </w:tbl>
    <w:p w14:paraId="6F97294E" w14:textId="77777777" w:rsidR="00A0774E" w:rsidRDefault="00AB080A">
      <w:r>
        <w:br w:type="page"/>
      </w:r>
    </w:p>
    <w:p w14:paraId="151885A8" w14:textId="77777777" w:rsidR="00A0774E" w:rsidRDefault="00AB080A">
      <w:pPr>
        <w:pStyle w:val="Heading1"/>
      </w:pPr>
      <w:r>
        <w:lastRenderedPageBreak/>
        <w:t>Table B1 – Continued</w:t>
      </w:r>
    </w:p>
    <w:p w14:paraId="68CC3C4B" w14:textId="77777777" w:rsidR="00A0774E" w:rsidRDefault="00AB080A">
      <w:pPr>
        <w:pStyle w:val="Heading2"/>
      </w:pPr>
      <w:r>
        <w:t>Report appendix page 26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B1 – Continued"/>
        <w:tblDescription w:val="Data table extracted from the 2025-26 Livestock Farm Monitor Project annual report appendix."/>
      </w:tblPr>
      <w:tblGrid>
        <w:gridCol w:w="1026"/>
        <w:gridCol w:w="1026"/>
        <w:gridCol w:w="1026"/>
        <w:gridCol w:w="1026"/>
        <w:gridCol w:w="1028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</w:tblGrid>
      <w:tr w:rsidR="00A0774E" w14:paraId="6285EF28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320746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4DF63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Whole-farm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EAE06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Profit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B00CD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E94EC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Performance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7FE46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69775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South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151CF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West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0575C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83BCF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F524C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909F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56818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B30E7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3F2548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03D69EAE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34AD9E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F5694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D5A62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55328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80AD5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86373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01590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Earnings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C13AC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F8F15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4E37B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BB72E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337CC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45CF7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35739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9FE310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6B820C02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921FB9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D7E3F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Gross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5203F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6F67F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F40F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055D2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D28AB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before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204C2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16141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Interest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0D785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CF88F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C624E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827C1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DF9E2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C40F0C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633499C2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13A1F5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39304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FF2DB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8A090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Variable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89C82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CF91B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Overhead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164A1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Interest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250CB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651FA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and lease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7BD70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Net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F427F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AD15A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Return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247DF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Return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020FF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Variable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2BC51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Overhead</w:t>
            </w:r>
          </w:p>
        </w:tc>
      </w:tr>
      <w:tr w:rsidR="00A0774E" w14:paraId="3FF7EB57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FB8D3A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No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65DD8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F0A72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49BA4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7CA66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08075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0DA93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and Tax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22317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D0BE2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1BDE2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262B9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62831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on Assets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4BD74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on Equity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8EBB6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 ratio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B8148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 ratio</w:t>
            </w:r>
          </w:p>
        </w:tc>
      </w:tr>
      <w:tr w:rsidR="00A0774E" w14:paraId="0A170D5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0C3050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A640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00C8D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25C6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46D47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51F1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9E80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A1575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A183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2D2B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E29E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D865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A965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99B9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VC/GFI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609A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OH/GFI</w:t>
            </w:r>
          </w:p>
        </w:tc>
      </w:tr>
      <w:tr w:rsidR="00A0774E" w14:paraId="57DAD36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667F1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277F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556CB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3955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9948A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8446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A083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D15F7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486A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218D3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3361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1D3E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E164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D14B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4053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0.23</w:t>
            </w:r>
          </w:p>
        </w:tc>
      </w:tr>
      <w:tr w:rsidR="00A0774E" w14:paraId="235413C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EE109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SW1065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FEF4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E395F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FD14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0C12B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35D3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FA60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44388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3970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9A05D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DF15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3559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1.9%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AE95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B26B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D93F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0.18</w:t>
            </w:r>
          </w:p>
        </w:tc>
      </w:tr>
      <w:tr w:rsidR="00A0774E" w14:paraId="02EC029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87E5D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89C2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EDD40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EB4A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A3B69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A14C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073F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23680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59CE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455A5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A7CF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BF84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3.6%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5023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6.3%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6722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AD21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0.21</w:t>
            </w:r>
          </w:p>
        </w:tc>
      </w:tr>
      <w:tr w:rsidR="00A0774E" w14:paraId="509294A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2C773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E6EF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7EBC8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13FF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3AFE3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3698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9206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21CE3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F07B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C3A80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12EF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7C3B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4.9%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00AA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5.4%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9CAB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68A5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0.19</w:t>
            </w:r>
          </w:p>
        </w:tc>
      </w:tr>
      <w:tr w:rsidR="00A0774E" w14:paraId="348DE54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5D01E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1F39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2166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EF1A3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CD2A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D6544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6B56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D3BD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1082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1B9F5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BCB3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441E5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4C33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52AF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2420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07C4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FA04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0.16</w:t>
            </w:r>
          </w:p>
        </w:tc>
      </w:tr>
      <w:tr w:rsidR="00A0774E" w14:paraId="21B8F1E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A27E6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D847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1504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4B46E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EAF7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19B0F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A808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4F2C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71996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16D2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A46F4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EE9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5984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3.8%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2F50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3.8%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2AE0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E895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0.19</w:t>
            </w:r>
          </w:p>
        </w:tc>
      </w:tr>
      <w:tr w:rsidR="00A0774E" w14:paraId="7E5AE50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240D9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2962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BFEDE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1656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FFD8C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2BA0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AFE1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70060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A31B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61B2F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1BAE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11D9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2.6%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DDF1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776B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7367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0.28</w:t>
            </w:r>
          </w:p>
        </w:tc>
      </w:tr>
      <w:tr w:rsidR="00A0774E" w14:paraId="6ABB4DE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11F6A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30DA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4CC4D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2954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9353F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0987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9C04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75229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BD64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C4AA4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C67A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587B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3.4%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989F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2CCD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E75B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0.26</w:t>
            </w:r>
          </w:p>
        </w:tc>
      </w:tr>
      <w:tr w:rsidR="00A0774E" w14:paraId="4FE9E6D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A8681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AD23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2A53E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E0A7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94D44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A07F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4699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72F0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773D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8DEC4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AD5B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A38C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5.6%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5536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28F3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05A7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0.13</w:t>
            </w:r>
          </w:p>
        </w:tc>
      </w:tr>
      <w:tr w:rsidR="00A0774E" w14:paraId="0681122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49D35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3DBF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F68CE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8756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0B60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83C9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DA04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EFFBE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A003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B991D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1D7D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-105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63F2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6302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-0.5%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70B9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9AF3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0.63</w:t>
            </w:r>
          </w:p>
        </w:tc>
      </w:tr>
      <w:tr w:rsidR="00A0774E" w14:paraId="68810CD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A116A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EF44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2BC28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D16D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6E78B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19C8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1FE7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0A35A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B7E7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2CC86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11B9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0AA8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FBC3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8140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874C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0.25</w:t>
            </w:r>
          </w:p>
        </w:tc>
      </w:tr>
      <w:tr w:rsidR="00A0774E" w14:paraId="748BCA5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D5BBE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96E1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63BDA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700F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118A8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FC7C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3AF5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F7FA7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5086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36688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5489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2E2B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0.6%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4ADD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-0.3%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2FBA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140E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0.32</w:t>
            </w:r>
          </w:p>
        </w:tc>
      </w:tr>
      <w:tr w:rsidR="00A0774E" w14:paraId="239BFD6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DE6E6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3F51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263F5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57D9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40AE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609C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518A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420B0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ACFE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A7A0F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D7C3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8645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1.9%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1BBC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1.6%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2DD8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D2C9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0.29</w:t>
            </w:r>
          </w:p>
        </w:tc>
      </w:tr>
      <w:tr w:rsidR="00A0774E" w14:paraId="0EBEB38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56048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F7B4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DE65E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F7DF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5389F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E14F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B6C2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41110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37F3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8AC53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BC21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63BB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16D0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0.6%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57D3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6542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0.53</w:t>
            </w:r>
          </w:p>
        </w:tc>
      </w:tr>
      <w:tr w:rsidR="00A0774E" w14:paraId="4A1C251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F99AD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B69D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C4039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CAD9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144EC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1FB0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BFB7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E4714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D98D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258EB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E1CE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C9C4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9103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39B9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9069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0.24</w:t>
            </w:r>
          </w:p>
        </w:tc>
      </w:tr>
      <w:tr w:rsidR="00A0774E" w14:paraId="5E4193B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C6E03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9516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82339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0117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F3EF5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3219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FD9A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22224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89C7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A6F01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560B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F9C4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059B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27CB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BCD4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0.25</w:t>
            </w:r>
          </w:p>
        </w:tc>
      </w:tr>
      <w:tr w:rsidR="00A0774E" w14:paraId="35B7F59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CBAFF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2B49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1266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B7ABE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4B70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2D6A1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4AFF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2ECB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32C5F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E26C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6672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458D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41E3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C177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1.8%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2276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2A9C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0.33</w:t>
            </w:r>
          </w:p>
        </w:tc>
      </w:tr>
      <w:tr w:rsidR="00A0774E" w14:paraId="547423B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54CB1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FFFE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C6256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9628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8A6A3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187E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BA67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32682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D2BE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D17AF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6767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EDA5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3.4%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FC9B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E1AF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261E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0.24</w:t>
            </w:r>
          </w:p>
        </w:tc>
      </w:tr>
      <w:tr w:rsidR="00A0774E" w14:paraId="3C03F0E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8C401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8457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1209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16ED3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97E7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A15E4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AA9A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03FE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52FB9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8B29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D0462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2184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EB56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2.4%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70EF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AF1A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A012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0.34</w:t>
            </w:r>
          </w:p>
        </w:tc>
      </w:tr>
      <w:tr w:rsidR="00A0774E" w14:paraId="7F56708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3CEAA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0255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997A5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F612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2AD58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4E2C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0C2F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87987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F112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58049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B4EE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3E93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1.9%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BE9E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1.8%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CBE5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3752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0.28</w:t>
            </w:r>
          </w:p>
        </w:tc>
      </w:tr>
      <w:tr w:rsidR="00A0774E" w14:paraId="344136E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27381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9FB6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33C3C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E9F7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B632F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CCFC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0EE9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3327A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846F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C218B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3AE7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BD69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6.7%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8C21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6.9%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E4D4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AB49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0.27</w:t>
            </w:r>
          </w:p>
        </w:tc>
      </w:tr>
      <w:tr w:rsidR="00A0774E" w14:paraId="0DE1F4D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E3781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8395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0192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540D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A10FB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E4AE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0583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8D5DD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5650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5E3CA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4867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A7DA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7899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2.9%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9DC5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B3CD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0.27</w:t>
            </w:r>
          </w:p>
        </w:tc>
      </w:tr>
      <w:tr w:rsidR="00A0774E" w14:paraId="1C26335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7B9D5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4F47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6C604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B54B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1D1AB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972D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AB49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426A8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FE25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E1F84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FFF2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125E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2.6%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D10D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2.9%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FD12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BD59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0.29</w:t>
            </w:r>
          </w:p>
        </w:tc>
      </w:tr>
      <w:tr w:rsidR="00A0774E" w14:paraId="6395CD6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8D57B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SW1095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6BEF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D0461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1E9D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8B399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2D36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9405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A1779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750C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7642F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F3E0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EC5E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6.2%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FF29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6.2%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F888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A3CA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0.18</w:t>
            </w:r>
          </w:p>
        </w:tc>
      </w:tr>
      <w:tr w:rsidR="00A0774E" w14:paraId="24FCCB2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F6074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8198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C5C1F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B021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0D072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D8CC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329A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6B6F0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8F8B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F0482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0C8A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3039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1528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B826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B496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0.23</w:t>
            </w:r>
          </w:p>
        </w:tc>
      </w:tr>
      <w:tr w:rsidR="00A0774E" w14:paraId="12F5DF8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09E63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D29A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8DB3F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3CC9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FC4FF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9410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4ECF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7C913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DC9C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5FCA4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DFE9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0E8A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4.6%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E256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4.6%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2284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45FC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0.23</w:t>
            </w:r>
          </w:p>
        </w:tc>
      </w:tr>
      <w:tr w:rsidR="00A0774E" w14:paraId="13AF3A5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8CE3A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0684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1586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25D99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19C5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BCC5E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012F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8DA9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9A547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A690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07239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ED2D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E613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2.4%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8156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2.4%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DCD7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4456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0.24</w:t>
            </w:r>
          </w:p>
        </w:tc>
      </w:tr>
      <w:tr w:rsidR="00A0774E" w14:paraId="0B4A2BD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5DCCF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SW2001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8DAD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56106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C0E9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C4438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5EC6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E14C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52BB4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E796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7D8C9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886D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DADB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19C1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3.4%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306F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2D48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0.42</w:t>
            </w:r>
          </w:p>
        </w:tc>
      </w:tr>
      <w:tr w:rsidR="00A0774E" w14:paraId="06C9CD3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803E1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SW2002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DA6B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680A7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6779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AC719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8ED5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A043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3ADC2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1C24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B2F60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9595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9C08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1063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4.8%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BA0D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A55C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0.19</w:t>
            </w:r>
          </w:p>
        </w:tc>
      </w:tr>
      <w:tr w:rsidR="00A0774E" w14:paraId="4533EFF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D2BD7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BBCC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AFD29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2ED8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36701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7603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7728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6572C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F208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29C69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B33E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7688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6AB9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5E10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AAC4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0.26</w:t>
            </w:r>
          </w:p>
        </w:tc>
      </w:tr>
    </w:tbl>
    <w:p w14:paraId="7489FB32" w14:textId="77777777" w:rsidR="00A0774E" w:rsidRDefault="00AB080A">
      <w:r>
        <w:br w:type="page"/>
      </w:r>
    </w:p>
    <w:p w14:paraId="6C76A1E6" w14:textId="77777777" w:rsidR="00A0774E" w:rsidRDefault="00AB080A">
      <w:pPr>
        <w:pStyle w:val="Heading1"/>
      </w:pPr>
      <w:r>
        <w:lastRenderedPageBreak/>
        <w:t>Table B2</w:t>
      </w:r>
    </w:p>
    <w:p w14:paraId="1E2DF4C2" w14:textId="77777777" w:rsidR="00A0774E" w:rsidRDefault="00AB080A">
      <w:pPr>
        <w:pStyle w:val="Heading2"/>
      </w:pPr>
      <w:r>
        <w:t>Report appendix page 27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B2"/>
        <w:tblDescription w:val="Data table extracted from the 2025-26 Livestock Farm Monitor Project annual report appendix."/>
      </w:tblPr>
      <w:tblGrid>
        <w:gridCol w:w="1710"/>
        <w:gridCol w:w="1710"/>
        <w:gridCol w:w="1710"/>
        <w:gridCol w:w="1710"/>
        <w:gridCol w:w="1710"/>
        <w:gridCol w:w="1710"/>
        <w:gridCol w:w="1710"/>
        <w:gridCol w:w="1710"/>
        <w:gridCol w:w="1710"/>
      </w:tblGrid>
      <w:tr w:rsidR="00A0774E" w14:paraId="650D2BFA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138839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Whole-farm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5DD31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Feed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76FD4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Information –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DF7F4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South West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22DBF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5DD22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54BF5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3D796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66FD39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0239E940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5CFF78" w14:textId="77777777" w:rsidR="00A0774E" w:rsidRDefault="00A0774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C17CC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DCC47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6B0CA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Financial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D2798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Grazed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8D15D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Homegrown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8CE01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Purchased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7D57D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9F1D75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381EBDA1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B5E444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02B80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stocking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5AE5A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financial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28958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Year Rainfall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FCE7E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pasture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58976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supp feed in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B51D2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feed in the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2BB5F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Phosphorus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EF731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Phosphorus</w:t>
            </w:r>
          </w:p>
        </w:tc>
      </w:tr>
      <w:tr w:rsidR="00A0774E" w14:paraId="375DC9B3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5D8A9B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No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9B09D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rate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D64DE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year rainfall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77A95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percentage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A7D28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consumption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439AA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the diet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90887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diet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D096B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applied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3402D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applied</w:t>
            </w:r>
          </w:p>
        </w:tc>
      </w:tr>
      <w:tr w:rsidR="00A0774E" w14:paraId="185E38EA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0F9878" w14:textId="77777777" w:rsidR="00A0774E" w:rsidRDefault="00A0774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58EF2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DBE1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5CF03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77A4D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FC0E3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% of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BB529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% of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5B49A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kg/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26A394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7829FA45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BA1BCE" w14:textId="77777777" w:rsidR="00A0774E" w:rsidRDefault="00A0774E">
            <w:pPr>
              <w:spacing w:after="0" w:line="240" w:lineRule="auto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C9B3E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06BD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98B8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 of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DA4B8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8F59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total ME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76A6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total ME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DDB5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pasture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98CE2A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3A1048A2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73212C" w14:textId="77777777" w:rsidR="00A0774E" w:rsidRDefault="00A0774E">
            <w:pPr>
              <w:spacing w:after="0" w:line="240" w:lineRule="auto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CC9B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DSE/ha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8118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mm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A165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average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CBA1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tDM/ha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FC83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consumed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45FD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consumed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158A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ha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7C1A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 kg/DSE</w:t>
            </w:r>
          </w:p>
        </w:tc>
      </w:tr>
      <w:tr w:rsidR="00A0774E" w14:paraId="1FA2C772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BF3CE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9134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8F5C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C9BF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B9C9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6E14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1283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3F06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DDBC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0.0</w:t>
            </w:r>
          </w:p>
        </w:tc>
      </w:tr>
      <w:tr w:rsidR="00A0774E" w14:paraId="558211BE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CA287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SW39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805F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ED3E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662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8FE6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96A2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DDAE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76A3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7DEC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F881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1.5</w:t>
            </w:r>
          </w:p>
        </w:tc>
      </w:tr>
      <w:tr w:rsidR="00A0774E" w14:paraId="2694AC92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EF7C0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SW43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7679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16.8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2202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B548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ABFF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6506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B5F4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7284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5AE1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2.4</w:t>
            </w:r>
          </w:p>
        </w:tc>
      </w:tr>
      <w:tr w:rsidR="00A0774E" w14:paraId="1A029950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AD1AA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SW55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E378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85CF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7FF9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9579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6.0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5A77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AA39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7F74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B2B6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0.9</w:t>
            </w:r>
          </w:p>
        </w:tc>
      </w:tr>
      <w:tr w:rsidR="00A0774E" w14:paraId="25106019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C04CC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SW87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4F64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15.9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C627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EDAA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BF9F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4557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4999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8240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E4C2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</w:t>
            </w:r>
          </w:p>
        </w:tc>
      </w:tr>
      <w:tr w:rsidR="00A0774E" w14:paraId="627E6734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436DD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SW88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D95A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7382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5CA8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BC5F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B8F4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82A7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5B7A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8A44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1.1</w:t>
            </w:r>
          </w:p>
        </w:tc>
      </w:tr>
      <w:tr w:rsidR="00A0774E" w14:paraId="47B9B358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4A23F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SW114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5267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8.4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60A4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8739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A289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6E69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E02B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E68D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E1CE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1.3</w:t>
            </w:r>
          </w:p>
        </w:tc>
      </w:tr>
      <w:tr w:rsidR="00A0774E" w14:paraId="090036EC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221F3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SW512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138E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15.0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3CFD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D26E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E8D7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A1B6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E9FA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2D20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4C37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1.1</w:t>
            </w:r>
          </w:p>
        </w:tc>
      </w:tr>
      <w:tr w:rsidR="00A0774E" w14:paraId="7ED4E4A5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47BE1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SW623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5582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15.5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7E4C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4A30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117%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207E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96D4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5E63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12A2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F227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0.9</w:t>
            </w:r>
          </w:p>
        </w:tc>
      </w:tr>
      <w:tr w:rsidR="00A0774E" w14:paraId="2B89CD98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549A3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SW628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ACBE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21.3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0D11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5E5B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DA70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09A0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7173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5AB0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3D6C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0.8</w:t>
            </w:r>
          </w:p>
        </w:tc>
      </w:tr>
      <w:tr w:rsidR="00A0774E" w14:paraId="5E411466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A10AD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SW659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29FD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EA1D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87DC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2BD6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C1EA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57CE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9022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66E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0.8</w:t>
            </w:r>
          </w:p>
        </w:tc>
      </w:tr>
      <w:tr w:rsidR="00A0774E" w14:paraId="26F005D6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B863E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SW693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DD36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6EDC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FCB4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B744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BFEB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B40C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503E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6F11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</w:t>
            </w:r>
          </w:p>
        </w:tc>
      </w:tr>
      <w:tr w:rsidR="00A0774E" w14:paraId="44120EDF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1CB21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E903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14.5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47B6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2476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D46F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CD60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EA6D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6B0F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3A6A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1.1</w:t>
            </w:r>
          </w:p>
        </w:tc>
      </w:tr>
      <w:tr w:rsidR="00A0774E" w14:paraId="2B33078F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D1661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465B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2FDF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A350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4B62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FC5C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80AA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0E75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CDFB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1.1</w:t>
            </w:r>
          </w:p>
        </w:tc>
      </w:tr>
      <w:tr w:rsidR="00A0774E" w14:paraId="634010D2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B5C64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8456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30.0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FD1B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1DD7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E82D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7.6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15AC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87CE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F950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7FB4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0.6</w:t>
            </w:r>
          </w:p>
        </w:tc>
      </w:tr>
      <w:tr w:rsidR="00A0774E" w14:paraId="095E9AD9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D22DD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3489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8B3C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A58D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40B0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B48E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DD45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C289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15FB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1.0</w:t>
            </w:r>
          </w:p>
        </w:tc>
      </w:tr>
      <w:tr w:rsidR="00A0774E" w14:paraId="1BF7810B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672A9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SW809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DA69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1BBF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8D07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76FF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3B2F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A45A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33BA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8C7F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0.8</w:t>
            </w:r>
          </w:p>
        </w:tc>
      </w:tr>
      <w:tr w:rsidR="00A0774E" w14:paraId="310DF846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1E567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SW1006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E7FA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21.8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7E46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57A6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89BF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7CB5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4BE9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3AA9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833E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</w:t>
            </w:r>
          </w:p>
        </w:tc>
      </w:tr>
      <w:tr w:rsidR="00A0774E" w14:paraId="513BC4ED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FA642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SW1018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E20E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13.4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61A3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C5B1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3E3A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4B96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CB8D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0E26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DE9D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1.1</w:t>
            </w:r>
          </w:p>
        </w:tc>
      </w:tr>
      <w:tr w:rsidR="00A0774E" w14:paraId="03EE1076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FEA3B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DAB7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13.9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B35A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A2B5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0ECF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4D91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C904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C48F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CC8A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0.8</w:t>
            </w:r>
          </w:p>
        </w:tc>
      </w:tr>
      <w:tr w:rsidR="00A0774E" w14:paraId="6169B068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FA428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D70F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8264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50A3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107%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8E88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0DA4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6394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395E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D892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0.9</w:t>
            </w:r>
          </w:p>
        </w:tc>
      </w:tr>
      <w:tr w:rsidR="00A0774E" w14:paraId="0D55BFA5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A1723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A708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16.8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F898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0303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BD13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8F88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6CB1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E2C9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5DF3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0.6</w:t>
            </w:r>
          </w:p>
        </w:tc>
      </w:tr>
      <w:tr w:rsidR="00A0774E" w14:paraId="285B4492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A5D8D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7B5C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20.7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8783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666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D1FC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CCBC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63C1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067A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A96A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75A5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0.9</w:t>
            </w:r>
          </w:p>
        </w:tc>
      </w:tr>
      <w:tr w:rsidR="00A0774E" w14:paraId="3EAA36B0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624E6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67D7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BF9D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1886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E114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E0AC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52A9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3739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98A9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</w:t>
            </w:r>
          </w:p>
        </w:tc>
      </w:tr>
      <w:tr w:rsidR="00A0774E" w14:paraId="7EF6BD5D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00CC7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SW1029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B0B2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14.1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BC6D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C69C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5C40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1739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F813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1AF9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D25A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1.4</w:t>
            </w:r>
          </w:p>
        </w:tc>
      </w:tr>
      <w:tr w:rsidR="00A0774E" w14:paraId="46CDD4D5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CB8A7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8B4C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9.7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0C15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A583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A31A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4D66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6697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DF92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F7A6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</w:t>
            </w:r>
          </w:p>
        </w:tc>
      </w:tr>
      <w:tr w:rsidR="00A0774E" w14:paraId="4DF5E856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6ACD9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5CF3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13.1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F6DF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E915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E8E8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3886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89B7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5824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7EA1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1.0</w:t>
            </w:r>
          </w:p>
        </w:tc>
      </w:tr>
      <w:tr w:rsidR="00A0774E" w14:paraId="0108DF5A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DEF8F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011D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7.0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CC09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84FC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CA9E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1EBE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82FE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61BC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8CBB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1.3</w:t>
            </w:r>
          </w:p>
        </w:tc>
      </w:tr>
      <w:tr w:rsidR="00A0774E" w14:paraId="44B0600B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6D2AB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0C1F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13.5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1884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668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9600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A802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690B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E78D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2906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E2CB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0.7</w:t>
            </w:r>
          </w:p>
        </w:tc>
      </w:tr>
      <w:tr w:rsidR="00A0774E" w14:paraId="0E3B0706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615C2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198C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15.6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3985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B9F0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596D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C6E7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B1C6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12B4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AFC5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</w:t>
            </w:r>
          </w:p>
        </w:tc>
      </w:tr>
      <w:tr w:rsidR="00A0774E" w14:paraId="225438A2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891F4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811C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1C94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7FA4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D121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F1DD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BE61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B83C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E633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</w:t>
            </w:r>
          </w:p>
        </w:tc>
      </w:tr>
      <w:tr w:rsidR="00A0774E" w14:paraId="41B3F940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0D703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971E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12.4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7D3F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EE78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83FD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A124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FFD0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DE5E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E094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</w:t>
            </w:r>
          </w:p>
        </w:tc>
      </w:tr>
      <w:tr w:rsidR="00A0774E" w14:paraId="1F83641B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6DEEA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6883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8157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0569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107%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A050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3EA7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B1C2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7027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A935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</w:t>
            </w:r>
          </w:p>
        </w:tc>
      </w:tr>
      <w:tr w:rsidR="00A0774E" w14:paraId="2E210E65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A421F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B80F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44A8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0B0B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CF50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54A5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5458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D9AE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044D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0.7</w:t>
            </w:r>
          </w:p>
        </w:tc>
      </w:tr>
      <w:tr w:rsidR="00A0774E" w14:paraId="71AFA48A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31F42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7191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15.9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E5FB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FEF6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356F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FB23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9958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F718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7B9F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0.6</w:t>
            </w:r>
          </w:p>
        </w:tc>
      </w:tr>
      <w:tr w:rsidR="00A0774E" w14:paraId="42DCF0F0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482D2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F833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12.5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DD11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F1ED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3B65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B2A0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B2A2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00E2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FF72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0.7</w:t>
            </w:r>
          </w:p>
        </w:tc>
      </w:tr>
      <w:tr w:rsidR="00A0774E" w14:paraId="49EB6E92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14035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D157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0B58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616F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ED0A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C626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C8D6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D830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C4C5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1.0</w:t>
            </w:r>
          </w:p>
        </w:tc>
      </w:tr>
      <w:tr w:rsidR="00A0774E" w14:paraId="16A6BD3E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FDA8B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3E27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12.2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7E74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4651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C08A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8174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650D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B552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1E62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2.6</w:t>
            </w:r>
          </w:p>
        </w:tc>
      </w:tr>
      <w:tr w:rsidR="00A0774E" w14:paraId="3C378FA4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B6AAA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BE56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02F0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D1D8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6CDE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AE3E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9888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C149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3D7E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1.0</w:t>
            </w:r>
          </w:p>
        </w:tc>
      </w:tr>
      <w:tr w:rsidR="00A0774E" w14:paraId="2103BE8C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8E4D8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415B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5203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5AC2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E820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31D6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0D86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F653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E4BB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</w:t>
            </w:r>
          </w:p>
        </w:tc>
      </w:tr>
      <w:tr w:rsidR="00A0774E" w14:paraId="62789FD9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B1B5C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96B6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16.0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E27E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14E5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A71E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5A07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EBC7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5457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C0CC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</w:t>
            </w:r>
          </w:p>
        </w:tc>
      </w:tr>
      <w:tr w:rsidR="00A0774E" w14:paraId="50FB338C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993EF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1182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CBB4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CBC3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0DF1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F2A1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308E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D521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710C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</w:t>
            </w:r>
          </w:p>
        </w:tc>
      </w:tr>
      <w:tr w:rsidR="00A0774E" w14:paraId="284F91BD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F54FC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02A8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FDEE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BF0D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836D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FFBF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662B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9301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B1BA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0.9</w:t>
            </w:r>
          </w:p>
        </w:tc>
      </w:tr>
      <w:tr w:rsidR="00A0774E" w14:paraId="610FEAC4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96CE9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7F28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306E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05BD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438C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6B28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F0AF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7DE6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F27F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0.8</w:t>
            </w:r>
          </w:p>
        </w:tc>
      </w:tr>
    </w:tbl>
    <w:p w14:paraId="3AAE3D71" w14:textId="77777777" w:rsidR="00A0774E" w:rsidRDefault="00AB080A">
      <w:r>
        <w:br w:type="page"/>
      </w:r>
    </w:p>
    <w:p w14:paraId="4977E287" w14:textId="77777777" w:rsidR="00A0774E" w:rsidRDefault="00AB080A">
      <w:pPr>
        <w:pStyle w:val="Heading1"/>
      </w:pPr>
      <w:r>
        <w:lastRenderedPageBreak/>
        <w:t>Table B2 – Continued</w:t>
      </w:r>
    </w:p>
    <w:p w14:paraId="173A4404" w14:textId="77777777" w:rsidR="00A0774E" w:rsidRDefault="00AB080A">
      <w:pPr>
        <w:pStyle w:val="Heading2"/>
      </w:pPr>
      <w:r>
        <w:t>Report appendix page 28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B2 – Continued"/>
        <w:tblDescription w:val="Data table extracted from the 2025-26 Livestock Farm Monitor Project annual report appendix."/>
      </w:tblPr>
      <w:tblGrid>
        <w:gridCol w:w="1710"/>
        <w:gridCol w:w="1710"/>
        <w:gridCol w:w="1710"/>
        <w:gridCol w:w="1710"/>
        <w:gridCol w:w="1710"/>
        <w:gridCol w:w="1710"/>
        <w:gridCol w:w="1710"/>
        <w:gridCol w:w="1710"/>
        <w:gridCol w:w="1710"/>
      </w:tblGrid>
      <w:tr w:rsidR="00A0774E" w14:paraId="30C11744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50014E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Whole-farm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4EDB7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Feed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470F3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Information –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1EC14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South West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E907D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DEE7E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7240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18138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B2A719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5F059FE5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A6537B" w14:textId="77777777" w:rsidR="00A0774E" w:rsidRDefault="00A0774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DD965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DD367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7E2E5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Financial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C3CC2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Grazed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7B5E7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Homegrown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E2D4F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Purchased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10DF3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5153B9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5FB5A6B0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D3FD2A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A4207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stocking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7DE71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financial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166AB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Year Rainfall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08CBC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pasture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7DFD8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supp feed in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73663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feed in the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259E8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Phosphorus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3F8A9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Phosphorus</w:t>
            </w:r>
          </w:p>
        </w:tc>
      </w:tr>
      <w:tr w:rsidR="00A0774E" w14:paraId="7030C9A5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C89F3A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No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91667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rate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158AE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year rainfall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7E69F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percentage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B38BA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consumption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0199F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the diet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7BEB0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diet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F426A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applied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7C074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applied</w:t>
            </w:r>
          </w:p>
        </w:tc>
      </w:tr>
      <w:tr w:rsidR="00A0774E" w14:paraId="548E0958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B4B362" w14:textId="77777777" w:rsidR="00A0774E" w:rsidRDefault="00A0774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52749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4EC0D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48834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E0CA7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C39C8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% of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59DA4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% of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190A0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kg/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A275CC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488125E2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0966EF" w14:textId="77777777" w:rsidR="00A0774E" w:rsidRDefault="00A0774E">
            <w:pPr>
              <w:spacing w:after="0" w:line="240" w:lineRule="auto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BEC33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54713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875E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 of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51D3A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31D6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total ME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F84F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total ME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1C10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pasture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C20686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4DB4B228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973BD3" w14:textId="77777777" w:rsidR="00A0774E" w:rsidRDefault="00A0774E">
            <w:pPr>
              <w:spacing w:after="0" w:line="240" w:lineRule="auto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DED6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DSE/ha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DCDB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mm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DF43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average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29B3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tDM/ha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D5B4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consumed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7BFE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consumed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E720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ha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E211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 kg/DSE</w:t>
            </w:r>
          </w:p>
        </w:tc>
      </w:tr>
      <w:tr w:rsidR="00A0774E" w14:paraId="7A396918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23766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SW1062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815C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12.8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D4DD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717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53DF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A23C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E803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E72B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6CD3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03F7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0.6</w:t>
            </w:r>
          </w:p>
        </w:tc>
      </w:tr>
      <w:tr w:rsidR="00A0774E" w14:paraId="390ABBC2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81A80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SW1064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187E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15.2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AFFE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D53F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00F8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569F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256A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6418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07E5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1.0</w:t>
            </w:r>
          </w:p>
        </w:tc>
      </w:tr>
      <w:tr w:rsidR="00A0774E" w14:paraId="36F94EE4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D1E53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SW1065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52F3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12.4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4226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BFE6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04B3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5DE4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1FC0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2401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5222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0.6</w:t>
            </w:r>
          </w:p>
        </w:tc>
      </w:tr>
      <w:tr w:rsidR="00A0774E" w14:paraId="71EDFE12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543F8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1692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19.5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033F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B02F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1C95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A8DD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3A1B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2BDC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AE1F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2.0</w:t>
            </w:r>
          </w:p>
        </w:tc>
      </w:tr>
      <w:tr w:rsidR="00A0774E" w14:paraId="73C92681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38EFC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5272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12.8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F75D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B959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98EF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2813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7883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5C97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1DFE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0.8</w:t>
            </w:r>
          </w:p>
        </w:tc>
      </w:tr>
      <w:tr w:rsidR="00A0774E" w14:paraId="1A1696E7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D7185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CE07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14.0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FC7B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2865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DB78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B967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D758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7305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93A4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</w:t>
            </w:r>
          </w:p>
        </w:tc>
      </w:tr>
      <w:tr w:rsidR="00A0774E" w14:paraId="1E0751BB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A7D81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1998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9.7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F6EF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5447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54AD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9A13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DA19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1B3C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F00B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1.0</w:t>
            </w:r>
          </w:p>
        </w:tc>
      </w:tr>
      <w:tr w:rsidR="00A0774E" w14:paraId="3554D8A5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D72E5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1A0E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9C12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8739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AAF6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BBBE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7BF9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0F2C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20ED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</w:t>
            </w:r>
          </w:p>
        </w:tc>
      </w:tr>
      <w:tr w:rsidR="00A0774E" w14:paraId="7BEACFF2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07FE3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B080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4796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6D01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EB1F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1B4E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B13C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72EA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882B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1.1</w:t>
            </w:r>
          </w:p>
        </w:tc>
      </w:tr>
      <w:tr w:rsidR="00A0774E" w14:paraId="004E42D2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38840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2CF5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15.5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CF3E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A02B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BE0D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225F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AD3F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5766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0BD0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0.7</w:t>
            </w:r>
          </w:p>
        </w:tc>
      </w:tr>
      <w:tr w:rsidR="00A0774E" w14:paraId="2C125F16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661F7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D22C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9.7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0B37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56AE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73BF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8F0E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2272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8BF2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EB6F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0.0</w:t>
            </w:r>
          </w:p>
        </w:tc>
      </w:tr>
      <w:tr w:rsidR="00A0774E" w14:paraId="16577513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D6A7A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E9C7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8.3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88BE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0EEC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9461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747F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5392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2AF3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BD4D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0.0</w:t>
            </w:r>
          </w:p>
        </w:tc>
      </w:tr>
      <w:tr w:rsidR="00A0774E" w14:paraId="0395FCF2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33291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BCA4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8.6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EEB6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DF31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7B88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2D47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10DF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6922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6D27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0.0</w:t>
            </w:r>
          </w:p>
        </w:tc>
      </w:tr>
      <w:tr w:rsidR="00A0774E" w14:paraId="076AEFFC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157EE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B1EC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13.1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D4B8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C820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5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C45A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C513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9349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6CEA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</w:t>
            </w:r>
          </w:p>
        </w:tc>
      </w:tr>
      <w:tr w:rsidR="00A0774E" w14:paraId="05B00879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853E7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BAED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4066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61E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EC98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ADA4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9E8B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4913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8725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0.0</w:t>
            </w:r>
          </w:p>
        </w:tc>
      </w:tr>
      <w:tr w:rsidR="00A0774E" w14:paraId="71D9A648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41AE3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C597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14.7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4844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6E0D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1297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3D9E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FDB8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AA5B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8A7C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1.2</w:t>
            </w:r>
          </w:p>
        </w:tc>
      </w:tr>
      <w:tr w:rsidR="00A0774E" w14:paraId="32BE6874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CD0FA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DEE2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20.4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977D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BCA7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7CEF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F198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705A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44D5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CEAC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0.0</w:t>
            </w:r>
          </w:p>
        </w:tc>
      </w:tr>
      <w:tr w:rsidR="00A0774E" w14:paraId="00A48744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B9EBB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942F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16.2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F8F7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36E5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1DD8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F494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EFE3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0342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1A51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0.8</w:t>
            </w:r>
          </w:p>
        </w:tc>
      </w:tr>
      <w:tr w:rsidR="00A0774E" w14:paraId="4AD28B72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E5F4E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EFFF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14.3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2BC9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D073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DD4E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1BF6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CC87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6430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B47A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</w:t>
            </w:r>
          </w:p>
        </w:tc>
      </w:tr>
      <w:tr w:rsidR="00A0774E" w14:paraId="08C8B367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3C7D8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A8EA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14.1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487C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E114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D218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F114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9CBC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E914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B312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1.1</w:t>
            </w:r>
          </w:p>
        </w:tc>
      </w:tr>
      <w:tr w:rsidR="00A0774E" w14:paraId="7E533B9A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9723E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4912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4C6B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C1E4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7558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C301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1D23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E3FE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9759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1.4</w:t>
            </w:r>
          </w:p>
        </w:tc>
      </w:tr>
      <w:tr w:rsidR="00A0774E" w14:paraId="05E94CAD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228AC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334D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2BA4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4FD9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67CA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D2C7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2989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914F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B08B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</w:t>
            </w:r>
          </w:p>
        </w:tc>
      </w:tr>
      <w:tr w:rsidR="00A0774E" w14:paraId="5DC15F1A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2F2A5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782C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5DEB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1810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400A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EF08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1E37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3B9F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694D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1.1</w:t>
            </w:r>
          </w:p>
        </w:tc>
      </w:tr>
      <w:tr w:rsidR="00A0774E" w14:paraId="16D65E7E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6A606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0148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16.7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3BC5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0A80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F1FD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A1BE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2143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18B9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9BE6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</w:t>
            </w:r>
          </w:p>
        </w:tc>
      </w:tr>
      <w:tr w:rsidR="00A0774E" w14:paraId="227DFA5C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F3B75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SW1095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CDDE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E34F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7999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FE0E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8422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1999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2901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191D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0.7</w:t>
            </w:r>
          </w:p>
        </w:tc>
      </w:tr>
      <w:tr w:rsidR="00A0774E" w14:paraId="3ACAA564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FA70B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C204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42DA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B7C1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88AD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83C6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6C22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6F44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A749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0.0</w:t>
            </w:r>
          </w:p>
        </w:tc>
      </w:tr>
      <w:tr w:rsidR="00A0774E" w14:paraId="1BB17A77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37C6F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D7EE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9.1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EC6E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69C6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036F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D9D6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1035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D8C1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74FA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0.7</w:t>
            </w:r>
          </w:p>
        </w:tc>
      </w:tr>
      <w:tr w:rsidR="00A0774E" w14:paraId="04CB033B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B3DB7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F6E2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4E08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B822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0391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EFF4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7323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2E00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E03E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0.6</w:t>
            </w:r>
          </w:p>
        </w:tc>
      </w:tr>
      <w:tr w:rsidR="00A0774E" w14:paraId="18A95E4F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47A78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SW2001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F2CF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15.1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13B7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7ACC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F9BF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33DF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214A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4554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BA7F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</w:t>
            </w:r>
          </w:p>
        </w:tc>
      </w:tr>
      <w:tr w:rsidR="00A0774E" w14:paraId="55471BFA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93B9D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SW2002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4D4F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14.0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E975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3E3E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F5C5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94D1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39A0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D1A7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0754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0.8</w:t>
            </w:r>
          </w:p>
        </w:tc>
      </w:tr>
      <w:tr w:rsidR="00A0774E" w14:paraId="7C5A5C35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091E1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D40A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13.7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AE7D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1F4D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F27B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88E3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89AC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ABBD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A06B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0.7</w:t>
            </w:r>
          </w:p>
        </w:tc>
      </w:tr>
    </w:tbl>
    <w:p w14:paraId="31906506" w14:textId="77777777" w:rsidR="00A0774E" w:rsidRDefault="00AB080A">
      <w:r>
        <w:br w:type="page"/>
      </w:r>
    </w:p>
    <w:p w14:paraId="0B80761E" w14:textId="77777777" w:rsidR="00A0774E" w:rsidRDefault="00AB080A">
      <w:pPr>
        <w:pStyle w:val="Heading1"/>
      </w:pPr>
      <w:r>
        <w:lastRenderedPageBreak/>
        <w:t>Table B3</w:t>
      </w:r>
    </w:p>
    <w:p w14:paraId="5A4015B1" w14:textId="77777777" w:rsidR="00A0774E" w:rsidRDefault="00AB080A">
      <w:pPr>
        <w:pStyle w:val="Heading2"/>
      </w:pPr>
      <w:r>
        <w:t>Report appendix page 29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B3"/>
        <w:tblDescription w:val="Data table extracted from the 2025-26 Livestock Farm Monitor Project annual report appendix."/>
      </w:tblPr>
      <w:tblGrid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</w:tblGrid>
      <w:tr w:rsidR="00A0774E" w14:paraId="09AB98BE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8D1B5D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Pasture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5FA67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82CBE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 South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D4084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West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4E2C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03EC9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981AD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49CC7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35094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B2D1A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219EC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D4169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73C62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86509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CF6D94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09D2332E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0F5990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EBA70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74915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F8747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9A075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17D72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A6423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464D2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09EA9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Contract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79899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9FF42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66E3B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3A07D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4BBDB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B8E913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59E022C0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0224CE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4ADC6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F67F5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80D6B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Weed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BB2D8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Hay &amp;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CFAE6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635F8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54359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98347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pasture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20F6C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A7B8F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Other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70781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BBA3F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8EB2A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6925E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</w:tr>
      <w:tr w:rsidR="00A0774E" w14:paraId="21A1FBC6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A2080E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1BAE9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04D45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528AA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and pest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9F324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Silage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583A9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CD5FB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DCEE2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A93AB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renovation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3F462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Casual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72B8F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pasture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2F503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2568C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Irrigation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31B04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pasture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45462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pasture</w:t>
            </w:r>
          </w:p>
        </w:tc>
      </w:tr>
      <w:tr w:rsidR="00A0774E" w14:paraId="763087B9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44A316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No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3159C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Fertiliser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4D4E5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Seed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C3BB9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control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009B7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Making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584D7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Fuel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A09B0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&amp;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6862B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Oil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9FD40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operations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9610A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labour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0A615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450BB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DE4AE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EC9CA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43340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</w:tr>
      <w:tr w:rsidR="00A0774E" w14:paraId="73BE759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D3BC78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F20F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4D4F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FA4E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910A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4FE95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B8A3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54E7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3913F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BFB2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35E5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B6D1A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9541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1176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03B1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</w:tr>
      <w:tr w:rsidR="00A0774E" w14:paraId="5AB1A7A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B1EAC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880A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0CFA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EAB2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BC0D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55739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4067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C25AA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1D5D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89F9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2A07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66CC7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BFEE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2C2C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AAE8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</w:tr>
      <w:tr w:rsidR="00A0774E" w14:paraId="5E27ED6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79D83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6947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E7A0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F714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DACF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5B94B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6468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0E94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659F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A850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30A6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6AE1D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6643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3E3C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90C0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</w:tr>
      <w:tr w:rsidR="00A0774E" w14:paraId="607E7AC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CAAD4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6767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0C7E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671D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D860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F9390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0E8B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11518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716E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9C8E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1E98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BCEFD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49C3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ED42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218F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</w:tr>
      <w:tr w:rsidR="00A0774E" w14:paraId="3DE35CD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38FE6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85AF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AAD7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11C2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6E87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54486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6A79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B5951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24A2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72C7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4B13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2D087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AB5F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7305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ACAF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</w:tr>
      <w:tr w:rsidR="00A0774E" w14:paraId="6CE3D7A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6CAC3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17C8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7655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CAD9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11BD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9DBE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B204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6584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98A5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11DD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5E80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84064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F246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768C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0B69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</w:tr>
      <w:tr w:rsidR="00A0774E" w14:paraId="669FEEB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D57F7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8778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1969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F04A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56DC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56D2C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E1DF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40B58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8223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9191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81E2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E0893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FCE2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87CC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B9BD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</w:tr>
      <w:tr w:rsidR="00A0774E" w14:paraId="41CEC5F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94CD4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94C4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3074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E092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5C58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C38D3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0C53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E02FB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93E3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9961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3808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9B511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83C1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B31B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433E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</w:tr>
      <w:tr w:rsidR="00A0774E" w14:paraId="5620AA3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8CE12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SW512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A77C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699F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2545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F4D0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F35DB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5F11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1DABA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4E61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FEA0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65C8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CB0D8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D1F0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08C6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BA96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</w:tr>
      <w:tr w:rsidR="00A0774E" w14:paraId="1A3E05C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30019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SW623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B8C0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BE3B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F21D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502E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17642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698F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AEF91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97F5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B5D8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40AD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3D942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69E1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F543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22E1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</w:tr>
      <w:tr w:rsidR="00A0774E" w14:paraId="4E5EF1A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6FE6D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SW628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F716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2525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2BC6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6B87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307F2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8B2A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F2EB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3F78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F95C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6271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A79CE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3B06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626E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3B63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</w:tr>
      <w:tr w:rsidR="00A0774E" w14:paraId="79658BE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6A30F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SW659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E674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0FAE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AD50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E8ED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EDAD4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1CAC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229B7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B249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C5C1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982C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EE614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1642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05B9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B20B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</w:tr>
      <w:tr w:rsidR="00A0774E" w14:paraId="1D080D4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B61DF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SW693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A8C4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8E1E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2C66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58CB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75715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8A64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446EA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55CC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94BC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00EF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F0512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66D8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9640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40C6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</w:tr>
      <w:tr w:rsidR="00A0774E" w14:paraId="49C3060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F2F91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4A06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F86E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ADDA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B539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6BB73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5FCE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90862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7735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52E7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86B4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BCA91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AF2A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0BA4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BAF1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</w:tr>
      <w:tr w:rsidR="00A0774E" w14:paraId="5ADA823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CAA9E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E51D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9821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3E01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C7E9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5069A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F30A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E03BB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5FB7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0C58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B909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A85B9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CFB6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A8BB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2BE4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</w:tr>
      <w:tr w:rsidR="00A0774E" w14:paraId="12BDCCC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C1C6A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EFC7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B6B5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691C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6A54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48972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DBC6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6B536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6C7A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B4B9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388B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51DE6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CE0E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17D2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ECDB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</w:tr>
      <w:tr w:rsidR="00A0774E" w14:paraId="1FBC2C0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665C5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F152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EBF5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2E65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F550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12935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AA35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CB077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EA20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F9E1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5809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7ED99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6F72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79BC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30C9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</w:tr>
      <w:tr w:rsidR="00A0774E" w14:paraId="7695DAC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F0CF4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SW809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4B76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00C7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EACE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1267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0E9D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BCD5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678EF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E521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47ED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66F4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BF547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18B5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E74A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2E98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</w:tr>
      <w:tr w:rsidR="00A0774E" w14:paraId="4CB8380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F5DF9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SW1006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8FE7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B0B0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7B95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1488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BCC0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27EA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4B0BB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0CD2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F292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F369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31765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96AC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5BAE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4FCE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</w:tr>
      <w:tr w:rsidR="00A0774E" w14:paraId="1DB448E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4B6B4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5FFF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E90A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4D31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7D44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BD460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332C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3044A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C5A4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36AF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050F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3311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3553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C954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C97C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</w:tr>
      <w:tr w:rsidR="00A0774E" w14:paraId="29DAC38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5DDFA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5A98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A60A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FE27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3867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F442C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B385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2655B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B39E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E6D7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F689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0B64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08EF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C5D5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979F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</w:tr>
      <w:tr w:rsidR="00A0774E" w14:paraId="101C7B1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8C117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880D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8840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1CAC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1E23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42804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3F7E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F25C6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D04C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00F2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61D3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03ADD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3182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5512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C192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</w:tr>
      <w:tr w:rsidR="00A0774E" w14:paraId="4E61AC1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AB842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FA12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A1D1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E5E6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BE5F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50FB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C44A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69FE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42B5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300A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1F11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F5871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4D54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A236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075C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</w:tr>
      <w:tr w:rsidR="00A0774E" w14:paraId="7A3D8C5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14CA4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9FBA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C035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D42E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1B20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AF86F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D999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DD19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3808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A6AA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F1CA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FD79F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3C65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1EF8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28C5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</w:tr>
      <w:tr w:rsidR="00A0774E" w14:paraId="052C91F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3D690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SW1028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F3FF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97DB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C0A2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3318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48412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F86E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A4BBB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C2B8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1C5A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D3BF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65080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F1DF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1999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28AA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</w:tr>
      <w:tr w:rsidR="00A0774E" w14:paraId="2B977A1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E7E24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E0B7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E01D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C859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0F86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BAE03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37A5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E32F5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9BA9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B3CA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6E57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14CA9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AC2A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F91D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DE19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</w:tr>
      <w:tr w:rsidR="00A0774E" w14:paraId="2C21EBF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3492C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EF0F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3AC7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00B8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A55B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BBD05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33C2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A6E05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F8DE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74AC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1422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8A14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53E7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F199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9B2D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</w:tr>
      <w:tr w:rsidR="00A0774E" w14:paraId="2A9E49D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667F4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2CCB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8C08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234E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9A1E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8444C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4FEC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24385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9137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0037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53D5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23649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D7EC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8F07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1E9D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</w:tr>
      <w:tr w:rsidR="00A0774E" w14:paraId="1D82023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82CF4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560C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2064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B351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5BE1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F5E98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0CC9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ADE8F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CF47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02C8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D6DE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24341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F030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8265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795A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</w:tr>
      <w:tr w:rsidR="00A0774E" w14:paraId="28CF424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9CCEE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BB42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E397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34B1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8FF5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D4063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FE63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2F022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7329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0BF3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82E9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55386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62E6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3541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0FE4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</w:tr>
      <w:tr w:rsidR="00A0774E" w14:paraId="7407366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2F5FC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7982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9E86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94B5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1475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E319E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6489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FBFF9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8A1D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9A8D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424E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BFDE3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BCA0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7844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F820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</w:tr>
      <w:tr w:rsidR="00A0774E" w14:paraId="68E8077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BF807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B0F8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2DBC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95FE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58D6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39D08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02DA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736E2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5685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40A8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94DD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04543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20CF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C725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02BB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</w:tr>
      <w:tr w:rsidR="00A0774E" w14:paraId="0B2170F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732B9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5CCF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849A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18F6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C197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D17EB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F776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81009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00A4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B987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9FEF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B022A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2D36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969F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6DFA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</w:tr>
      <w:tr w:rsidR="00A0774E" w14:paraId="3E8AA43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F6CD2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2937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4F47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6E86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3435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EE156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B8EE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B035D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0ED4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F800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2919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D548B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5321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4815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68CC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</w:tr>
      <w:tr w:rsidR="00A0774E" w14:paraId="2EA4B8E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C9F4E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C5C4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15CF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CBE7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867F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D347C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7636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1E3A5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B0DB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D115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36D3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6ACF7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A56C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4EE8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396A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</w:tr>
      <w:tr w:rsidR="00A0774E" w14:paraId="24374DF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56382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B51F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951A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2BB8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6104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E659C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0EA0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34ED9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8BC7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6D4C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0D56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B059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78FD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A6BE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DCFF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</w:tr>
      <w:tr w:rsidR="00A0774E" w14:paraId="21C9BDC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B637D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8A42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2ABB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57EE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786D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1B829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6DA3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21E03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A349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5674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B61B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54966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1AE9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8DE4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8E3D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</w:tr>
      <w:tr w:rsidR="00A0774E" w14:paraId="0F008FF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820D6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49E6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27A5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F9A3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F761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5DA0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D0A4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4D37C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61F2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9B93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6A2A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F89AD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5915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AB0D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3395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</w:tr>
      <w:tr w:rsidR="00A0774E" w14:paraId="0E3C4F3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A0CDD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050D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E72F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274B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96BE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290DD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0460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014ED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3A6F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E053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DD42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49389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0DDF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3159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389F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</w:t>
            </w:r>
          </w:p>
        </w:tc>
      </w:tr>
      <w:tr w:rsidR="00A0774E" w14:paraId="3C4DCA4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B6946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67A3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0224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4849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3DF0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3C280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D8B6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EB1A3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598E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ACE7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3D60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ACD84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F145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F7AA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44E6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</w:tr>
      <w:tr w:rsidR="00A0774E" w14:paraId="2D3A3C9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54CBF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21D7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4DF9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628F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32F9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97712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DE06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B86B9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04A7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8B2D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66AC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FBAD8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3D33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E1B1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55CA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</w:tr>
      <w:tr w:rsidR="00A0774E" w14:paraId="44506F4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32A28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91E7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7232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FC40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4F62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847FC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26FD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CCED7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BFAB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1C83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FF7B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2D6B1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7241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3FE8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CE66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</w:tr>
      <w:tr w:rsidR="00A0774E" w14:paraId="41F3997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C9484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E613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9625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18AD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CDAD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81695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B2CE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B5528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2C42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FE89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FD1F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9B83A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1604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B16E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EF99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</w:tr>
      <w:tr w:rsidR="00A0774E" w14:paraId="2D1C527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541FA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505D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12A6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8BE2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73ED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7B387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3152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3F268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B4C5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FD56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FB59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9AA4D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B3A5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D685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BB1B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</w:tr>
      <w:tr w:rsidR="00A0774E" w14:paraId="44F45AB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94E7E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90D9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05AA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6304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BDA7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C4AD2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3414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0ECF9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3DD8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A2B5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29A0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F209C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6D08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DFA9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66FC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</w:tr>
      <w:tr w:rsidR="00A0774E" w14:paraId="56BCB49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49B52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SW1062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B6ED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C46B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6B63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E4E5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3D4DA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D7FC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EF000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E203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9B43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8B47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40F61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2ED9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6C45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B4F8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</w:tr>
    </w:tbl>
    <w:p w14:paraId="2068F16E" w14:textId="77777777" w:rsidR="00A0774E" w:rsidRDefault="00AB080A">
      <w:r>
        <w:br w:type="page"/>
      </w:r>
    </w:p>
    <w:p w14:paraId="7502C400" w14:textId="77777777" w:rsidR="00A0774E" w:rsidRDefault="00AB080A">
      <w:pPr>
        <w:pStyle w:val="Heading1"/>
      </w:pPr>
      <w:r>
        <w:lastRenderedPageBreak/>
        <w:t>Table B3 – Continued</w:t>
      </w:r>
    </w:p>
    <w:p w14:paraId="0626394D" w14:textId="77777777" w:rsidR="00A0774E" w:rsidRDefault="00AB080A">
      <w:pPr>
        <w:pStyle w:val="Heading2"/>
      </w:pPr>
      <w:r>
        <w:t>Report appendix page 30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B3 – Continued"/>
        <w:tblDescription w:val="Data table extracted from the 2025-26 Livestock Farm Monitor Project annual report appendix."/>
      </w:tblPr>
      <w:tblGrid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</w:tblGrid>
      <w:tr w:rsidR="00A0774E" w14:paraId="3E7DFE71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70F7D9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Pasture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E0EE2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1C984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 South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0B5E7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West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33162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E5AEB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6D309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EE304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BFE83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3B810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D2ED9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F1D58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9A93A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1F838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05904F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5ED9A579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97036E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6B464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7448A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12CE1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79D3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B597B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8A635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11868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62AA0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Contract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20D4B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8D169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A996B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0708B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E593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507D09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7BB2DC72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ADFFAD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367F3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BA51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D52EA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Weed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6CB63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Hay &amp;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97DA4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9E0F1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B5C6C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9705C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pasture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C55C1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6AAC0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Other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577CC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5B13D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1523B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0883B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</w:tr>
      <w:tr w:rsidR="00A0774E" w14:paraId="0A1E6A3F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C00C1C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9D4A0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2E40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6CF9F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and pest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BE4A8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Silage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3EEA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B8E93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D762C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F4716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renovation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AFA72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Casual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AD67F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pasture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7ABAC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5B959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Irrigation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87B2E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pasture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E62B7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pasture</w:t>
            </w:r>
          </w:p>
        </w:tc>
      </w:tr>
      <w:tr w:rsidR="00A0774E" w14:paraId="0C023412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DEA995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No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1CA9E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Fertiliser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AE9E3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Seed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F79C2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control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2DB87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Making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0B821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Fuel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8A1E0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&amp;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AF71A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Oil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A8BFF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operations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D9DAA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labour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A4E8D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8478B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17AF5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AE728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6D4BC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</w:tr>
      <w:tr w:rsidR="00A0774E" w14:paraId="30D8A72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945148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FF20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91BD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1C31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9DF2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76C4A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6251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E201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5D831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7A26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24CC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C5507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ABDD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4A8D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24AB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</w:tr>
      <w:tr w:rsidR="00A0774E" w14:paraId="5BE839C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90C24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7A29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955D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31BD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3A14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41A78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C5DC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9BE81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2464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302C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239A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D98E2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2F7F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3C46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6C11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</w:tr>
      <w:tr w:rsidR="00A0774E" w14:paraId="6AD9871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FCB4A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SW1065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AB10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ADBA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CF7E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34A6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D236D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8F41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BDC53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43A0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7420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03A3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F216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A115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C4B7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C893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</w:tr>
      <w:tr w:rsidR="00A0774E" w14:paraId="1DE220E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2062B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7896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4580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52A8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1E7B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767D4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B006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029FD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BA2C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5B7B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9F21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C2862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A219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AEBE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D6EA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</w:tr>
      <w:tr w:rsidR="00A0774E" w14:paraId="59C0A4F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14267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155F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0086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2B75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46D1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EFDCD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F908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D4F1E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51F8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B433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2BA7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D0768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5FEE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5A6C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F7E9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</w:tr>
      <w:tr w:rsidR="00A0774E" w14:paraId="527A808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86341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88EF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6B4E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B5D1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3FBE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87CA4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6850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E418D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998C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A765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DB59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13667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4E2A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C48A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F0A1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</w:tr>
      <w:tr w:rsidR="00A0774E" w14:paraId="4B78625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A2490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D7BC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75AD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8CDB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CC3C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310D5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D8A5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56FD1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3808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AC5D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9BB4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609CB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6972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5E28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337E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</w:tr>
      <w:tr w:rsidR="00A0774E" w14:paraId="16A4AD4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61695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13F2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545A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27C8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431F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2AD30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EDA6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11C91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5D42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BA5D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95A3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B6CD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ED9A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4BD5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50E6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</w:tr>
      <w:tr w:rsidR="00A0774E" w14:paraId="5E5264C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975F4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2FA1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50C2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554F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D521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8266D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AF60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0D636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AB37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7F84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10BF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8AB55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5CC7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5465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BA26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</w:tr>
      <w:tr w:rsidR="00A0774E" w14:paraId="64CD7FA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F074E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C21A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7838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24B3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07FC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7C745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870C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FAA31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4EB5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9389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20A1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DB8EC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015D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6375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944F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</w:tr>
      <w:tr w:rsidR="00A0774E" w14:paraId="207C57F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A7860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CDC2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AFD5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9D9E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D0FE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C4F36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B98D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63451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5F5C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7F9F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0FC9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BFB1D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15A8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E536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7751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5404339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482E3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2111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9EA8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B211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67C2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97517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1CC4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B5E6E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66FE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39DB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AF5E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C9AFA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64F2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A719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88D9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</w:tr>
      <w:tr w:rsidR="00A0774E" w14:paraId="7ED489E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3CD81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39C9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EDB4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3EA8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CCF9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8ACDE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09EC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D37AB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18B6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2B64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CB6D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2D0C5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3E8E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EC3B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B585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</w:tr>
      <w:tr w:rsidR="00A0774E" w14:paraId="392AF1A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BADB5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7DD8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E1A1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F21D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699B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82C19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4A11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89875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18D0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F8CB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94D8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36ED1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31D5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E618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3CA2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</w:tr>
      <w:tr w:rsidR="00A0774E" w14:paraId="7E887DC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86A9A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2664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E1A2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29B6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4F65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FA74A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5925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0421A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8B80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C2D6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BB78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FA12B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AC0D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8C1B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14C9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</w:tr>
      <w:tr w:rsidR="00A0774E" w14:paraId="272F38D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4F30F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1621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04F8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B55F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1357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0D567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BA44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E4E03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7A75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0028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26AB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9E8CD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8D39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E186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E397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</w:tr>
      <w:tr w:rsidR="00A0774E" w14:paraId="175A5C8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A5475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AF5C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79B0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8024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052A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420E9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3609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0F980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4822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5500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07DA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4C5DD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B972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6B61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99E7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</w:tr>
      <w:tr w:rsidR="00A0774E" w14:paraId="34EC81C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9C57C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DF16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7982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8A5C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FFD3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70909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68DF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52429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D214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728E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C21D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E2C43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8D2E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31F5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B557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</w:tr>
      <w:tr w:rsidR="00A0774E" w14:paraId="6852EE0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3ACF8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388F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E0BF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1E52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5E7E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21D26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92A5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DE039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3BF9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E8B1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F561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A032E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CDCE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8013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7AF6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</w:tr>
      <w:tr w:rsidR="00A0774E" w14:paraId="0BC13A4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83317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0DFD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C1D0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769A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05C6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8EBDA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0E65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4910B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1477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2938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6FE2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4C1FB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699B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6F21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70F0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</w:tr>
      <w:tr w:rsidR="00A0774E" w14:paraId="217181C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E4CB1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503E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83F5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7BD6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CFCE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41120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5DE4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09295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839E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6F56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691D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911C1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EF88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63EA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3B13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</w:tr>
      <w:tr w:rsidR="00A0774E" w14:paraId="52D4374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8D28C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633B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EBC7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5419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5DB8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86D31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5D95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455E5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4095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C693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10B7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6AB25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4977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6CAC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2AE6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</w:tr>
      <w:tr w:rsidR="00A0774E" w14:paraId="7D0C704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589EA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CBC8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E09A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85C8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79AC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DD5F9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A9BB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7C206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F3D3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0100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79A3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86DEA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19A3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AF0E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C942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</w:tr>
      <w:tr w:rsidR="00A0774E" w14:paraId="0BD026C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3C09F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572F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B8F6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E7F9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4D9A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2D9BE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C216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E4227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0A8C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BB80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3515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9377C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65E5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2BF1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D34A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</w:tr>
      <w:tr w:rsidR="00A0774E" w14:paraId="02DCE4E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6BDF0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SW1095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5807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2D51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BAA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BA3C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B4FE2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86D5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C6716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F822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4E86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9AC9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4439A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651C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0A04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5F1C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</w:tr>
      <w:tr w:rsidR="00A0774E" w14:paraId="0016AD4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47597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4151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E36F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3F78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FF3C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CBED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5957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8D7CA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F4D1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09FE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69A3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A894F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684D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5F07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BE78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</w:tr>
      <w:tr w:rsidR="00A0774E" w14:paraId="5BDA60C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02215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C692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EE21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8691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8A6D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AA83B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8BC0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5836C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39F4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70BF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68BA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B8675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6049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E3E0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16F5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</w:tr>
      <w:tr w:rsidR="00A0774E" w14:paraId="52DF809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BFA81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9FF5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A4F6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9C63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B131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B804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8FBB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086EB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8C3F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7721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4D7A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56E28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3D3E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980A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DC13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</w:tr>
      <w:tr w:rsidR="00A0774E" w14:paraId="487F186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552EB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SW2001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ED36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53DC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489D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DA72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5824D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8B0E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C474A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BB96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78BF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585E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1F174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CC3C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4A5D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E8B5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</w:tr>
      <w:tr w:rsidR="00A0774E" w14:paraId="048F7C6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D8A07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SW2002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915F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163D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3C90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8A9E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F6F74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79CF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2A0B6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04BF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2C70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D747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CCE6F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C511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48EC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AE23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</w:tr>
      <w:tr w:rsidR="00A0774E" w14:paraId="7D66160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A5530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6F80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A633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0D94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0CE6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EE8F3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F946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1F645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5A68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5B74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8280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90897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F6F2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C0EE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78C6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</w:tr>
    </w:tbl>
    <w:p w14:paraId="50678EE3" w14:textId="77777777" w:rsidR="00A0774E" w:rsidRDefault="00AB080A">
      <w:r>
        <w:br w:type="page"/>
      </w:r>
    </w:p>
    <w:p w14:paraId="2FE188FC" w14:textId="77777777" w:rsidR="00A0774E" w:rsidRDefault="00AB080A">
      <w:pPr>
        <w:pStyle w:val="Heading1"/>
      </w:pPr>
      <w:r>
        <w:lastRenderedPageBreak/>
        <w:t>Table B4</w:t>
      </w:r>
    </w:p>
    <w:p w14:paraId="7A510250" w14:textId="77777777" w:rsidR="00A0774E" w:rsidRDefault="00AB080A">
      <w:pPr>
        <w:pStyle w:val="Heading2"/>
      </w:pPr>
      <w:r>
        <w:t>Report appendix page 31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B4"/>
        <w:tblDescription w:val="Data table extracted from the 2025-26 Livestock Farm Monitor Project annual report appendix."/>
      </w:tblPr>
      <w:tblGrid>
        <w:gridCol w:w="1026"/>
        <w:gridCol w:w="1026"/>
        <w:gridCol w:w="1026"/>
        <w:gridCol w:w="1026"/>
        <w:gridCol w:w="1027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</w:tblGrid>
      <w:tr w:rsidR="00A0774E" w14:paraId="7D5290C1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D29DF1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Overhead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01E92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5AB61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 –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08754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South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883EB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West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DA0FF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A2BC9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29A22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3DAB7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E71D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764A2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0697F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00157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43C46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D28559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24293429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882BC1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037DD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FF0B6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64484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36978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5EE81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F96A2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6956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20611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38E9F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Other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74C7A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cash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1C357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3C51B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172BB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Owner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F44C8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</w:tr>
      <w:tr w:rsidR="00A0774E" w14:paraId="227D19CA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C2BD31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E0F8C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B4234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Permanent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B993B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63925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Repairs and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F0FCE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23DF3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electricity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37605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7843F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D3804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overhead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ED8DF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6B487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C6F47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9E264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operator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2FDEA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overhead</w:t>
            </w:r>
          </w:p>
        </w:tc>
      </w:tr>
      <w:tr w:rsidR="00A0774E" w14:paraId="3CEF9D3D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53168D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No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94F39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staff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51D5E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88B87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1A99F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maintenance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9214B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3184D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C266E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insurance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F27F3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Rates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08206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CFCFB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6026C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Depreciation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BB5EF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3784B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labour cost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EC792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</w:t>
            </w:r>
          </w:p>
        </w:tc>
      </w:tr>
      <w:tr w:rsidR="00A0774E" w14:paraId="668C9260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6FF41E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F4FD4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A4CF6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B66B8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4704B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8C93A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09703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21F1A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4146A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402F3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5F18F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4D44A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4F5F6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0B0C9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EEDC7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</w:tr>
      <w:tr w:rsidR="00A0774E" w14:paraId="59DD459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D8623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3CA82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0BC7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F6D8D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EA5A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A0729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59F5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269B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30BE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12D4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8011C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3776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C36FB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A0F1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5152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212</w:t>
            </w:r>
          </w:p>
        </w:tc>
      </w:tr>
      <w:tr w:rsidR="00A0774E" w14:paraId="16B0D6B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C4433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52A09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E8A3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E346A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1A47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3D0EA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6886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0EB1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BE90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ACA3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F8DC4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2686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14E4B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97D7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3F26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156</w:t>
            </w:r>
          </w:p>
        </w:tc>
      </w:tr>
      <w:tr w:rsidR="00A0774E" w14:paraId="476A279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2B200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7765D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8A81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8F80E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4FEE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83A8B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EBDD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8B35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800A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1D8A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57880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093B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41118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49B3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6A63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809</w:t>
            </w:r>
          </w:p>
        </w:tc>
      </w:tr>
      <w:tr w:rsidR="00A0774E" w14:paraId="6575F88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7E42B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D360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210A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9B311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B688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9CDEC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1AFA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FEEB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A5F1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3AE8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F336B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8645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15A24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FF61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5002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625</w:t>
            </w:r>
          </w:p>
        </w:tc>
      </w:tr>
      <w:tr w:rsidR="00A0774E" w14:paraId="309F50B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CC2CB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DCEC0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57D0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E80B9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1232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26F46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7B8A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6A40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29E2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F4D6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C5878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ECD3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762DC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C839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49BB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299</w:t>
            </w:r>
          </w:p>
        </w:tc>
      </w:tr>
      <w:tr w:rsidR="00A0774E" w14:paraId="06154AB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E9723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CFCF7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5621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3EEB5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D7D0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726B5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8DCA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A3D9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CBDC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E4C2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114AD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7138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9745F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650D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C859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476</w:t>
            </w:r>
          </w:p>
        </w:tc>
      </w:tr>
      <w:tr w:rsidR="00A0774E" w14:paraId="562CEF0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E00D1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64326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EE99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713B7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033E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84F21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47F7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F0D9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E637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F330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A42ED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A4FB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64009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7849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A86B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302</w:t>
            </w:r>
          </w:p>
        </w:tc>
      </w:tr>
      <w:tr w:rsidR="00A0774E" w14:paraId="3ACAF79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DA207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SW512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1BDE3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2939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A1FCA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6705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4E20A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48C7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1CF8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71F1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51D3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20D38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5EAC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03939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417D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7EC7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502</w:t>
            </w:r>
          </w:p>
        </w:tc>
      </w:tr>
      <w:tr w:rsidR="00A0774E" w14:paraId="766240B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89756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SW623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69116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CDB6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E6A46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3EDA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5789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39E9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CFAB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FB99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3892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5C1E4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0203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3EB61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DC9D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A238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566</w:t>
            </w:r>
          </w:p>
        </w:tc>
      </w:tr>
      <w:tr w:rsidR="00A0774E" w14:paraId="1BF2C59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588A9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SW628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C87C1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4C9C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1CABC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F78E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13189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A34B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55C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E429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23DD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F1D35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46AF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BE8FA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9AE7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A617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551</w:t>
            </w:r>
          </w:p>
        </w:tc>
      </w:tr>
      <w:tr w:rsidR="00A0774E" w14:paraId="0F963B9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92D75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SW659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5B37B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7604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86885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296A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D7D13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8120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CEE7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9DDA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DB6A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89058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A6D1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B88A6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A389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E9A6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273</w:t>
            </w:r>
          </w:p>
        </w:tc>
      </w:tr>
      <w:tr w:rsidR="00A0774E" w14:paraId="7098D6B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78EB4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SW693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E6809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E123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15705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8361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4A83D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B03D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4276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C4C7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1AC6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3BD1D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EEEB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DE62A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7C76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E8EB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189</w:t>
            </w:r>
          </w:p>
        </w:tc>
      </w:tr>
      <w:tr w:rsidR="00A0774E" w14:paraId="2FA2DC1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715B0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BF139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6014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F5A72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1A5D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71C74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F677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4CEC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26E2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D3CA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167D9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DD19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27D87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A8BB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1FAF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369</w:t>
            </w:r>
          </w:p>
        </w:tc>
      </w:tr>
      <w:tr w:rsidR="00A0774E" w14:paraId="1E9075A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E2DF5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9FA74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E268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C458F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9535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3EA77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AA27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BE87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53CA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80B0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053A3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96AE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B9637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28D2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1C5F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438</w:t>
            </w:r>
          </w:p>
        </w:tc>
      </w:tr>
      <w:tr w:rsidR="00A0774E" w14:paraId="4038E67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FD50E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16206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E547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FCF17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C89F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9EA48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1B2F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00EF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E221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30B4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94960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4C72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E17C3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65F6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B288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758</w:t>
            </w:r>
          </w:p>
        </w:tc>
      </w:tr>
      <w:tr w:rsidR="00A0774E" w14:paraId="45614E4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ED4F5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08E78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A852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82699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1902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84708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DDF4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0970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3C20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AD76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99FC8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7A6C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B3EF9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FA56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CFC2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274</w:t>
            </w:r>
          </w:p>
        </w:tc>
      </w:tr>
      <w:tr w:rsidR="00A0774E" w14:paraId="74E1D33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05768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SW809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A0E65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B28F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33069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9038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CCC85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2DF6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5BA6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1FB8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F6D2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E839F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03B9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EA93A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2E4A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EBEC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765</w:t>
            </w:r>
          </w:p>
        </w:tc>
      </w:tr>
      <w:tr w:rsidR="00A0774E" w14:paraId="24AFB5E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72144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SW1006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8062A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5459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FAB1B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8052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EFD21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5ACA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1BCD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9C8B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9503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BA45F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1AA0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91AF3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FB79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6BE1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1278</w:t>
            </w:r>
          </w:p>
        </w:tc>
      </w:tr>
      <w:tr w:rsidR="00A0774E" w14:paraId="0A79A45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E2DBF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1CE27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293D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18410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8304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5A32D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5D03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5FE5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013A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1EDE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57F7C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C9A2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680EB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09D0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809F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544</w:t>
            </w:r>
          </w:p>
        </w:tc>
      </w:tr>
      <w:tr w:rsidR="00A0774E" w14:paraId="4CAAE54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A2227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1174B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B86F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955AE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CCAC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FBE1A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0C23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B028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2024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2094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E339A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26B7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490DD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A5D4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D88D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273</w:t>
            </w:r>
          </w:p>
        </w:tc>
      </w:tr>
      <w:tr w:rsidR="00A0774E" w14:paraId="19E428D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2AE12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0BB75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860E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E25D6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2715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7C7FA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3A72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3825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F0CE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3148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B4367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9A6E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84E3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2897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4B96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311</w:t>
            </w:r>
          </w:p>
        </w:tc>
      </w:tr>
      <w:tr w:rsidR="00A0774E" w14:paraId="380FF0C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004E3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C5B36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814A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20152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D97D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A002F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9DA4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BCB1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E883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FDEF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E0A9E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E1AA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5D807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1567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3D4F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320</w:t>
            </w:r>
          </w:p>
        </w:tc>
      </w:tr>
      <w:tr w:rsidR="00A0774E" w14:paraId="62B380D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960BA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4A6A2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D620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AF3DA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DDC0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25767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3ED9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2219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4044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9CAB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5F4EA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5992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56CC1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E053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DF7C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760</w:t>
            </w:r>
          </w:p>
        </w:tc>
      </w:tr>
      <w:tr w:rsidR="00A0774E" w14:paraId="4F1D924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62654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D48FA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9847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EA6C7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506B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3305C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728C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913E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07BE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153C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C1854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23DA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73E0D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8511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0648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235</w:t>
            </w:r>
          </w:p>
        </w:tc>
      </w:tr>
      <w:tr w:rsidR="00A0774E" w14:paraId="21E1A47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8140F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SW1029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A67D7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2896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1602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6CE2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4D093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6715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AD51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1145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B598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B504B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8292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2B12E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8141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CCB2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263</w:t>
            </w:r>
          </w:p>
        </w:tc>
      </w:tr>
      <w:tr w:rsidR="00A0774E" w14:paraId="2ED6FCA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70522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0CC75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4708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1B189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8A13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17D82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CCE3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4D1F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C4D3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F054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DF7F1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1B83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82406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EECC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16CD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102</w:t>
            </w:r>
          </w:p>
        </w:tc>
      </w:tr>
      <w:tr w:rsidR="00A0774E" w14:paraId="795852A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A8236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632D3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CA68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06A91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91C6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7AD7F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BC79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A00B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E69A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BF08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B282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4756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C7BF2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FC8D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DA28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268</w:t>
            </w:r>
          </w:p>
        </w:tc>
      </w:tr>
      <w:tr w:rsidR="00A0774E" w14:paraId="7223935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6906D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3895A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D264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6B9EF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BDB3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8A232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747D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FC46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2260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CD94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CC57A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4AA5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BF4D2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FE92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37C2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424</w:t>
            </w:r>
          </w:p>
        </w:tc>
      </w:tr>
      <w:tr w:rsidR="00A0774E" w14:paraId="3635F5C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D89A7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AABF0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6FCD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2AC24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6BC2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008F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A0D5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21A0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27E2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3A03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A632E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FC82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2E9CE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4683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4175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317</w:t>
            </w:r>
          </w:p>
        </w:tc>
      </w:tr>
      <w:tr w:rsidR="00A0774E" w14:paraId="135C3E0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23C2B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F2C3D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511B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97EC8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594B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B585D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DC8C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139E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AC98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5258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0AE9C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B7A6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6C045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F06A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35A7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192</w:t>
            </w:r>
          </w:p>
        </w:tc>
      </w:tr>
      <w:tr w:rsidR="00A0774E" w14:paraId="10FB959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C5292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C7978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0BF2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5F184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336B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A49D0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2A02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BDEF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A2E7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88A1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A093B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4F82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4CBE6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3292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367A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392</w:t>
            </w:r>
          </w:p>
        </w:tc>
      </w:tr>
      <w:tr w:rsidR="00A0774E" w14:paraId="75516C4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A6237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AA3CE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EF53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5480A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D7C5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CB57F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FA24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5FBB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A625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0713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8615F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0657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6581B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2F22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43BA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462</w:t>
            </w:r>
          </w:p>
        </w:tc>
      </w:tr>
      <w:tr w:rsidR="00A0774E" w14:paraId="4C85D62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B2FE1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CA713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6692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1840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654D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559D2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7B06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B3AB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BA63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81EE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B3F5E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EDBC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7086B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ED2B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BA9F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359</w:t>
            </w:r>
          </w:p>
        </w:tc>
      </w:tr>
      <w:tr w:rsidR="00A0774E" w14:paraId="456CEFF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749EA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F749B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D455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DAAC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0EA4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D759B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98F0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48D1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9FFF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1ECF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069AD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7046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539FB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2396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598C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244</w:t>
            </w:r>
          </w:p>
        </w:tc>
      </w:tr>
      <w:tr w:rsidR="00A0774E" w14:paraId="2C67573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3DA8D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8269E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26FA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65B48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CB94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13B7C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7EC5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7843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B374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9C1C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06C6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0CB3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4841B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0D8C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CD48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233</w:t>
            </w:r>
          </w:p>
        </w:tc>
      </w:tr>
      <w:tr w:rsidR="00A0774E" w14:paraId="61FD486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8900C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F027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1E31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5F67E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22E5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C7BFB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12AF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EDB5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557A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51F5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45329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B23F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31017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1136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6B50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323</w:t>
            </w:r>
          </w:p>
        </w:tc>
      </w:tr>
      <w:tr w:rsidR="00A0774E" w14:paraId="72DD945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CF467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CF6C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8204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E51E1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C0F3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590B8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1C1F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F402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148A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090E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8695A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2784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14019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8EC4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0E40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344</w:t>
            </w:r>
          </w:p>
        </w:tc>
      </w:tr>
      <w:tr w:rsidR="00A0774E" w14:paraId="62C1B72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90E26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4ACC7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9277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EEF42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1A98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5EEF8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17AB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2082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44E7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6770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43076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7FE2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1B216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DD92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3740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443</w:t>
            </w:r>
          </w:p>
        </w:tc>
      </w:tr>
      <w:tr w:rsidR="00A0774E" w14:paraId="4D013E6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9C602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22CD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30C7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73122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8B9B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D11FC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BDE5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08D4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CFF5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12B0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1350A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09D2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D0514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CAD7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AF9C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193</w:t>
            </w:r>
          </w:p>
        </w:tc>
      </w:tr>
      <w:tr w:rsidR="00A0774E" w14:paraId="44FB74F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C33C3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EB266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2C74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732A1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2177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F686A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9936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D240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089D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929B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56CCD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FDD5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F0ED8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D5C3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BA66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259</w:t>
            </w:r>
          </w:p>
        </w:tc>
      </w:tr>
      <w:tr w:rsidR="00A0774E" w14:paraId="1CE561C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C3561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CA7DD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4A27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D377E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AC21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7CCFC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3C00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E833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1080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0C41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31AF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1EA0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112F7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55DF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6B85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395</w:t>
            </w:r>
          </w:p>
        </w:tc>
      </w:tr>
      <w:tr w:rsidR="00A0774E" w14:paraId="08690EA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E5708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1AC55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1122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7877A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9385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6B059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C183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DB37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DABF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0337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86619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5A78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BD872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F604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18C5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484</w:t>
            </w:r>
          </w:p>
        </w:tc>
      </w:tr>
      <w:tr w:rsidR="00A0774E" w14:paraId="543C9F5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63296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392CD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7AF4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F7212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C043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FC304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D5BE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EA09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8476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D203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EAF28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6601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5C0AC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15D9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5028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269</w:t>
            </w:r>
          </w:p>
        </w:tc>
      </w:tr>
      <w:tr w:rsidR="00A0774E" w14:paraId="539E52C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BAC75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7F426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2360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4499C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CBEE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88F5A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458D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4861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D0A3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1743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93F19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A737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190FF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85FE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8DAF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275</w:t>
            </w:r>
          </w:p>
        </w:tc>
      </w:tr>
      <w:tr w:rsidR="00A0774E" w14:paraId="4BD1429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DB113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SW1062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30FC5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CA1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D29DF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03E4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594AD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97F1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109B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17E1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3153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4E8B4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41F3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24146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30A1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B131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404</w:t>
            </w:r>
          </w:p>
        </w:tc>
      </w:tr>
      <w:tr w:rsidR="00A0774E" w14:paraId="51AA7AD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F3A97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BA011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C7CF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62ED2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31A1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05EB9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2C4A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3A10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90A6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59FD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6C4F7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3155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B1E1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34C6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A70D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439</w:t>
            </w:r>
          </w:p>
        </w:tc>
      </w:tr>
    </w:tbl>
    <w:p w14:paraId="14383D2A" w14:textId="77777777" w:rsidR="00A0774E" w:rsidRDefault="00AB080A">
      <w:r>
        <w:br w:type="page"/>
      </w:r>
    </w:p>
    <w:p w14:paraId="4C8F35AB" w14:textId="77777777" w:rsidR="00A0774E" w:rsidRDefault="00AB080A">
      <w:pPr>
        <w:pStyle w:val="Heading1"/>
      </w:pPr>
      <w:r>
        <w:lastRenderedPageBreak/>
        <w:t>Table B4 – Continued</w:t>
      </w:r>
    </w:p>
    <w:p w14:paraId="2D0AD0EA" w14:textId="77777777" w:rsidR="00A0774E" w:rsidRDefault="00AB080A">
      <w:pPr>
        <w:pStyle w:val="Heading2"/>
      </w:pPr>
      <w:r>
        <w:t>Report appendix page 32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B4 – Continued"/>
        <w:tblDescription w:val="Data table extracted from the 2025-26 Livestock Farm Monitor Project annual report appendix."/>
      </w:tblPr>
      <w:tblGrid>
        <w:gridCol w:w="1026"/>
        <w:gridCol w:w="1026"/>
        <w:gridCol w:w="1026"/>
        <w:gridCol w:w="1026"/>
        <w:gridCol w:w="1027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</w:tblGrid>
      <w:tr w:rsidR="00A0774E" w14:paraId="074558CA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FD7B26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Overhead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6A27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8CDDD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 –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266AA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South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D6465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West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5522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2C244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78352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9CA51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7711F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FA09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4D3C9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1B3D7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10A27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359296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0A9461C4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6BFE20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00C2B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3A4C4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8C43E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171E6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F776D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97133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C9CBA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976E6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728AD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Other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44D01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cash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EEE8F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6C9FA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34B10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Owner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78A66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</w:tr>
      <w:tr w:rsidR="00A0774E" w14:paraId="798CAC38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7743FD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782C0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3F0BB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Permanent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B09A2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17D3E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Repairs and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29A5D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CC80F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electricity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7CB61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6142F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534F6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overhead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191E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C3FFA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3475A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9341E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operator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54A6B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overhead</w:t>
            </w:r>
          </w:p>
        </w:tc>
      </w:tr>
      <w:tr w:rsidR="00A0774E" w14:paraId="424C1B52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B7D65C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No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A73E3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staff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09D58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51CCA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24DB0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maintenance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F2F2B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55E3D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11AF8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insurance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86B4E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Rates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D65E2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E7CBE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86117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Depreciation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58028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66C7A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labour cost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05D86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</w:t>
            </w:r>
          </w:p>
        </w:tc>
      </w:tr>
      <w:tr w:rsidR="00A0774E" w14:paraId="79BC0FA8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C0F745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DB142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A08F8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AE2D5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0D540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5D044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79138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EFA4D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93DB2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4AEAC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1D304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D0F9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F8774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03DD9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59CA8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</w:tr>
      <w:tr w:rsidR="00A0774E" w14:paraId="1278D8C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B1A63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SW1065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42E53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5F9F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67B6E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DFE1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D71C7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6ABD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EFA0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E6A6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A0DD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67DE2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C32C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8F27A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F032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C902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313</w:t>
            </w:r>
          </w:p>
        </w:tc>
      </w:tr>
      <w:tr w:rsidR="00A0774E" w14:paraId="3CE0C98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22198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39F67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B1AD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59885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CFB1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E94F1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8B69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57D5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A0F9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9802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9B09E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D77C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C91F5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C541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69CC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397</w:t>
            </w:r>
          </w:p>
        </w:tc>
      </w:tr>
      <w:tr w:rsidR="00A0774E" w14:paraId="4655E97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A0098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9B20F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4C8D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D000C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BBF7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1CE9B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3E6D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FC33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545B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53DF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BBE61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7738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AC5FF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EB87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AB36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399</w:t>
            </w:r>
          </w:p>
        </w:tc>
      </w:tr>
      <w:tr w:rsidR="00A0774E" w14:paraId="31F08AC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E98F4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2B9BD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05A4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763B7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D4F8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4AB15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82C8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4ED0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AD9A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1299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85DA1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0C8C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829CC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C4F4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E98D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341</w:t>
            </w:r>
          </w:p>
        </w:tc>
      </w:tr>
      <w:tr w:rsidR="00A0774E" w14:paraId="2096CF2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0876F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C9B66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6870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BC565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4846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BFDE5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C060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544B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EDE0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B848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C16BB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4E9E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285B1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3B11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113E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279</w:t>
            </w:r>
          </w:p>
        </w:tc>
      </w:tr>
      <w:tr w:rsidR="00A0774E" w14:paraId="7FE673D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94BB5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E2F13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4C75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518F0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E9A6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9E149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87DF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A3C4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C789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FE4A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6E80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445D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D44C7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86B6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038A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441</w:t>
            </w:r>
          </w:p>
        </w:tc>
      </w:tr>
      <w:tr w:rsidR="00A0774E" w14:paraId="43AC4A7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F8248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9D3CD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348F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648CB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77B9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0CA7E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90FB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033C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29B0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61D9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E8B5C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91D3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6FAC0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26CC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83FD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434</w:t>
            </w:r>
          </w:p>
        </w:tc>
      </w:tr>
      <w:tr w:rsidR="00A0774E" w14:paraId="1AC93AE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B1520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A5BDF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75DF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1DA66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8677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92AE8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3D50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5361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C9E5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6CAD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3F6AC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EF6D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50EC2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7FA8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6A29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222</w:t>
            </w:r>
          </w:p>
        </w:tc>
      </w:tr>
      <w:tr w:rsidR="00A0774E" w14:paraId="7CD2B30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E47AB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459CE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A1D1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F54EF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E3E6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0BA50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C62D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CD21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894C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52A4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88ABF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398F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533A4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F0BF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FF5E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242</w:t>
            </w:r>
          </w:p>
        </w:tc>
      </w:tr>
      <w:tr w:rsidR="00A0774E" w14:paraId="431CD7A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2BE13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6B358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F120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884C3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E064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83D98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3CFA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57F8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E835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58A9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6094A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336C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E320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755C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5E3B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358</w:t>
            </w:r>
          </w:p>
        </w:tc>
      </w:tr>
      <w:tr w:rsidR="00A0774E" w14:paraId="7332A72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8A89D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D8062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71E8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E5F66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2A62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21D69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325D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3657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B608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8154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8CC11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D8F1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A9AA1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EFCE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DBD9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432</w:t>
            </w:r>
          </w:p>
        </w:tc>
      </w:tr>
      <w:tr w:rsidR="00A0774E" w14:paraId="4606FC0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42BBA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271D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B63E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8ECBB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2ACC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E7D53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EC0E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E4E0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8249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5725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46976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2A7C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F3EB5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9833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00BA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314</w:t>
            </w:r>
          </w:p>
        </w:tc>
      </w:tr>
      <w:tr w:rsidR="00A0774E" w14:paraId="499CB3D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FF8FA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37D8B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8171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DB86C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CF0F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A5022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5050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21EA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295F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2EAC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9EEC2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D75F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71D3D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D8B8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220E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395</w:t>
            </w:r>
          </w:p>
        </w:tc>
      </w:tr>
      <w:tr w:rsidR="00A0774E" w14:paraId="152D766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AD168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4517F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B48A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40F67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3CF2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41307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EC22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F6BB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7248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531B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57C8E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C22D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6A287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9FE9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BB6C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335</w:t>
            </w:r>
          </w:p>
        </w:tc>
      </w:tr>
      <w:tr w:rsidR="00A0774E" w14:paraId="241ED0E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24506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2CF9A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722F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9B8F3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D1C7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D240B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0A92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A29A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11F3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C830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08EB5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39C8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DE98F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9E5C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43D3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483</w:t>
            </w:r>
          </w:p>
        </w:tc>
      </w:tr>
      <w:tr w:rsidR="00A0774E" w14:paraId="0471597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400BB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0DA23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1466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9A084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3C9C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576A5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9762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AE5D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32A5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055F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1F06E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5868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BADE7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F462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8027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412</w:t>
            </w:r>
          </w:p>
        </w:tc>
      </w:tr>
      <w:tr w:rsidR="00A0774E" w14:paraId="1D0C771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83156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D9206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BDFA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3243A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59E1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2C5C5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E041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3C38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4B22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6CC7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3B42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72CF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852D7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2E84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A795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378</w:t>
            </w:r>
          </w:p>
        </w:tc>
      </w:tr>
      <w:tr w:rsidR="00A0774E" w14:paraId="1F9619F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40C55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E0096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D589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1B8A0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8A81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91925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A71C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0A68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4995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03BA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12C35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DD4D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027AA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2803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0AE8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407</w:t>
            </w:r>
          </w:p>
        </w:tc>
      </w:tr>
      <w:tr w:rsidR="00A0774E" w14:paraId="72E8B65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6F2B7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E25A8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B8BE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71D25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9F9E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A21C2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1F0D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5ED2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ABE9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352B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C33ED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4D9E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C6BF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A445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0F24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419</w:t>
            </w:r>
          </w:p>
        </w:tc>
      </w:tr>
      <w:tr w:rsidR="00A0774E" w14:paraId="5925118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A8DB1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EAAC6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E475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866FD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7E49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DE3EC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1A4D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0BBF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BF47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28DE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E0BBD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9310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E27B3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9D56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0F39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422</w:t>
            </w:r>
          </w:p>
        </w:tc>
      </w:tr>
      <w:tr w:rsidR="00A0774E" w14:paraId="5A91C1B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1EDE0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38BF4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0E25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C5BB5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B022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28E0B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42BB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168B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F179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C178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3D797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691D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8F212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F6B4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6422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404</w:t>
            </w:r>
          </w:p>
        </w:tc>
      </w:tr>
      <w:tr w:rsidR="00A0774E" w14:paraId="238F975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C1AF6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71AF3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5AE9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B43A0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224A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84661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4DF7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29F1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2B92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9039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EF1FE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A710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2EBC1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F337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AD54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574</w:t>
            </w:r>
          </w:p>
        </w:tc>
      </w:tr>
      <w:tr w:rsidR="00A0774E" w14:paraId="6079526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AE444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7DC61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25FF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B88E0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2E10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422D5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D225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F33A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232F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F34B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A73F7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3B66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CF1FF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09F1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7D64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325</w:t>
            </w:r>
          </w:p>
        </w:tc>
      </w:tr>
      <w:tr w:rsidR="00A0774E" w14:paraId="4002707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5A8EB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21A16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3AAD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0FF53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3E59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08EBC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4978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97E6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72AA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11F5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11283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40FA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E48FD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6EA3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9311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300</w:t>
            </w:r>
          </w:p>
        </w:tc>
      </w:tr>
      <w:tr w:rsidR="00A0774E" w14:paraId="4D7021D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A1ADB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SW1097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933F6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F4CD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711BD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4683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3C9C6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4A13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CEC9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0A26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6D85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A8BFD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D5A5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392C0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5A0C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9FCC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511</w:t>
            </w:r>
          </w:p>
        </w:tc>
      </w:tr>
      <w:tr w:rsidR="00A0774E" w14:paraId="66DE37F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D014D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BB879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4D9A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368AF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7F2A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9DF10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3579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8AE3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46A2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C2E2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74469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C3BE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63C99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38BE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E6AF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379</w:t>
            </w:r>
          </w:p>
        </w:tc>
      </w:tr>
      <w:tr w:rsidR="00A0774E" w14:paraId="6BF0B24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14DE8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SW2001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AA114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658C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D20E4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79AB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C0CFA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EB47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1D5A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2214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70F9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1EB52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1957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42FAD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9D5F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021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673</w:t>
            </w:r>
          </w:p>
        </w:tc>
      </w:tr>
      <w:tr w:rsidR="00A0774E" w14:paraId="62F5B40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F495A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SW2002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1D05C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725C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50E55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7A29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A4200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6CAC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2AC7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258D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A902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C38E1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2E19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93A44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12EF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6C47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426</w:t>
            </w:r>
          </w:p>
        </w:tc>
      </w:tr>
      <w:tr w:rsidR="00A0774E" w14:paraId="370910C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07FAE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308C7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8A6F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F0D8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A9DC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717DF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FB87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9AD6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11D4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1462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04EF8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6573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1BE2F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DF28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2A18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397</w:t>
            </w:r>
          </w:p>
        </w:tc>
      </w:tr>
    </w:tbl>
    <w:p w14:paraId="71D5A677" w14:textId="77777777" w:rsidR="00A0774E" w:rsidRDefault="00AB080A">
      <w:r>
        <w:br w:type="page"/>
      </w:r>
    </w:p>
    <w:p w14:paraId="2C600CF5" w14:textId="77777777" w:rsidR="00A0774E" w:rsidRDefault="00AB080A">
      <w:pPr>
        <w:pStyle w:val="Heading1"/>
      </w:pPr>
      <w:r>
        <w:lastRenderedPageBreak/>
        <w:t>Table B5</w:t>
      </w:r>
    </w:p>
    <w:p w14:paraId="7BDDD1DE" w14:textId="77777777" w:rsidR="00A0774E" w:rsidRDefault="00AB080A">
      <w:pPr>
        <w:pStyle w:val="Heading2"/>
      </w:pPr>
      <w:r>
        <w:t>Report appendix page 33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B5"/>
        <w:tblDescription w:val="Data table extracted from the 2025-26 Livestock Farm Monitor Project annual report appendix."/>
      </w:tblPr>
      <w:tblGrid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</w:tblGrid>
      <w:tr w:rsidR="00A0774E" w14:paraId="08FEF143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C91AB4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Enterprise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1211F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Mix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48929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and Labour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2B89F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 South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59631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West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3A207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FC9CA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11515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6B08D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3F18D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A7D56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B1C0C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3D8AB4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0E83E845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7A50F6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80BAF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92830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B8AA4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6A769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Labour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5422E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CB933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DA9D2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CB15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044B3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Proportion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C6E2B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of cash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F4368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DC03A0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04DD7DC5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725C0E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427FB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2B833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5519F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D0E0E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51F50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3132C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76E3F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Beef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13B65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4647D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3F246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65463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434C9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Other</w:t>
            </w:r>
          </w:p>
        </w:tc>
      </w:tr>
      <w:tr w:rsidR="00A0774E" w14:paraId="62800650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2EA44A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618DC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894F3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B163E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5243B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Owner/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FDE47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Labour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322FD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Labour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618AE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cattle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1A337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Sheep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35C9A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Wool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86E37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Grain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D0279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8C896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farm</w:t>
            </w:r>
          </w:p>
        </w:tc>
      </w:tr>
      <w:tr w:rsidR="00A0774E" w14:paraId="316A105F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7F195B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No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FCA04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Permanent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9DDD6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Contract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43539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Casual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EBABC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Operator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29504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efficiency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F87D1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efficiency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E4C7E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sales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D4F6B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sales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0A1E4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sales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395CE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sales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AE814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Agistment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A18B4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</w:tr>
      <w:tr w:rsidR="00A0774E" w14:paraId="391A65DE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02C89B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D6AF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1FA4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07AA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3296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CB8C7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D8A9B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F3AE5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7335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D025E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4A2C5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92E86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EAB47A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3EF92338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C2BC4E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BEE1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of total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D1DB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of total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CBBD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of total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2680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of total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0F599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EC041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66B0B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9630B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D73A2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DF2FC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37D86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76BB38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7DC7DBA6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C8E6F2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50B6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FTE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6F2A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FTE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C036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FTE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0A8B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FTE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878D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ha/FTE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3D40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DSE/FTE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D27E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3F10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628F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272C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D60F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2B6B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</w:tr>
      <w:tr w:rsidR="00A0774E" w14:paraId="41BCB5D8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425A7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94E4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0A98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88A3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0149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6B36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19FD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4,853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2764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5951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A667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EF89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764A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221C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741C02A4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99021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SW39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F16E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1F04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F059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AF79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CBAB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7B3A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12,603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7C4C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9DDD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4682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162C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BDAA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435B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</w:tr>
      <w:tr w:rsidR="00A0774E" w14:paraId="1E7DBC6E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9E464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SW43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FB50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45C9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5AF5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9BE0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F3DC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4F2B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4,342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48BD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9D18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C1C2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4FF7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D7CB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940B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135985B7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B27DD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SW55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9245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7664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F32B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D010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26D8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541B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2,082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A17B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007F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1F13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3AAC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EBFC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31B0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34%</w:t>
            </w:r>
          </w:p>
        </w:tc>
      </w:tr>
      <w:tr w:rsidR="00A0774E" w14:paraId="23934705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6B890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SW87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73EF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AAE5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2849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9570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1A12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5339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6,892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CAFB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0FAE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ACC5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345C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BAEE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6AF7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3B80F25C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185A5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SW88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4DA4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AE87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9F36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09FA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EC73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15C7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6,074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8D0F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A6D1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CD6A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8E61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2FD9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AD0A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</w:tr>
      <w:tr w:rsidR="00A0774E" w14:paraId="46CDEEAA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DE922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SW114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98EC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B9D0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7BB3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9246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A2EC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690D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4,540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4458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137C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9901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D36D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24EC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97C7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</w:tr>
      <w:tr w:rsidR="00A0774E" w14:paraId="40E3D79B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49D62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SW512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AAAE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F648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4D55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DBC9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D1DC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F202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3,311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43D2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FFC3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0D83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7D2B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F2A4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9F9A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</w:tr>
      <w:tr w:rsidR="00A0774E" w14:paraId="1EB960E1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D3200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SW623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7FF0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3E11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3D8E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8C26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A1B8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1FE3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2,976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7153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8C28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ED92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1158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6BD5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EFFC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3FB776B0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C66AA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SW628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F798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9BF0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5840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BF0E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9D09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7E0B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4,939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8F2D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C597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4D31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67CD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3253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B45F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</w:tr>
      <w:tr w:rsidR="00A0774E" w14:paraId="7786363C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51269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SW659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4325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FD09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6132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E05C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3EDB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7FA9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4,752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8D48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235C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A23E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56C7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36FD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9502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53E32B3A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DB9C1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SW693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FF5D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B472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A677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4CCB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373D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4D95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8,236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7B10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40A0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5FFD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7EF2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324F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2EB5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3AFCD6DC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FE229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80ED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36F0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B661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BED2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A840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CDE0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6,852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3852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B0BF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B9DC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5A93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E4FB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A1DF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</w:tr>
      <w:tr w:rsidR="00A0774E" w14:paraId="0882AA82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CB914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907A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C8A9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26A6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CFD5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33C4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033F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5,052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A6CF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70C4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274B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86BC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E7D0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3A74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6B53D760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D3EEE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80FE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A380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920A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A00C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17B5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A9C6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5,651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2242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4B7A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A691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1B88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56D9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E29A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</w:tr>
      <w:tr w:rsidR="00A0774E" w14:paraId="4304DBEE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7A6E7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EDB1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CF25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D291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2C9C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7BD8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27BA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6,759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3CF1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03A5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FC3B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7082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C8E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F7F8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</w:tr>
      <w:tr w:rsidR="00A0774E" w14:paraId="3102ABDA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76115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SW809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8486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15CC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469E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482B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CB93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EEF6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3,275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7CF5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EB89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F7B4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E442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CEC2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FE2C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6D11D67F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8786B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SW1006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48D1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9A41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D6F8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07E7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533C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54E0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2,257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3E4C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FE8B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2F57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2E75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6D6A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A2F1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11%</w:t>
            </w:r>
          </w:p>
        </w:tc>
      </w:tr>
      <w:tr w:rsidR="00A0774E" w14:paraId="7C5564CE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5EA6F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SW1018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375F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5631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C8CE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A0BD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83F5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7796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2,935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C344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31CB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6640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D704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CAA7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889F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</w:tr>
      <w:tr w:rsidR="00A0774E" w14:paraId="23051868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09265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120E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BBDA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A7CC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50DC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3920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AD5A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8,557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8718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CCB2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F509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8A37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8DFB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FC95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</w:tr>
      <w:tr w:rsidR="00A0774E" w14:paraId="2786060D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861C3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F5E4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3C2C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7D9A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ABC0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01AD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66FF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4,603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5CD2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F666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B9AD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309F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5522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0A48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</w:tr>
      <w:tr w:rsidR="00A0774E" w14:paraId="63646A5E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A2EF6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C6EB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3BF6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61F2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9574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9ABB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0EA9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5,994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8185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F219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BA2A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EFF2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2605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B7DB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</w:tr>
      <w:tr w:rsidR="00A0774E" w14:paraId="0E636D2C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5172E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B147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FECC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ECDF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5941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396B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CEBB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7,053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0D74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4D85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166B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2018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6A45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FDBD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</w:tr>
      <w:tr w:rsidR="00A0774E" w14:paraId="40649124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5FEF1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SW1028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6482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E2C7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1F5E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80C3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D63A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A0CD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9,276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0040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AA79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145D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5F60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F6D5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67C7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4370D004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20E2A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A2F8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13FD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E155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A4F8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E129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049D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5,818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25D0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AA9C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465D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76CE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CBE2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CD70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</w:tr>
      <w:tr w:rsidR="00A0774E" w14:paraId="18E047C9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E9069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AEA0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45B4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3BAC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6830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0C95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CC31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8,330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89D1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2946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71DA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E7E3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0505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C252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</w:tr>
      <w:tr w:rsidR="00A0774E" w14:paraId="20FCB229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2EA1F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095B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F6CA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B713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632A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55C0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C361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5,249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8402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5438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1358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484B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8A21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3F85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4AD3F7E0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B9AA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789E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5D11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6381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5E8A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0018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BE25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1,264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B9CB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AE94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81CF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0245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3238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B5A0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</w:tr>
      <w:tr w:rsidR="00A0774E" w14:paraId="6D2F07BE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D92BE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7653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7A98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42C2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1C92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3296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D07F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6,236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B85E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1A41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4CFA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2247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21A8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4265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</w:tr>
      <w:tr w:rsidR="00A0774E" w14:paraId="6675D179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48F2F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9ED4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4D6D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6BFB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AEE9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3F11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8D9B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8,601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8720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EB6B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8F48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D7A9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9B94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A420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</w:tr>
      <w:tr w:rsidR="00A0774E" w14:paraId="2A9E4834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F1FED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C9C5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B48C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8E43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B7A7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A58A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B581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3,107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40A8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9C78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BE94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4698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6860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37D9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23%</w:t>
            </w:r>
          </w:p>
        </w:tc>
      </w:tr>
      <w:tr w:rsidR="00A0774E" w14:paraId="5FBB4D37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44BF8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750A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1B8D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212F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2A9F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32D2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C5DB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2,430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7BCB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3531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B82A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37E3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286A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9539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66937175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8E237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F3D9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F5CA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67A2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CBC2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FE86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853D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2,019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958D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5F69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58E0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B533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588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CA9A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</w:tr>
      <w:tr w:rsidR="00A0774E" w14:paraId="24CE065F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748D3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5B41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DAFB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E929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DF49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1DF1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B8E5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4,147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47FB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9934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7384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A3A1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6EC0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E9AE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45627DF7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D7246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9D79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4974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F86B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2FCE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1F68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E863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9,494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3E84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7BD7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163C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10E3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F541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DDCF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</w:tr>
      <w:tr w:rsidR="00A0774E" w14:paraId="320013AC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874D8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B674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A737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05AF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1E51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1A20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6432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4,398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E81A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3F91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C16F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D00E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B953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C2A3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</w:tr>
      <w:tr w:rsidR="00A0774E" w14:paraId="3D08F498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FF7EA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A9DB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6318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B860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6297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60DF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729D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3,973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0E89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B2A7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BE52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7BFA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3CAA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5709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</w:tr>
      <w:tr w:rsidR="00A0774E" w14:paraId="3746F57C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9C49D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CA19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4E51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9F59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4790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81A1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2D00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3,712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7CB3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074D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4513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071B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B24F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AD3E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07F8E491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4465B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FE3A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1FBB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7B27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A591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D8B2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1317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5367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15,474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B302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7E92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B84C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4CA5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71B1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AB34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</w:tr>
      <w:tr w:rsidR="00A0774E" w14:paraId="026C5658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653C3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C48E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8A9B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711E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0F5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F441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7F8D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10,768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5129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C4CB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CBE2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CF40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E390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1D5C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</w:tr>
      <w:tr w:rsidR="00A0774E" w14:paraId="52BB815B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390E4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E505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052C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8437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4718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8FC9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3954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6,180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7A23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C287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D92D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A36E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CFFF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84CD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38D8ADA8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5E4FC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278F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C019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9741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BC2B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DF97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B32E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5,297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14A7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747F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4E99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5409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EF27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DABE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2232F329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8AC53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BBED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9BB5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7D0A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0921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4A90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898C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1,946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EA68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C6A7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260D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D3CF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D44F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FDF8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</w:tr>
      <w:tr w:rsidR="00A0774E" w14:paraId="73778A3A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A7294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E6C0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64EB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996B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B347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DCBB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2159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3,586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6D69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6D6A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A899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03F3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AC80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C87D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</w:tr>
    </w:tbl>
    <w:p w14:paraId="4BFED392" w14:textId="77777777" w:rsidR="00A0774E" w:rsidRDefault="00AB080A">
      <w:r>
        <w:br w:type="page"/>
      </w:r>
    </w:p>
    <w:p w14:paraId="0A0775AA" w14:textId="77777777" w:rsidR="00A0774E" w:rsidRDefault="00AB080A">
      <w:pPr>
        <w:pStyle w:val="Heading1"/>
      </w:pPr>
      <w:r>
        <w:lastRenderedPageBreak/>
        <w:t>Table B5 – Continued</w:t>
      </w:r>
    </w:p>
    <w:p w14:paraId="5B39A444" w14:textId="77777777" w:rsidR="00A0774E" w:rsidRDefault="00AB080A">
      <w:pPr>
        <w:pStyle w:val="Heading2"/>
      </w:pPr>
      <w:r>
        <w:t>Report appendix page 34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B5 – Continued"/>
        <w:tblDescription w:val="Data table extracted from the 2025-26 Livestock Farm Monitor Project annual report appendix."/>
      </w:tblPr>
      <w:tblGrid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</w:tblGrid>
      <w:tr w:rsidR="00A0774E" w14:paraId="1993632D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5FB6AB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Enterprise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EFA28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Mix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3AD7C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and Labour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75CDA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 South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606FD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West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B061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9775C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8D6C6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850FA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B637C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86E3B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DC0C6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D48230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10900751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5072DD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5366F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A30EE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7F1AE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37838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Labour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BEB9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E11D5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2F07D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4BB0C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C9594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Proportion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73896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of cash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6A471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366366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626883DE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7557F1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BB5DC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09F2C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B3FDA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16855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06F77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511A7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7095C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Beef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2ED1A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2CDB4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E4880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42996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04EF9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Other</w:t>
            </w:r>
          </w:p>
        </w:tc>
      </w:tr>
      <w:tr w:rsidR="00A0774E" w14:paraId="65E5287B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97B9D5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C1069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2652A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3E9AE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C8701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Owner/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81381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Labour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50948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Labour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5DF8C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cattle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1D8A9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Sheep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5A815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Wool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20F9B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Grain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17C44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D1D50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farm</w:t>
            </w:r>
          </w:p>
        </w:tc>
      </w:tr>
      <w:tr w:rsidR="00A0774E" w14:paraId="5D38FCF2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4EDB77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No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46237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Permanent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CB981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Contract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97BBD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Casual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0D49F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Operator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DB916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efficiency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65DBE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efficiency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B1414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sales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20E72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sales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4F9D4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sales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5180C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sales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C6909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Agistment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A6989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</w:tr>
      <w:tr w:rsidR="00A0774E" w14:paraId="046E2C2E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4CC82C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A82E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0442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6586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ED1C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5AF4B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6A2AC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F8E81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ECB0A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4262B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D1009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1054A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8B9209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69FF3B13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A18A13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3AB8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of total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C77F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of total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6C55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of total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11C6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of total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04F0D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98CC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E9A37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30CDB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50DC3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1E0C8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D3F80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DFF678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4E96B4D0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8A2DCD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0C12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FTE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3CE9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FTE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D7A4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FTE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DE08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FTE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0B87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ha/FTE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6AB4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DSE/FTE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916E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57D5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A3A4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DA08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8404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A0A2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</w:tr>
      <w:tr w:rsidR="00A0774E" w14:paraId="396CB4B2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A3662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SW1062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93CB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F890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CA49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19F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E0F0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72BC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4,078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BC90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F35C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3F9B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3E57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BBF2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5993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</w:tr>
      <w:tr w:rsidR="00A0774E" w14:paraId="1149BA4F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5CD44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SW1064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476E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780F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FC8B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8FCC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A22B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6690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6,844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CA7A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BB5A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7E61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6AD6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C412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00A8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1DE899B7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7D2D5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SW1065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4109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25DA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369D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345E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073B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81C5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3,179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8F68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AE94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7857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D2BC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992F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B431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</w:tr>
      <w:tr w:rsidR="00A0774E" w14:paraId="3EAC119B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5DB31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AC0F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EB2B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DF37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54FF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D62F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E3D7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5,133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D600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D799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30DD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A846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B775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1C09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</w:tr>
      <w:tr w:rsidR="00A0774E" w14:paraId="52B5BEFB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2C466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9557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47B6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201F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66AC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F678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7ECF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1,669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F588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74A3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A49D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3B6B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A56C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2F11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</w:tr>
      <w:tr w:rsidR="00A0774E" w14:paraId="0C3CDE63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6C914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0D3D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0DD3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66F3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96F0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8AAC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00C7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1,507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F3AA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D2D2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E698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8723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7B3A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8EB1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</w:tr>
      <w:tr w:rsidR="00A0774E" w14:paraId="5ACDCF1E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2C2FB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3053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F4E1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6EB1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A0DE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81E8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B77A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2,389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F2A4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9889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E6C8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B067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7446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D2CB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</w:tr>
      <w:tr w:rsidR="00A0774E" w14:paraId="27496D28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8F87B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556A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DC77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D4B3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F101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C302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31B5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2,255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077D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55A5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AFA6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8E1B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D0FF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E3CD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</w:tr>
      <w:tr w:rsidR="00A0774E" w14:paraId="3CA72D4E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ED566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1849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D1CA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5EE1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FC39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3397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4FF2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3,489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221F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29DA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AE60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C13E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90FF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9F05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9%</w:t>
            </w:r>
          </w:p>
        </w:tc>
      </w:tr>
      <w:tr w:rsidR="00A0774E" w14:paraId="23BF4A36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81D7E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45DA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D918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91D5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A7B0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20DD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DC0F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5,142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53CD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F5EE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BA9F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7940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9E60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F443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</w:tr>
      <w:tr w:rsidR="00A0774E" w14:paraId="25889CCD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8EC69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6497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11CF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59A1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9F24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4950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AE52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3,648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ACF8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B494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A204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A213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CDB8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314D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</w:tr>
      <w:tr w:rsidR="00A0774E" w14:paraId="7478CB8F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F4346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8BE5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FBF0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3798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DE51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E1E5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2B09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1,837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248F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AFCB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1373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3E93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B05C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E6C0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16%</w:t>
            </w:r>
          </w:p>
        </w:tc>
      </w:tr>
      <w:tr w:rsidR="00A0774E" w14:paraId="7F97D67C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261C7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1DFF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E68D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DDB8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EE41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4A1D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6CBE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5,072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D948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CEA4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943E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2DEC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E4E7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A427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15%</w:t>
            </w:r>
          </w:p>
        </w:tc>
      </w:tr>
      <w:tr w:rsidR="00A0774E" w14:paraId="6D6C657D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0C4C4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D73C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2972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0B6C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53D3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D577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5B8C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4,863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1A53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FF6D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0DB1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50B9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E713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DD00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</w:tr>
      <w:tr w:rsidR="00A0774E" w14:paraId="660B3632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7E54E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8D3D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82E7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FD4C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69E7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D8C9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B26D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3,058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15F0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A593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068D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6D2B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3251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672B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69A8A1FD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2B05B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87FA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B04D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A19C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F238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5B52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707E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5,766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BC84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30B4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8831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CE37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3344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CEFC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6A10C59D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5B5F4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61C2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7A7D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1F01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97D2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7845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15D9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7,860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53A8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81D4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D107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299B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2F77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FDDC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</w:tr>
      <w:tr w:rsidR="00A0774E" w14:paraId="5B28DABC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79FDC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088B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DCF5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C268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232D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96BA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7EE4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5,753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0FD3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3070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5694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9304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2141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D3F3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6C8C8485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5C465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048F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0E0E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5232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76F0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EE93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994B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4,946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E314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8C42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D84B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C806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ABC6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EA6E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</w:tr>
      <w:tr w:rsidR="00A0774E" w14:paraId="74A891A4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C4CB2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B202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136A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E13A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9A95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60A2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4E49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4,185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77CD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120E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B299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A7C4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3B74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F4CE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13%</w:t>
            </w:r>
          </w:p>
        </w:tc>
      </w:tr>
      <w:tr w:rsidR="00A0774E" w14:paraId="5E316FB8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E82A8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B450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8FF8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2E9E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72E6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F1DA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49A1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3,104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D75E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473E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30B8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184A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E880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9F8E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</w:tr>
      <w:tr w:rsidR="00A0774E" w14:paraId="009F7425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97BCC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3153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551E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817A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3666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FABC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24AA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2,773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A68F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EBB7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DC82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8217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D720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F3CA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43%</w:t>
            </w:r>
          </w:p>
        </w:tc>
      </w:tr>
      <w:tr w:rsidR="00A0774E" w14:paraId="05D541A2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375C7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E385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7862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6B5B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9988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16DB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F4D2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3,265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2C4F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F707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EDBF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CA1B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908D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A187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1F94EAC2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439FF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SW1094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5BD4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ECF3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3CD7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2665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18CC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5761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3,286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3931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2B0B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54D3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387D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4246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8B2E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3A10543A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FEDD1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7448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1B54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8A1C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760D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026D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3B77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2,411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538A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07CE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7C51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4265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2C08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4E1F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13%</w:t>
            </w:r>
          </w:p>
        </w:tc>
      </w:tr>
      <w:tr w:rsidR="00A0774E" w14:paraId="407D42C5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7C076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355F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93E9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7B39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6AF8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DB25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4C0D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2,238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B898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C23C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87D5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057B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67D8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DA0E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</w:tr>
      <w:tr w:rsidR="00A0774E" w14:paraId="56E9F589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77510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6BCA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5533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B023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5EEB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74D4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1332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2,733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75F3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0D35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C947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BDBD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2763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2E57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</w:tr>
      <w:tr w:rsidR="00A0774E" w14:paraId="2A9D03F5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7D61D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200D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B802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42E6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962A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E432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6CE7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4,897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0AA7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B74E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4B67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DEF0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C5CC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3725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</w:tr>
      <w:tr w:rsidR="00A0774E" w14:paraId="4C3067B3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ADA39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SW2001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6902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9239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BC67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D24A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70F2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078D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2,065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C969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E940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4F44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1519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75EF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7135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37%</w:t>
            </w:r>
          </w:p>
        </w:tc>
      </w:tr>
      <w:tr w:rsidR="00A0774E" w14:paraId="153A1419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071A7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SW2002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9023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BA22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D016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FABD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3581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BA1E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5,005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3022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9E31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E02C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0573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1B1B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FBDC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</w:tr>
      <w:tr w:rsidR="00A0774E" w14:paraId="79B443B3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21B8A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B5DA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790B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B109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D244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9CED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43BF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4869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0DB7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50DF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8817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0070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DF60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9373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</w:tr>
    </w:tbl>
    <w:p w14:paraId="13962955" w14:textId="77777777" w:rsidR="00A0774E" w:rsidRDefault="00AB080A">
      <w:r>
        <w:br w:type="page"/>
      </w:r>
    </w:p>
    <w:p w14:paraId="02BC6CBD" w14:textId="77777777" w:rsidR="00A0774E" w:rsidRDefault="00AB080A">
      <w:pPr>
        <w:pStyle w:val="Heading1"/>
      </w:pPr>
      <w:r>
        <w:lastRenderedPageBreak/>
        <w:t>Table B6</w:t>
      </w:r>
    </w:p>
    <w:p w14:paraId="11A42D62" w14:textId="77777777" w:rsidR="00A0774E" w:rsidRDefault="00AB080A">
      <w:pPr>
        <w:pStyle w:val="Heading2"/>
      </w:pPr>
      <w:r>
        <w:t>Report appendix page 35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B6"/>
        <w:tblDescription w:val="Data table extracted from the 2025-26 Livestock Farm Monitor Project annual report appendix."/>
      </w:tblPr>
      <w:tblGrid>
        <w:gridCol w:w="1710"/>
        <w:gridCol w:w="1710"/>
        <w:gridCol w:w="1710"/>
        <w:gridCol w:w="1710"/>
        <w:gridCol w:w="1710"/>
        <w:gridCol w:w="1710"/>
        <w:gridCol w:w="1710"/>
        <w:gridCol w:w="1710"/>
        <w:gridCol w:w="1710"/>
      </w:tblGrid>
      <w:tr w:rsidR="00A0774E" w14:paraId="1A69E96D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6DCE36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Beef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8CD4A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Production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C68E6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Information –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52557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South West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A6AC9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37492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FE87D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AEADD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508778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78231B05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2CC479" w14:textId="77777777" w:rsidR="00A0774E" w:rsidRDefault="00A0774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7A59E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D7EE2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D9067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DA066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Cows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3585D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Heifers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5BBDA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878CE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346C14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415C9E31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D09443" w14:textId="77777777" w:rsidR="00A0774E" w:rsidRDefault="00A0774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D4BB8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2A5D1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4226A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D1B2B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(+2 years)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C17BA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(1-2 years)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B1B4D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72BF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29317F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768CCC33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2D9B77" w14:textId="77777777" w:rsidR="00A0774E" w:rsidRDefault="00A0774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B1D9A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F7C91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E94C2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Major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1AFF6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annual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C51C1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annual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D25F3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9B8CD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Average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75B42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Average</w:t>
            </w:r>
          </w:p>
        </w:tc>
      </w:tr>
      <w:tr w:rsidR="00A0774E" w14:paraId="73C6E94F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82BBCA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6AE03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Stocking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2881C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Supp feed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07D3C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calving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53AE4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average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522D8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average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A9ED1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FA2D2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price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A407A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price</w:t>
            </w:r>
          </w:p>
        </w:tc>
      </w:tr>
      <w:tr w:rsidR="00A0774E" w14:paraId="6EC9B32C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F172C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No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CC6E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rate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B5C9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 the diet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FE50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period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5A14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calving rate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D322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calving rate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DFEB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Beef sold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6448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received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2E99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received</w:t>
            </w:r>
          </w:p>
        </w:tc>
      </w:tr>
      <w:tr w:rsidR="00A0774E" w14:paraId="28760749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EB8376" w14:textId="77777777" w:rsidR="00A0774E" w:rsidRDefault="00A0774E">
            <w:pPr>
              <w:spacing w:after="0" w:line="240" w:lineRule="auto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1F360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68CD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 of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AF566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929EA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DC98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CE67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63990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F314EA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01EB2C95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0250C9" w14:textId="77777777" w:rsidR="00A0774E" w:rsidRDefault="00A0774E">
            <w:pPr>
              <w:spacing w:after="0" w:line="240" w:lineRule="auto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E223F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8B42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total ME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8DAA0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C0B16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6179C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88BEB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08ADD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0228FD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100930CC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1A0C39" w14:textId="77777777" w:rsidR="00A0774E" w:rsidRDefault="00A0774E">
            <w:pPr>
              <w:spacing w:after="0" w:line="240" w:lineRule="auto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53B4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DSE/yr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3179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consumed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FBE5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season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9659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E55C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09CA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kg LWT/ha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A2A2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$/hd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3ECB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$/kg LWT</w:t>
            </w:r>
          </w:p>
        </w:tc>
      </w:tr>
      <w:tr w:rsidR="00A0774E" w14:paraId="7BF98406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A1B90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SW39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4447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8,126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6CE4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8B60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Autumn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0F9B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BF3EA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D30A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665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54D9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2,573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1822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4.3</w:t>
            </w:r>
          </w:p>
        </w:tc>
      </w:tr>
      <w:tr w:rsidR="00A0774E" w14:paraId="7AB1B222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4AD27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SW87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7801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14,368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CD65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B343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4129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ED3D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4AAE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125B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2,074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51BC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4.6</w:t>
            </w:r>
          </w:p>
        </w:tc>
      </w:tr>
      <w:tr w:rsidR="00A0774E" w14:paraId="447B8423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0BAC3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SW88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DAF9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2,006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B0C0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E205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06E2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3A4F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10FC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C66A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2,305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E21C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5.1</w:t>
            </w:r>
          </w:p>
        </w:tc>
      </w:tr>
      <w:tr w:rsidR="00A0774E" w14:paraId="3E31AF4A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8911C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SW693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7CAC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6,934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E732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9158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FF94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EF27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DB2C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574F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2,674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984F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5.4</w:t>
            </w:r>
          </w:p>
        </w:tc>
      </w:tr>
      <w:tr w:rsidR="00A0774E" w14:paraId="138115E4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1E918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C10A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1,411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ACAA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02FB8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7813A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95DA1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DB51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E11C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2,521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02B2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5.1</w:t>
            </w:r>
          </w:p>
        </w:tc>
      </w:tr>
      <w:tr w:rsidR="00A0774E" w14:paraId="2914D32E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31949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1E00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3,175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FD90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8CA1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248C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2251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A319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1EFF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1,608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338F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3.3</w:t>
            </w:r>
          </w:p>
        </w:tc>
      </w:tr>
      <w:tr w:rsidR="00A0774E" w14:paraId="63C61DBF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F64F9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5869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11,477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DF2F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3293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6272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D6F1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EC55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98EE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2,194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FFF7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4.5</w:t>
            </w:r>
          </w:p>
        </w:tc>
      </w:tr>
      <w:tr w:rsidR="00A0774E" w14:paraId="37F97ED2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70101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SW809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2604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2,762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93A4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0E8C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Autumn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2719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02F66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B33C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2438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4,050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A92B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6.6</w:t>
            </w:r>
          </w:p>
        </w:tc>
      </w:tr>
      <w:tr w:rsidR="00A0774E" w14:paraId="005A0607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8315A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E29F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5,971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1E35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F605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3AEF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FD37D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5445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044F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2,499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6CEA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5.0</w:t>
            </w:r>
          </w:p>
        </w:tc>
      </w:tr>
      <w:tr w:rsidR="00A0774E" w14:paraId="71F43BF4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A5EFF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F3C4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3,403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B7EF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651E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440B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8874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EC3F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58B8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2,139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BCFA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4.9</w:t>
            </w:r>
          </w:p>
        </w:tc>
      </w:tr>
      <w:tr w:rsidR="00A0774E" w14:paraId="3FBA7F5D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ACED4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16F3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2,051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8030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CFB2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Autumn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FCC2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C7768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1BB7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6C85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1,175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4FF6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4.7</w:t>
            </w:r>
          </w:p>
        </w:tc>
      </w:tr>
      <w:tr w:rsidR="00A0774E" w14:paraId="176155B4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B4FB8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228E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6,055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B0C6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C812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8BB1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2AD7C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A539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A90F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1,532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B247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4.1</w:t>
            </w:r>
          </w:p>
        </w:tc>
      </w:tr>
      <w:tr w:rsidR="00A0774E" w14:paraId="0920F492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21916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D369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46,831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7947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A72A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Autumn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14FD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459C2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838A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5912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1,507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147D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3.6</w:t>
            </w:r>
          </w:p>
        </w:tc>
      </w:tr>
      <w:tr w:rsidR="00A0774E" w14:paraId="4C5B2C69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534BE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9470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9,365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9E82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F59A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3C730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15E7F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7135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107F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1,431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F12D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3.8</w:t>
            </w:r>
          </w:p>
        </w:tc>
      </w:tr>
      <w:tr w:rsidR="00A0774E" w14:paraId="52D87953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C3916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AD43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50,720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F9E8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5D73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3426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B5140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CF08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9043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2,304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77D9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5.4</w:t>
            </w:r>
          </w:p>
        </w:tc>
      </w:tr>
      <w:tr w:rsidR="00A0774E" w14:paraId="58726270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B345E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8CDC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3,597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E296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AAB9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9054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F3D98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ED9D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B6DF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2,904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9C47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5.7</w:t>
            </w:r>
          </w:p>
        </w:tc>
      </w:tr>
      <w:tr w:rsidR="00A0774E" w14:paraId="0DC1C38A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3737B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SW1062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61E0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8,487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0144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BBD5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F132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2368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5B77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00FC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1,774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DB9A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4.7</w:t>
            </w:r>
          </w:p>
        </w:tc>
      </w:tr>
      <w:tr w:rsidR="00A0774E" w14:paraId="4132B03F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7745B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SW1064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BA93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15,789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C18E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7A0A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E383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3DAA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B1AA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EA0B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2,286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CC7F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4.7</w:t>
            </w:r>
          </w:p>
        </w:tc>
      </w:tr>
      <w:tr w:rsidR="00A0774E" w14:paraId="72F1556B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A0466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BA2F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3,575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AC81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FE90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0854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8FB09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76FC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C1C4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1,984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A58B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4.5</w:t>
            </w:r>
          </w:p>
        </w:tc>
      </w:tr>
      <w:tr w:rsidR="00A0774E" w14:paraId="197454FA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66E62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9933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4,249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54BA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7DC5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079E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4DDCD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1D8F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05BD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1,098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566B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4.0</w:t>
            </w:r>
          </w:p>
        </w:tc>
      </w:tr>
      <w:tr w:rsidR="00A0774E" w14:paraId="5070BB72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ECB8F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SW1081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7F98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1,981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1A3F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F07F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6985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20A7F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D8B3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76B0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2,088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4E3C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4.4</w:t>
            </w:r>
          </w:p>
        </w:tc>
      </w:tr>
      <w:tr w:rsidR="00A0774E" w14:paraId="2EDAD088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D3F7C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D669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9,404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8E17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2D30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97C9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1D92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8181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48CE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1,936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277C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4.8</w:t>
            </w:r>
          </w:p>
        </w:tc>
      </w:tr>
      <w:tr w:rsidR="00A0774E" w14:paraId="1A88250C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7EB59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0946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1,151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F319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36E1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6B74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60DA5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A624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DD13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1,489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4D53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4.6</w:t>
            </w:r>
          </w:p>
        </w:tc>
      </w:tr>
      <w:tr w:rsidR="00A0774E" w14:paraId="30816F3F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01F9F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DFC3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11,221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6119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1E58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36AA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34F5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C2FF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E361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2,289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234E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4.7</w:t>
            </w:r>
          </w:p>
        </w:tc>
      </w:tr>
      <w:tr w:rsidR="00A0774E" w14:paraId="41EE5FED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957F3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3ECE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4,293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935C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4FFD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Summer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BFEC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D783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DBE7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5CDA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1,732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454E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5.5</w:t>
            </w:r>
          </w:p>
        </w:tc>
      </w:tr>
      <w:tr w:rsidR="00A0774E" w14:paraId="1D6FC949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E2EE6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SW2001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E191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3,157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9ACD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D544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Autumn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B2C4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361E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46CA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C8CD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2,163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6FCF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5.2</w:t>
            </w:r>
          </w:p>
        </w:tc>
      </w:tr>
      <w:tr w:rsidR="00A0774E" w14:paraId="0349E64E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89BDF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49EC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9,291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F351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89795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016F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13DA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C0E4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06DD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2,090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778C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4.7</w:t>
            </w:r>
          </w:p>
        </w:tc>
      </w:tr>
    </w:tbl>
    <w:p w14:paraId="45150225" w14:textId="77777777" w:rsidR="00A0774E" w:rsidRDefault="00AB080A">
      <w:r>
        <w:br w:type="page"/>
      </w:r>
    </w:p>
    <w:p w14:paraId="52002E0B" w14:textId="77777777" w:rsidR="00A0774E" w:rsidRDefault="00AB080A">
      <w:pPr>
        <w:pStyle w:val="Heading1"/>
      </w:pPr>
      <w:r>
        <w:lastRenderedPageBreak/>
        <w:t>Table B7</w:t>
      </w:r>
    </w:p>
    <w:p w14:paraId="6BF33C5A" w14:textId="77777777" w:rsidR="00A0774E" w:rsidRDefault="00AB080A">
      <w:pPr>
        <w:pStyle w:val="Heading2"/>
      </w:pPr>
      <w:r>
        <w:t>Report appendix page 36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B7"/>
        <w:tblDescription w:val="Data table extracted from the 2025-26 Livestock Farm Monitor Project annual report appendix."/>
      </w:tblPr>
      <w:tblGrid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</w:tblGrid>
      <w:tr w:rsidR="00A0774E" w14:paraId="52DC26AF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5F3929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Beef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20CC7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Gross Margin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509A5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3ED75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South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D84B0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West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C2E8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6E461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843F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7BFC2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8545F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D956B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DF8ED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78372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E7E97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F38904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76237ECF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C4E54F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9DEA7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384D6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FEBD3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ADBB6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FC134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7C4AA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47F96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37A20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4F0C6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Beef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9BB7E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Beef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EB667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C6067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F3086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954276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7C3B3D98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C4B226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F34BD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B0A65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sales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E9EC3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17ABA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21364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inventory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2C318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7441C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Agistment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0BA12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 Beef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31D0F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variable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2AB3B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3CD2A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variable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6A882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Gross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F6AD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60F24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Gross</w:t>
            </w:r>
          </w:p>
        </w:tc>
      </w:tr>
      <w:tr w:rsidR="00A0774E" w14:paraId="1F592344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B6EC14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No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8B787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99EFE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948BD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purchases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C58FB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2867A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change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1D66C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FCDCD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B0602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654F0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955C1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FAC01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A6FA4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Margin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DB84A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7CC9D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Margin</w:t>
            </w:r>
          </w:p>
        </w:tc>
      </w:tr>
      <w:tr w:rsidR="00A0774E" w14:paraId="138BFFA6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AAA478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74755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C6A46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9F0CA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B4D30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0FCEF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84A2E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69DCA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427B4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80751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18B79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48EE1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E272C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59D2E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FD7C0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</w:tr>
      <w:tr w:rsidR="00A0774E" w14:paraId="6D42DFC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DB346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756C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2,860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CEFB8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9546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2,180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C873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020B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8809C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EAF3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83AD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9795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3C12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9693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9DB2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D429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3FEB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</w:tr>
      <w:tr w:rsidR="00A0774E" w14:paraId="1D26B33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8F279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EE87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C2A41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1E4C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5FB55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BCF4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FB70F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2997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AA1A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C5CB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28546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3A16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7B6A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A62A7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B85F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</w:tr>
      <w:tr w:rsidR="00A0774E" w14:paraId="0E58D41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B6BF6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D93A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1,601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B2358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BC28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5B3FC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AB31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88856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7350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D7ED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C4B3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1C7B3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AF7C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3679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D0C2C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CBED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</w:tr>
      <w:tr w:rsidR="00A0774E" w14:paraId="26289A1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CD402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SW693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233B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1,520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AEE98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41DC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BAA8C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E946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4B8AD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1A2D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4AA7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1,625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1A99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857D3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21E0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B164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705C0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8749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</w:tr>
      <w:tr w:rsidR="00A0774E" w14:paraId="0A811CF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AC4E2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3F1A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1,767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E066E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D91D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5,830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52CF0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DC3C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3,999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0C736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B3D9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9A04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BD31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1837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141B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74DC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-616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2B0CD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990C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-42</w:t>
            </w:r>
          </w:p>
        </w:tc>
      </w:tr>
      <w:tr w:rsidR="00A0774E" w14:paraId="2A06292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3FCA8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4969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6FD43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2CFA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8AC2D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6154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FAA3F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7109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86F9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280A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2F479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DA99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2CFF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53A63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1BC9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</w:t>
            </w:r>
          </w:p>
        </w:tc>
      </w:tr>
      <w:tr w:rsidR="00A0774E" w14:paraId="108EAF4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64732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A2D1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2,661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3D7B4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B078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19971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C641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C2CDD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5F2F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9E16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2,557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C430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95F82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5C99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6E0E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1,534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2EF73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CF44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</w:t>
            </w:r>
          </w:p>
        </w:tc>
      </w:tr>
      <w:tr w:rsidR="00A0774E" w14:paraId="3F0FE68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E6417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SW809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69EE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2,847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E0826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F6DE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B3E9A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18AE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F1DCF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B7D4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58EB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2,703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4825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1,909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CAA44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0DB2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914F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9DB9F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F3E7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</w:t>
            </w:r>
          </w:p>
        </w:tc>
      </w:tr>
      <w:tr w:rsidR="00A0774E" w14:paraId="63CAB7A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0CBBF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92C4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8FD63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1922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50E04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BA0E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C8D36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63D6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2098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8BC7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5F4B6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DBC1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9CF4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614CC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CC5A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</w:t>
            </w:r>
          </w:p>
        </w:tc>
      </w:tr>
      <w:tr w:rsidR="00A0774E" w14:paraId="748E87A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F4808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F35C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1DB5E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D959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43EA1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7940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9E643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787D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6371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FEC6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FEFA3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D0FD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A826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CEA30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524E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</w:tr>
      <w:tr w:rsidR="00A0774E" w14:paraId="285981C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F7E02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5EE5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9CF4F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6E4B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46ADA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81A5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C0CA2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175F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AC3A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4BA2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9D365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3B6C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CF4D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E1733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0EBC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</w:t>
            </w:r>
          </w:p>
        </w:tc>
      </w:tr>
      <w:tr w:rsidR="00A0774E" w14:paraId="65BED32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D4798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47C9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1A495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7B4F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95F4B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D984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CDEC7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F46B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C0FC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B157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727E8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6BF9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46C7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53CD8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00BF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</w:t>
            </w:r>
          </w:p>
        </w:tc>
      </w:tr>
      <w:tr w:rsidR="00A0774E" w14:paraId="2173F5E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B7A0F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A5F7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0B007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1E4B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1,697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3E497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9423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1,651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333DE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DB66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E96F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6783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21257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A78D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D9A8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-699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15720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C472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-59</w:t>
            </w:r>
          </w:p>
        </w:tc>
      </w:tr>
      <w:tr w:rsidR="00A0774E" w14:paraId="29B0578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ADDFA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692A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93832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1B2D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2,366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B372C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461F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1,792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23B26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8046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0C4D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0F56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84BBF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2B14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B76C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D2D45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29E7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-14</w:t>
            </w:r>
          </w:p>
        </w:tc>
      </w:tr>
      <w:tr w:rsidR="00A0774E" w14:paraId="3698D58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1AE53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D8E6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1,489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1701A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A60B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05A6B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D977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B7F20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CCD0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54B1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1,304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3A72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4257F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3574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B2D2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41303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E39A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</w:tr>
      <w:tr w:rsidR="00A0774E" w14:paraId="00CDCAC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44BE3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411F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5FEA0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A1B5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CE404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85FB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0A7D0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6C45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AE2B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CF48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2B5A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3B78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8C9E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B5EA2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E5C5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</w:t>
            </w:r>
          </w:p>
        </w:tc>
      </w:tr>
      <w:tr w:rsidR="00A0774E" w14:paraId="7756425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E7E3B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SW1062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16E3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895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1448A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34C6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B3CCC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C499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43C88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71E5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905A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FFC4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2DAFF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C523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E9EE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61A8A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8F02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</w:tr>
      <w:tr w:rsidR="00A0774E" w14:paraId="4487407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3AFAF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B997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E429E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2889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3DC2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539D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C9358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176B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740C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03E4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6002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43D9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FCB5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DD4E6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1563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</w:tr>
      <w:tr w:rsidR="00A0774E" w14:paraId="6227DE8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C22B9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0E34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11BE2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B94F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29510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1675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A58D6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2F93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2CD8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8002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EC597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300A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0947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FF636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962C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</w:t>
            </w:r>
          </w:p>
        </w:tc>
      </w:tr>
      <w:tr w:rsidR="00A0774E" w14:paraId="277DB22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90DAA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210A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AD83F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AC47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5283A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91C0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-189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9529C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71A7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2D96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006E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9FE22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B32A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73B1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-109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5DD21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50A2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-11</w:t>
            </w:r>
          </w:p>
        </w:tc>
      </w:tr>
      <w:tr w:rsidR="00A0774E" w14:paraId="73D07CE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28137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8007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AFDE4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EF53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5DDD2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F99D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190F1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6439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0839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85E5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D00E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C730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9635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9F810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2642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-25</w:t>
            </w:r>
          </w:p>
        </w:tc>
      </w:tr>
      <w:tr w:rsidR="00A0774E" w14:paraId="18E0C32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55D56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E7F4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9AF16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2B79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F212F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CEE7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-91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90011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8651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03CB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9DD6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36EDA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472C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9183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5ECA8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8D11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</w:tr>
      <w:tr w:rsidR="00A0774E" w14:paraId="0D0927B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AC88B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068A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E9564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9FD3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88BE0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EE3F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1906D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28B9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6066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5556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E5B43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3F71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FCCA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E9616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4ABB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</w:tr>
      <w:tr w:rsidR="00A0774E" w14:paraId="3B152B8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44C8F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SW1086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DE2B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269FF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D28A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21324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91A6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BDBE9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45A7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3DBB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1,447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3F19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D2784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5C49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8359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0F38A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FE6F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</w:t>
            </w:r>
          </w:p>
        </w:tc>
      </w:tr>
      <w:tr w:rsidR="00A0774E" w14:paraId="155AB7F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348CA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04A0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93490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64A9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CBEEB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918D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F0B82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D5D7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B87A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49F5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52D93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62FC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6D45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1544C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FD24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</w:tr>
      <w:tr w:rsidR="00A0774E" w14:paraId="4F7EC1F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505FC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SW2001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769E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A3970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E519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201F5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5E43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445D5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BD58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E5D4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22F1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9B954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BBD4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E3C6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55914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B43C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</w:tr>
      <w:tr w:rsidR="00A0774E" w14:paraId="4B71E1F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E40C8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C265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C359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4461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4E86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88DF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FB459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A8E6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AFF9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0C10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D1183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99FC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7C49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1DB8F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4E2F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</w:tr>
    </w:tbl>
    <w:p w14:paraId="6AF5D129" w14:textId="77777777" w:rsidR="00A0774E" w:rsidRDefault="00AB080A">
      <w:r>
        <w:br w:type="page"/>
      </w:r>
    </w:p>
    <w:p w14:paraId="73660056" w14:textId="77777777" w:rsidR="00A0774E" w:rsidRDefault="00AB080A">
      <w:pPr>
        <w:pStyle w:val="Heading1"/>
      </w:pPr>
      <w:r>
        <w:lastRenderedPageBreak/>
        <w:t>Table B8</w:t>
      </w:r>
    </w:p>
    <w:p w14:paraId="2B27D98E" w14:textId="77777777" w:rsidR="00A0774E" w:rsidRDefault="00AB080A">
      <w:pPr>
        <w:pStyle w:val="Heading2"/>
      </w:pPr>
      <w:r>
        <w:t>Report appendix page 37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B8"/>
        <w:tblDescription w:val="Data table extracted from the 2025-26 Livestock Farm Monitor Project annual report appendix."/>
      </w:tblPr>
      <w:tblGrid>
        <w:gridCol w:w="1399"/>
        <w:gridCol w:w="1399"/>
        <w:gridCol w:w="1399"/>
        <w:gridCol w:w="1399"/>
        <w:gridCol w:w="1399"/>
        <w:gridCol w:w="1399"/>
        <w:gridCol w:w="1399"/>
        <w:gridCol w:w="1399"/>
        <w:gridCol w:w="1399"/>
        <w:gridCol w:w="1399"/>
        <w:gridCol w:w="1399"/>
      </w:tblGrid>
      <w:tr w:rsidR="00A0774E" w14:paraId="406A39A6" w14:textId="77777777">
        <w:trPr>
          <w:tblHeader/>
          <w:jc w:val="center"/>
        </w:trPr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D1EF3C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Beef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D391A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enterprise variable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88CBF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05204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summary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B3954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 South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720CE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West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659A0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D42EB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118A6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F6B24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2173F5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74326ADA" w14:textId="77777777">
        <w:trPr>
          <w:tblHeader/>
          <w:jc w:val="center"/>
        </w:trPr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325F42" w14:textId="77777777" w:rsidR="00A0774E" w:rsidRDefault="00A0774E">
            <w:pPr>
              <w:spacing w:after="0" w:line="240" w:lineRule="auto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7D4B8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C7711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4AE45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2694A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22B51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8A4A6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557F2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FCC3C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Purchased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F0833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Home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E786F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grown</w:t>
            </w:r>
          </w:p>
        </w:tc>
      </w:tr>
      <w:tr w:rsidR="00A0774E" w14:paraId="0DC11938" w14:textId="77777777">
        <w:trPr>
          <w:tblHeader/>
          <w:jc w:val="center"/>
        </w:trPr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3A3052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5C8ED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E0617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Scanning/preg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06DA4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F0D8C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B8C48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58230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Livestock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45393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B17D4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supplementary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1FD56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4A844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supplementary</w:t>
            </w:r>
          </w:p>
        </w:tc>
      </w:tr>
      <w:tr w:rsidR="00A0774E" w14:paraId="4A1B3432" w14:textId="77777777">
        <w:trPr>
          <w:tblHeader/>
          <w:jc w:val="center"/>
        </w:trPr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F13E21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No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E9481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testing,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7F548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AI &amp; ET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D98A8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Animal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A4BA6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Health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8F0AC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elling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9E6C6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B2B1D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feed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5E7FD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5C48E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feed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65BD48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3DFE65BD" w14:textId="77777777">
        <w:trPr>
          <w:tblHeader/>
          <w:jc w:val="center"/>
        </w:trPr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AE2F1E" w14:textId="77777777" w:rsidR="00A0774E" w:rsidRDefault="00A0774E">
            <w:pPr>
              <w:spacing w:after="0" w:line="240" w:lineRule="auto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525A4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5E417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024CB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46FF0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B34A0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2B99E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BCF97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BAC79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8877C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68BBEE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04B5200F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91DA0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SW39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670F1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BBEF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DC25D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A4D1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F668B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1B72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119DD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E00A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F17E7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8D52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4BFC22FA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9B8DD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SW87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9CE89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92C1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11F48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DE47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7BAAA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4F37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01467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F85C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F33A3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0D8D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</w:tr>
      <w:tr w:rsidR="00A0774E" w14:paraId="5555C43F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D6B8F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SW88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82EE5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FF51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ED6FA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E051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95FA9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BB60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68589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1B24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448FF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551D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</w:tr>
      <w:tr w:rsidR="00A0774E" w14:paraId="572B190B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5677D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SW693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40032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C550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C0329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6134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2BD3C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697A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81D3B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A4D2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1929C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63D6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A0774E" w14:paraId="3CC847C0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6CA6D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4888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A4AC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80847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65EA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F418F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6E92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FCB8C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48A4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E5FFB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8F19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24D91D6C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755DB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988AC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1093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ED65A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6261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4392E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6706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6E560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E6D0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CCA6A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218A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18F3BE57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4A899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8DE33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5187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BA871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DC24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719C2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80EA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B6B1A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CA3B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518E2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C83D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A0774E" w14:paraId="43997F98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D9DFE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SW809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707C8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6579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EA111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9DEA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4C7A5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FF6A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A9527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CE56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CFFB7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EDF3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</w:tr>
      <w:tr w:rsidR="00A0774E" w14:paraId="027525DC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C0BD8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343BD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E85F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9FCF8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E925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5E757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CE0C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D3F6F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B5FA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5ED1B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9FE7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A0774E" w14:paraId="59DAACDA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3A215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1DFE3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AD8A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B09F4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DB0A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38958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CC7E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24CCF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D85E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B3D94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A249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</w:tr>
      <w:tr w:rsidR="00A0774E" w14:paraId="58A106F7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261B8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FC1A2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846F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AC308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CF96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D40B3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BF28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8D28E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67C7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5DEE5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8E56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</w:tr>
      <w:tr w:rsidR="00A0774E" w14:paraId="2620F63A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9507F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5FB7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1F91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277BB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C21D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E657A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BDC2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CBC21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E124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53542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CFEF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</w:tr>
      <w:tr w:rsidR="00A0774E" w14:paraId="2F4DB493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92C97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46BAA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72B6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D93B1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BBBC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4755E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B726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46533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F216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60AEE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23A3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</w:tr>
      <w:tr w:rsidR="00A0774E" w14:paraId="6ADF61D0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152B3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28BA1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7728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594F9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4F9B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FABAA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D756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0F47E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46AA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034B4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6C3F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0BE8F924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B85C6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BDAE5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D702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8989C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7683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9571A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352F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772D5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13AE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252DD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5B41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</w:tr>
      <w:tr w:rsidR="00A0774E" w14:paraId="72F2F734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AAA31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3E4D2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223D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B0D99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9774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5E4B9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87A7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3258E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8A84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08B98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C314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A0774E" w14:paraId="756A0666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0277C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SW1062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BA111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2E8C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D7A34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A00A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C2883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EF6A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DE8B3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8F53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733CE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F314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A0774E" w14:paraId="6455B92F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84689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SW1064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AC8A1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39B7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3101E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230F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10C3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1649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15F1F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EFF1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15C57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4467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</w:tr>
      <w:tr w:rsidR="00A0774E" w14:paraId="46D3FADF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AE385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B4032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EA97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B7BF7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3A43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413ED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13D5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E440E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9AF0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F9FDE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8E1B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</w:tr>
      <w:tr w:rsidR="00A0774E" w14:paraId="7464568A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4C079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CB153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FB0E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62149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BBED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8A4DC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D794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5E5E7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5BF7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2F901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B6F8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</w:tr>
      <w:tr w:rsidR="00A0774E" w14:paraId="3CB35C9F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58E52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5B7D6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E6C4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175FB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BF67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FC88D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1A9A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AA524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232E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ABAFA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7D58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</w:tr>
      <w:tr w:rsidR="00A0774E" w14:paraId="7904E957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F5172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851EE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FEB2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0EB4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3F68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8F20A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E4E3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EC829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5A2F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CAC90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8FE9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A0774E" w14:paraId="6987078E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7897B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61B4C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6119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2D491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5981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C026D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9E5D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81193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B18F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E67B1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0E31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</w:tr>
      <w:tr w:rsidR="00A0774E" w14:paraId="24712BE7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39BA9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SW1086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B7EAD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B894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33D7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EF59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42578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2403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A04C9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A7E5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1097E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A0C3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368BF117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AE08F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9AF9F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7389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67981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4225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9967D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30C4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F99F7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6799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7DA9E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ECCD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</w:tr>
      <w:tr w:rsidR="00A0774E" w14:paraId="673AE732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ACC01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SW2001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52302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0E6D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9595A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9AE9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0C32A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FF6A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4032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1940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CBCF0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D234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</w:tr>
      <w:tr w:rsidR="00A0774E" w14:paraId="73433B9B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C4650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64545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03B0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848EA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625B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4B60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C029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03A69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1A48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5343F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6492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</w:tr>
    </w:tbl>
    <w:p w14:paraId="7552AF81" w14:textId="77777777" w:rsidR="00A0774E" w:rsidRDefault="00AB080A">
      <w:r>
        <w:br w:type="page"/>
      </w:r>
    </w:p>
    <w:p w14:paraId="0023CDFF" w14:textId="77777777" w:rsidR="00A0774E" w:rsidRDefault="00AB080A">
      <w:pPr>
        <w:pStyle w:val="Heading1"/>
      </w:pPr>
      <w:r>
        <w:lastRenderedPageBreak/>
        <w:t>Table B9</w:t>
      </w:r>
    </w:p>
    <w:p w14:paraId="78A252ED" w14:textId="77777777" w:rsidR="00A0774E" w:rsidRDefault="00AB080A">
      <w:pPr>
        <w:pStyle w:val="Heading2"/>
      </w:pPr>
      <w:r>
        <w:t>Report appendix page 38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B9"/>
        <w:tblDescription w:val="Data table extracted from the 2025-26 Livestock Farm Monitor Project annual report appendix."/>
      </w:tblPr>
      <w:tblGrid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</w:tblGrid>
      <w:tr w:rsidR="00A0774E" w14:paraId="1E3F3C74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543D26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Prime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BA7DA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730E8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Production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0197A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Information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24B5F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66AB9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South West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D0886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0ECAF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8E1C6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E3B89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2D3C4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6ECF0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083752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61AEF446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FEE4AF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9816C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AE4D8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E0CBD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F9FAB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13E3A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Ewes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110E6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Ewes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61663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Ewe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9A668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5C252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0945E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CB330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71E019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6D4ACAD0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DE0F6D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0294F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190BA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E052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C9834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BE8DB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(+2 years)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4F8B8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(1-2 years)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A8C98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lambs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483A4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EF8CE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FD6A1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DBA49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46CD9D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0A005C08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53720A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4AD9C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92641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169F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E9F17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E1275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annual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AE140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annual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436D4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annual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C4AFC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98A52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05DCE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F797A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Average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81BB6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Average</w:t>
            </w:r>
          </w:p>
        </w:tc>
      </w:tr>
      <w:tr w:rsidR="00A0774E" w14:paraId="3B68D893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D7560E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0D24F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4EDA7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1FC1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4D37C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Major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62002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average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AC7B6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average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0646A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average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D2402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F3E1D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clean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2B245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1DB20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44D9E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</w:t>
            </w:r>
          </w:p>
        </w:tc>
      </w:tr>
      <w:tr w:rsidR="00A0774E" w14:paraId="6D1AEFD1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494ED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Farm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61E32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54E5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Stocking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FEDD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Supp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892C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feed lambing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6AC7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marking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70C9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marking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FBBD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marking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956E9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C091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wool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A3D5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Lamb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3ADC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sale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26A8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sale</w:t>
            </w:r>
          </w:p>
        </w:tc>
      </w:tr>
      <w:tr w:rsidR="00A0774E" w14:paraId="6A7DDEA7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6F236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No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AE17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Ewe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CD8D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Breed rate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B288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 the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344B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diet period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5061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rate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B8D5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rate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DC8D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rate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31D6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Micron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042F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cut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9233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sold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BE51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price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4656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price</w:t>
            </w:r>
          </w:p>
        </w:tc>
      </w:tr>
      <w:tr w:rsidR="00A0774E" w14:paraId="6F839C63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D38C20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B3913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D628D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E8CB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 of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C8EF6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94DD8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03EDE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CA403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0E1F2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CEC6C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ADB5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kg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10934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EFCC76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32089D23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1373C8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4D963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87F48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BBA1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total ME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2BAA2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2BB42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AAD3B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882F0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7FFCF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17C9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kg/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AC2B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CWT/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040F4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CA75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$/kg</w:t>
            </w:r>
          </w:p>
        </w:tc>
      </w:tr>
      <w:tr w:rsidR="00A0774E" w14:paraId="6E9ABCD9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8111D2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95716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2CDE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DSE/yr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5A08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consumed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102A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season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2D6B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730E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06E6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BA2D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μ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644B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ha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A7B4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ha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CAA3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$/head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E17D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CWT</w:t>
            </w:r>
          </w:p>
        </w:tc>
      </w:tr>
      <w:tr w:rsidR="00A0774E" w14:paraId="22DDC889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4BD23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SW43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CD15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CFD0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6,599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6DC5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4E5C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321C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71078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39A9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17DC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7D6B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90EF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3192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D70B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11.6</w:t>
            </w:r>
          </w:p>
        </w:tc>
      </w:tr>
      <w:tr w:rsidR="00A0774E" w14:paraId="60CE7162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63003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SW87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0D27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B190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13,848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EF22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03C1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33BF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37E5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5FABD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4F3A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8FCE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EEDA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3016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D203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10.9</w:t>
            </w:r>
          </w:p>
        </w:tc>
      </w:tr>
      <w:tr w:rsidR="00A0774E" w14:paraId="4DAC1FC2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E0B47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SW88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78EA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D6F6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17,096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C7F4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0E5C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0B55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D45E9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3D84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1A6E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10D9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7193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3251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68F5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11.6</w:t>
            </w:r>
          </w:p>
        </w:tc>
      </w:tr>
      <w:tr w:rsidR="00A0774E" w14:paraId="15703DB5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4B297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SW512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82D2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C63C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3,891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1F00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5DE8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A19C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EBBEE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06FE8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5F68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4229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4C48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7687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3FD2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11.0</w:t>
            </w:r>
          </w:p>
        </w:tc>
      </w:tr>
      <w:tr w:rsidR="00A0774E" w14:paraId="30F2AD48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FC056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SW623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66E5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789C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8,571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2679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0F9A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B5AE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E92C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6A7BD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1EB1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79B7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76FE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10D9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87AC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10.6</w:t>
            </w:r>
          </w:p>
        </w:tc>
      </w:tr>
      <w:tr w:rsidR="00A0774E" w14:paraId="08DA1848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EE6EC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SW628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1BEC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5B5C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18,998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065E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531B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5D48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C0CFC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F0C7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32FB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E1C2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F361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DEA7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C634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11.7</w:t>
            </w:r>
          </w:p>
        </w:tc>
      </w:tr>
      <w:tr w:rsidR="00A0774E" w14:paraId="65C6ACC3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E2319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SW659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9537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7F09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5,784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9478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CDB9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4F61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5713A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9A234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48D9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CBE0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5D79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0C10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EF48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13.3</w:t>
            </w:r>
          </w:p>
        </w:tc>
      </w:tr>
      <w:tr w:rsidR="00A0774E" w14:paraId="35E38EC6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DEABD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72A8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B9F0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24,448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5DD3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960F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D57E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6A535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0B56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0C7F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7904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B139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FB4D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C85E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11.1</w:t>
            </w:r>
          </w:p>
        </w:tc>
      </w:tr>
      <w:tr w:rsidR="00A0774E" w14:paraId="0E609F37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E9098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20A5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Composite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8048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8,566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5E6D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8A38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B024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6E405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A65E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7712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1171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35F6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4A6C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21A9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13.4</w:t>
            </w:r>
          </w:p>
        </w:tc>
      </w:tr>
      <w:tr w:rsidR="00A0774E" w14:paraId="4EADFAFB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C8BBE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DC51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2A90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1,894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062D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1DFE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C5B1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2450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3C8F5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5469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5E67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AFA3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2E29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00D9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12.8</w:t>
            </w:r>
          </w:p>
        </w:tc>
      </w:tr>
      <w:tr w:rsidR="00A0774E" w14:paraId="47C8AC73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82486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SW809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213D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5001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3,470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54D7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CC9B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7BE0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59089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AB9D8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C692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FB28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5C08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B332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A2EF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13.0</w:t>
            </w:r>
          </w:p>
        </w:tc>
      </w:tr>
      <w:tr w:rsidR="00A0774E" w14:paraId="76A02A6E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8C8EE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SW1006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53B0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Shedding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AFA4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2,899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33FC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5C4D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0FC3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D9FD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DF20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E4D75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2534B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6509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1FFC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2EE1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10.2</w:t>
            </w:r>
          </w:p>
        </w:tc>
      </w:tr>
      <w:tr w:rsidR="00A0774E" w14:paraId="50074F82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88AC6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SW1018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4AE1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C295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11,960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F136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B21C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08E8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B932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E369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4B28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674B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B640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CFC3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9429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11.2</w:t>
            </w:r>
          </w:p>
        </w:tc>
      </w:tr>
      <w:tr w:rsidR="00A0774E" w14:paraId="6DCEE817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821E8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DA9F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1486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28,256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75A8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DAFE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579A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CC8A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E3E2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7074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3668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55C7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E3E6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FE67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11.5</w:t>
            </w:r>
          </w:p>
        </w:tc>
      </w:tr>
      <w:tr w:rsidR="00A0774E" w14:paraId="7800097B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AAADB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D847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44DE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13,983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2605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BC0A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DBD2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1AB6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CCC90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48C6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FD3F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7A72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7F31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9584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11.7</w:t>
            </w:r>
          </w:p>
        </w:tc>
      </w:tr>
      <w:tr w:rsidR="00A0774E" w14:paraId="3EC41B63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78995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A04A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69D3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21,245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EA99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01FF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B784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6E55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CE712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D8F7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8BC6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54CA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DB43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A76B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11.4</w:t>
            </w:r>
          </w:p>
        </w:tc>
      </w:tr>
      <w:tr w:rsidR="00A0774E" w14:paraId="4841B85E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5B6A2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031A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1108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12,258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8B2D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6385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F37F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709FB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ACB78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0993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771C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7BE1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8BE5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F273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11.1</w:t>
            </w:r>
          </w:p>
        </w:tc>
      </w:tr>
      <w:tr w:rsidR="00A0774E" w14:paraId="1388BA94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4ABD5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4ED8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E59F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8,013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134E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C3C8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F833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D8DA3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38947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A3CE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2B67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3730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4E4C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E7AA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11.7</w:t>
            </w:r>
          </w:p>
        </w:tc>
      </w:tr>
      <w:tr w:rsidR="00A0774E" w14:paraId="5A6CE7D8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6A711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8086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C5CF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5,816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C1B5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685A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64E9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57D3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50C7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0DAC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A96B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9237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6474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E215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11.2</w:t>
            </w:r>
          </w:p>
        </w:tc>
      </w:tr>
      <w:tr w:rsidR="00A0774E" w14:paraId="60FD8D98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07245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SW1038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0A9D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Composite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4B63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12,091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3007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8B92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75BB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AF88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20FC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7B83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6F4B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A649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5665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7F48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10.7</w:t>
            </w:r>
          </w:p>
        </w:tc>
      </w:tr>
      <w:tr w:rsidR="00A0774E" w14:paraId="54FC7591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2DE7F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29EB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2BC5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2,488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3D7B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BBD8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7075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58207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E1555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9386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9246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A783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5983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1399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11.3</w:t>
            </w:r>
          </w:p>
        </w:tc>
      </w:tr>
      <w:tr w:rsidR="00A0774E" w14:paraId="3E1782F2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371A1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F092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3A20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3,397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0DC3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0EC2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434D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0FF11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A07E2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14A1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966D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05E3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F054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F708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10.8</w:t>
            </w:r>
          </w:p>
        </w:tc>
      </w:tr>
      <w:tr w:rsidR="00A0774E" w14:paraId="1F0110DE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07458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03D8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8A6C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13,216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8399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952B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B94C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B06E7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8A1B2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3F83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A2B1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6E93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20E2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935A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12.6</w:t>
            </w:r>
          </w:p>
        </w:tc>
      </w:tr>
      <w:tr w:rsidR="00A0774E" w14:paraId="200B4CCF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F0E58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A112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5373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39,821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74F3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B659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932D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56CFE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7341E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B381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7426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FC0A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26A4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7BA8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11.7</w:t>
            </w:r>
          </w:p>
        </w:tc>
      </w:tr>
      <w:tr w:rsidR="00A0774E" w14:paraId="25E4DF4D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8E5F1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E2D0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6740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5,968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2577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5465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B809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4C09F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27A9D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AA83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7B18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5A76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7ECA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3BEC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11.9</w:t>
            </w:r>
          </w:p>
        </w:tc>
      </w:tr>
      <w:tr w:rsidR="00A0774E" w14:paraId="4C923556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574F9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94F3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Composite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479C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15,800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3B9E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4822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579E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6136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7306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D556A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69F2C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927E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08EA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246D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11.1</w:t>
            </w:r>
          </w:p>
        </w:tc>
      </w:tr>
      <w:tr w:rsidR="00A0774E" w14:paraId="605F3367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150A1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3028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92BA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49,882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17BA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58CB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926B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32010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5D93D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FCE7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41A8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FD11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985D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56C8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12.3</w:t>
            </w:r>
          </w:p>
        </w:tc>
      </w:tr>
      <w:tr w:rsidR="00A0774E" w14:paraId="7B61A709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43DA3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1794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A6CE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22,938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3F87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4BC6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10FC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B9EA3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5BEFE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0ECD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ED9E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E1E0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5B6E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A5C4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12.4</w:t>
            </w:r>
          </w:p>
        </w:tc>
      </w:tr>
      <w:tr w:rsidR="00A0774E" w14:paraId="0D290307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51F2F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E1C5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Composite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747A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8,800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88D4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4482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44F4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643E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B2D5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B11B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70EE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76BD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4F1B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E884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10.5</w:t>
            </w:r>
          </w:p>
        </w:tc>
      </w:tr>
      <w:tr w:rsidR="00A0774E" w14:paraId="37379936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65D0B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0537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2952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6,359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40C5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E205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FC5CE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84B98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CD24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EE4F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7A8C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5DB1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7C4A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39DF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11.4</w:t>
            </w:r>
          </w:p>
        </w:tc>
      </w:tr>
      <w:tr w:rsidR="00A0774E" w14:paraId="34F7AFEA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FD6E1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SW1062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75D2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0E11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3,356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BC51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9D26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CEBA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E61E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3FCAA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4DE3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28EA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B3E9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09D7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A33A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11.5</w:t>
            </w:r>
          </w:p>
        </w:tc>
      </w:tr>
      <w:tr w:rsidR="00A0774E" w14:paraId="0984C606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2462B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SW1064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EC2E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B9D4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12,791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26CF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F0D0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7336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08EA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19F10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410F3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F23B4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D8DB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65B2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77AF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11.4</w:t>
            </w:r>
          </w:p>
        </w:tc>
      </w:tr>
      <w:tr w:rsidR="00A0774E" w14:paraId="7FDA43FE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AD7E4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SW1065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D2B9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3163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8,971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C0F8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0B7D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E340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23F45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61B6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AEA0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4A7A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41F0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C671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0F3E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11.1</w:t>
            </w:r>
          </w:p>
        </w:tc>
      </w:tr>
      <w:tr w:rsidR="00A0774E" w14:paraId="2104B2C4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6F5F2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A273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Composite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2FF3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1,756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ABAA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B2E7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6366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579D2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35395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E573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8A1E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D312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7581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FC09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10.3</w:t>
            </w:r>
          </w:p>
        </w:tc>
      </w:tr>
      <w:tr w:rsidR="00A0774E" w14:paraId="2014E3C4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4ABF1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912C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Shedding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6E63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8,893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FEE1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1D46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28C7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6ADA2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40F7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58F76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1754D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1EF8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2C4C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8576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10.1</w:t>
            </w:r>
          </w:p>
        </w:tc>
      </w:tr>
      <w:tr w:rsidR="00A0774E" w14:paraId="704EB741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728A2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29E9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E097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8,780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2DBD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C0C3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2AC4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C25B2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30383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E98D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EBA9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D203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D32B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34EC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12.9</w:t>
            </w:r>
          </w:p>
        </w:tc>
      </w:tr>
      <w:tr w:rsidR="00A0774E" w14:paraId="2F7D4800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D9311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3D68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EEDB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5,504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5D5A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7121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181F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6F14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7BC27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E062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39C5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6275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49BE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302E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12.1</w:t>
            </w:r>
          </w:p>
        </w:tc>
      </w:tr>
      <w:tr w:rsidR="00A0774E" w14:paraId="038F8292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3FE4D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3AF8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68A6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4,695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B7DE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D426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CEB8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8741D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F5922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F57D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D2BC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A468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4872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6046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11.4</w:t>
            </w:r>
          </w:p>
        </w:tc>
      </w:tr>
      <w:tr w:rsidR="00A0774E" w14:paraId="3F583CDB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90D2C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F348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27BA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1,491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223F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F3F8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93DA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3BA5D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55AB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92E7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BABF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3F2C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A217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7818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11.8</w:t>
            </w:r>
          </w:p>
        </w:tc>
      </w:tr>
      <w:tr w:rsidR="00A0774E" w14:paraId="1F947C5B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236F6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74C3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7F57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21,819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52BA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D8CE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766F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9E40A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242BF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B8DF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57BA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9EE2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518A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2D8D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10.3</w:t>
            </w:r>
          </w:p>
        </w:tc>
      </w:tr>
      <w:tr w:rsidR="00A0774E" w14:paraId="06204294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736D8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3E80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D1DD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17,846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263E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288A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6414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84B83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9C258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5920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3676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679C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DBCA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FC96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11.2</w:t>
            </w:r>
          </w:p>
        </w:tc>
      </w:tr>
      <w:tr w:rsidR="00A0774E" w14:paraId="32B8B91B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A6D95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EDCE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151F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15,065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5E1E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CE4D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7065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E109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4496B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57AB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5FE0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2A1F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1043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EC9F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11.4</w:t>
            </w:r>
          </w:p>
        </w:tc>
      </w:tr>
      <w:tr w:rsidR="00A0774E" w14:paraId="442CDC6D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A1FEB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B5AC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9AA0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30,670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0C0E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A02F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4667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FC28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9D5DE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2812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58B4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00FE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3A72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3751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11.2</w:t>
            </w:r>
          </w:p>
        </w:tc>
      </w:tr>
    </w:tbl>
    <w:p w14:paraId="08111BBD" w14:textId="77777777" w:rsidR="00A0774E" w:rsidRDefault="00AB080A">
      <w:r>
        <w:br w:type="page"/>
      </w:r>
    </w:p>
    <w:p w14:paraId="1361E8D8" w14:textId="77777777" w:rsidR="00A0774E" w:rsidRDefault="00AB080A">
      <w:pPr>
        <w:pStyle w:val="Heading1"/>
      </w:pPr>
      <w:r>
        <w:lastRenderedPageBreak/>
        <w:t>Table B9 – Continued</w:t>
      </w:r>
    </w:p>
    <w:p w14:paraId="2E2E6F60" w14:textId="77777777" w:rsidR="00A0774E" w:rsidRDefault="00AB080A">
      <w:pPr>
        <w:pStyle w:val="Heading2"/>
      </w:pPr>
      <w:r>
        <w:t>Report appendix page 39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B9 – Continued"/>
        <w:tblDescription w:val="Data table extracted from the 2025-26 Livestock Farm Monitor Project annual report appendix."/>
      </w:tblPr>
      <w:tblGrid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</w:tblGrid>
      <w:tr w:rsidR="00A0774E" w14:paraId="6042AE2C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738599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Prime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D9229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11A75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Production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4CB6C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Information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0DB14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571D0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South West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026C4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003FF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A21F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A128A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A0A27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85CAB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BE57FF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464CFE82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20B455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B325B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BB2C5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A18C8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98FF5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88A6D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Ewes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745D3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Ewes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28F72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Ewe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9E436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8D5F2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890C1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A30C4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19F15A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762BA471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CCA1E3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6B411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AC7E4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750D6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8F4D2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8FC83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(+2 years)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014AF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(1-2 years)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A59CC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lambs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7D51B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B4D36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1E6B1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FFEB7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F8E30F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405511D7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5075C5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C2BDA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F2037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7BB0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25F7D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A1FCD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annual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6CFEF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annual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7D710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annual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657DE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9B930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656A6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B00E5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Average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2220E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Average</w:t>
            </w:r>
          </w:p>
        </w:tc>
      </w:tr>
      <w:tr w:rsidR="00A0774E" w14:paraId="03D1B746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9A295E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31C0D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BF825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F94BE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E2C5F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Major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D2ADF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average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69A18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average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673B2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average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54D8A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07586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clean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D73F0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99168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021AF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</w:t>
            </w:r>
          </w:p>
        </w:tc>
      </w:tr>
      <w:tr w:rsidR="00A0774E" w14:paraId="072436E5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70B2C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Farm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88290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9BDB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Stocking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52A9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Supp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4865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feed lambing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5986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marking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7D60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marking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DD04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marking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00169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6FEA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wool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8751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Lamb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5874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sale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77DB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sale</w:t>
            </w:r>
          </w:p>
        </w:tc>
      </w:tr>
      <w:tr w:rsidR="00A0774E" w14:paraId="5A2B1D2F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5AABA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No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783C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Ewe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AD27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Breed rate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BE99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 the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0ADD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diet period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E37E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rate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68ED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rate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6B59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rate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4A11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Micron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9623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cut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D20C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sold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3E75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price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20A3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price</w:t>
            </w:r>
          </w:p>
        </w:tc>
      </w:tr>
      <w:tr w:rsidR="00A0774E" w14:paraId="478CD14D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0B8CEF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2A862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68DA5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8CE5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 of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3E7B8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14C1F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6283E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6B77A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DA451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99741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08B1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kg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8535A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68FBB3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386C1179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46578F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99C19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A4CA5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F390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total ME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F396E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F0762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F1A16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C9506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1E0F1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354A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kg/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7EDB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CWT/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C8612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43DC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$/kg</w:t>
            </w:r>
          </w:p>
        </w:tc>
      </w:tr>
      <w:tr w:rsidR="00A0774E" w14:paraId="3967F622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E71A90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F2C45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6399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DSE/yr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10E1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consumed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96D9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season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14E1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2126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DB22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D0FF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μ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D8AC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ha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57CA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ha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05AA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$/head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7B2C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CWT</w:t>
            </w:r>
          </w:p>
        </w:tc>
      </w:tr>
      <w:tr w:rsidR="00A0774E" w14:paraId="1BBD94A1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5A4DF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6CFD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4047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10,118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08AE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1D20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74C1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1F78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6274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0CE0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025E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EFF0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F3BB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7028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10.4</w:t>
            </w:r>
          </w:p>
        </w:tc>
      </w:tr>
      <w:tr w:rsidR="00A0774E" w14:paraId="171D665D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FB9B6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85EA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803F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11,702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1B94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2673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230E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EDF66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1339F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A3A3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C17F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497C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4C86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BE49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11.5</w:t>
            </w:r>
          </w:p>
        </w:tc>
      </w:tr>
      <w:tr w:rsidR="00A0774E" w14:paraId="4E1BDA50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ECC29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F12B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10BE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3,020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5E68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E551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79A3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7F2B7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B36E2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9522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672C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17E8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4B3B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2AB9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11.3</w:t>
            </w:r>
          </w:p>
        </w:tc>
      </w:tr>
      <w:tr w:rsidR="00A0774E" w14:paraId="18944B91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93155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A682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Composite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DABF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10,529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E1E1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9F2B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5639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E2307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6952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9248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E66C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D8ED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200C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88B4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12.9</w:t>
            </w:r>
          </w:p>
        </w:tc>
      </w:tr>
      <w:tr w:rsidR="00A0774E" w14:paraId="100E6C18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23C4A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3D1A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242D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2,200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E575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C786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7BF6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B551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0684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146E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DED5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C480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8C8C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FB19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10.2</w:t>
            </w:r>
          </w:p>
        </w:tc>
      </w:tr>
      <w:tr w:rsidR="00A0774E" w14:paraId="725ECEC6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55935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0304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D307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5,033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E0A2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D1F7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Autumn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10B4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E3CC2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1B6D0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335B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5387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926B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2C8C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1F5D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11.8</w:t>
            </w:r>
          </w:p>
        </w:tc>
      </w:tr>
      <w:tr w:rsidR="00A0774E" w14:paraId="566AB97D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2F767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DFB8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AD2C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7,072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90E0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024D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5478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9D886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85B85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FDF0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FA3A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ADEA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FE23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B727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11.3</w:t>
            </w:r>
          </w:p>
        </w:tc>
      </w:tr>
      <w:tr w:rsidR="00A0774E" w14:paraId="40D51AB6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5AE36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D39F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9994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9,283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DE72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EDD8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A802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83DC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A5E4B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43E2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664D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A614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5C49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7CD3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12.0</w:t>
            </w:r>
          </w:p>
        </w:tc>
      </w:tr>
      <w:tr w:rsidR="00A0774E" w14:paraId="3AB1E1CA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6E926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SW2001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F374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Composite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D882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6,738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165E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3816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D492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FBDA1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EACF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15AA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32DC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34CD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B732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1F81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10.5</w:t>
            </w:r>
          </w:p>
        </w:tc>
      </w:tr>
      <w:tr w:rsidR="00A0774E" w14:paraId="2887A882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2FCD8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SW2002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ECE1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9C78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19,276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B6A8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7D23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D778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27BB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52702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A56B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2927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D694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F910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F72D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11.4</w:t>
            </w:r>
          </w:p>
        </w:tc>
      </w:tr>
      <w:tr w:rsidR="00A0774E" w14:paraId="756EF835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584ED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D4FF6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5794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11,792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FBCE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2A487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2AF1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8051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C5B7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1A16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DF1B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376A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FE09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BC21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11.5</w:t>
            </w:r>
          </w:p>
        </w:tc>
      </w:tr>
    </w:tbl>
    <w:p w14:paraId="3D350B68" w14:textId="77777777" w:rsidR="00A0774E" w:rsidRDefault="00AB080A">
      <w:r>
        <w:br w:type="page"/>
      </w:r>
    </w:p>
    <w:p w14:paraId="37035BE4" w14:textId="77777777" w:rsidR="00A0774E" w:rsidRDefault="00AB080A">
      <w:pPr>
        <w:pStyle w:val="Heading1"/>
      </w:pPr>
      <w:r>
        <w:lastRenderedPageBreak/>
        <w:t>Table B10</w:t>
      </w:r>
    </w:p>
    <w:p w14:paraId="16E8FBC5" w14:textId="77777777" w:rsidR="00A0774E" w:rsidRDefault="00AB080A">
      <w:pPr>
        <w:pStyle w:val="Heading2"/>
      </w:pPr>
      <w:r>
        <w:t>Report appendix page 40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B10"/>
        <w:tblDescription w:val="Data table extracted from the 2025-26 Livestock Farm Monitor Project annual report appendix."/>
      </w:tblPr>
      <w:tblGrid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</w:tblGrid>
      <w:tr w:rsidR="00A0774E" w14:paraId="40827F1C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0F620D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Prime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314A0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 Gross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F1454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FAE29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Margin –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D3A0F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South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D3AD2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A58CB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West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13945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2E4A8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EE32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1246F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39156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F6AF3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AC9D8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2542DA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28E6A6DE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532DCF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1159D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B00EF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3B7B6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FA6F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8A804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680D1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CA26E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42808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4A499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Prime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F6BBD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90FC9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Prime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375D1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Prime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FAF73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EB249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Prime</w:t>
            </w:r>
          </w:p>
        </w:tc>
      </w:tr>
      <w:tr w:rsidR="00A0774E" w14:paraId="359A811D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9C6479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C736E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92C1B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1E7C5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95274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1039B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83E00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353FC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DBD48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Prime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765F0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2914D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107E5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CD0AC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246A4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0D559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</w:t>
            </w:r>
          </w:p>
        </w:tc>
      </w:tr>
      <w:tr w:rsidR="00A0774E" w14:paraId="511F382B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5812E6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D9C17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DFF01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sales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0B420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F0066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32F9A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Inventory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9F8FA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55A37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Wool sales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6C40B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FB0FA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variable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93A1C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B226A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variable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81F34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Gross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5F4C4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FD227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Gross</w:t>
            </w:r>
          </w:p>
        </w:tc>
      </w:tr>
      <w:tr w:rsidR="00A0774E" w14:paraId="337F502A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BAB1D9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 No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459EB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E66D8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04C3D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purchases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D9C2E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161F5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change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BDDC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B91B3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55CB0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5A67F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525C5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AC927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7C203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Margin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EDE72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C8B97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Margin</w:t>
            </w:r>
          </w:p>
        </w:tc>
      </w:tr>
      <w:tr w:rsidR="00A0774E" w14:paraId="5528B68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331780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1964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3E4F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840CF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F3685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F73D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F00AA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D66E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66AF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549A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A877A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0392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1D8E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E7CE1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DA77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</w:tr>
      <w:tr w:rsidR="00A0774E" w14:paraId="785A844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EF719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E5CD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0A90C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6203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35EF0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20C8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C8E1A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8658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FC4A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B8AF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1275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2F857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2063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9E98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42079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29F9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115</w:t>
            </w:r>
          </w:p>
        </w:tc>
      </w:tr>
      <w:tr w:rsidR="00A0774E" w14:paraId="3D10972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9296F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B6CB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A480C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EC61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6083F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B401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-737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A7E39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D27F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838F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2AD5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51705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500C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061C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88285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8165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</w:tr>
      <w:tr w:rsidR="00A0774E" w14:paraId="6FDC683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844F1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DA48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1A0E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A1F9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F9290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A7DF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377D7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D5DB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4F0B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6DD5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AF383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0C78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7DCD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4931D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0A72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</w:t>
            </w:r>
          </w:p>
        </w:tc>
      </w:tr>
      <w:tr w:rsidR="00A0774E" w14:paraId="3453A76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97357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SW512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EAD9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9EDB9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5B76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CF283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4626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4E9DC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0757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A52D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C8D0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E70DF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0F78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8CA4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97477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9D4B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109</w:t>
            </w:r>
          </w:p>
        </w:tc>
      </w:tr>
      <w:tr w:rsidR="00A0774E" w14:paraId="72716E4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4AEBA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SW623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3FEE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B1E1A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2B0E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D5330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128B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7200B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9204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D5FA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ED9C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9D7A6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6D1B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D360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29FF9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3E3B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</w:t>
            </w:r>
          </w:p>
        </w:tc>
      </w:tr>
      <w:tr w:rsidR="00A0774E" w14:paraId="2830EAB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A0DC2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SW628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2ACB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C4B64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91EC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271C1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6E3F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7B905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5D73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2DBF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0CE1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34648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02B9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91B2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86CD2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7A26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</w:t>
            </w:r>
          </w:p>
        </w:tc>
      </w:tr>
      <w:tr w:rsidR="00A0774E" w14:paraId="335BC98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AA05F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SW659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B39C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79C89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1186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590C7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3FED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83366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CBBB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DD72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8470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D3EDC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565F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A290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83C31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DFD7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</w:t>
            </w:r>
          </w:p>
        </w:tc>
      </w:tr>
      <w:tr w:rsidR="00A0774E" w14:paraId="29E8746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4F338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77D8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BB2FE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2A72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74F64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18AF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03345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FBE6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B3FD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1862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0A12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7F038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B83F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61F3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C261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2510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</w:t>
            </w:r>
          </w:p>
        </w:tc>
      </w:tr>
      <w:tr w:rsidR="00A0774E" w14:paraId="6E6667F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C6E9C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03B7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991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AB85F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3F9E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BF46D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0DF1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FAD46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B328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130E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305C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47991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C9D1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6B25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917F1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C591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</w:t>
            </w:r>
          </w:p>
        </w:tc>
      </w:tr>
      <w:tr w:rsidR="00A0774E" w14:paraId="67D2F49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AE432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52BE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52E4B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1D76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62ADE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B52E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BF696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3BEE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4C0D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AD78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022F3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DB34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7A81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1575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C1F60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0910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</w:t>
            </w:r>
          </w:p>
        </w:tc>
      </w:tr>
      <w:tr w:rsidR="00A0774E" w14:paraId="1EFF439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FE93A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SW809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737A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2105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2DBFF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29F1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263B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B310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9658B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D70C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197C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D4D3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CA926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6071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E8AE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8CC81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E5FB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</w:t>
            </w:r>
          </w:p>
        </w:tc>
      </w:tr>
      <w:tr w:rsidR="00A0774E" w14:paraId="4446B0E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D1A9A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SW1006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65B6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1BB48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E94C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26B47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E607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-753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AD5FC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400B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04BA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3689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76C4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1862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6196C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E103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5C28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77F90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9A01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</w:t>
            </w:r>
          </w:p>
        </w:tc>
      </w:tr>
      <w:tr w:rsidR="00A0774E" w14:paraId="536DDAD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FDBFD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B6B7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99AD9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A640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126C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C6D5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FC7FD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C0EB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2657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FE7D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20DEC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0F65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ABB3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00A92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6616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</w:t>
            </w:r>
          </w:p>
        </w:tc>
      </w:tr>
      <w:tr w:rsidR="00A0774E" w14:paraId="318A7A8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708AA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83CC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45A44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BBD9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A2A5D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C020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A376C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1147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F5A4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C631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54CF1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985E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73C4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1305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546C3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C74A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</w:t>
            </w:r>
          </w:p>
        </w:tc>
      </w:tr>
      <w:tr w:rsidR="00A0774E" w14:paraId="2E369E1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8AF59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FC81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F9C3A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D31B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D3153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E24B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7864B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BD99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BD54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6ACC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374B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6B1D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4EE3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7FE2E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3131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</w:t>
            </w:r>
          </w:p>
        </w:tc>
      </w:tr>
      <w:tr w:rsidR="00A0774E" w14:paraId="6CA0E78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5B05A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F403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3DC5F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DF51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5953E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F42A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19925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101E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6CEB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93A9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E8D37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043A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3B2C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17912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2939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</w:t>
            </w:r>
          </w:p>
        </w:tc>
      </w:tr>
      <w:tr w:rsidR="00A0774E" w14:paraId="1FC6E87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DE43F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E217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A0C97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5E58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6BED0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703F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37EFD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F9DB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5F40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2003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3501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82DF1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B59B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1A3F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F6D0E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B91E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</w:t>
            </w:r>
          </w:p>
        </w:tc>
      </w:tr>
      <w:tr w:rsidR="00A0774E" w14:paraId="720139A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D18B9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E47E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2071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E4A74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F310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DC8F9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7E53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-108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4D8B1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DD78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695D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320D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3F4DF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9ED1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E558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8EC06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77BF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</w:t>
            </w:r>
          </w:p>
        </w:tc>
      </w:tr>
      <w:tr w:rsidR="00A0774E" w14:paraId="71C6978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0D5B1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6B52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1181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56271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26C3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1487F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B0A6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EFACC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C41D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BD83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6EE8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D7F8C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6F36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7FD2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CD38A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0340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</w:t>
            </w:r>
          </w:p>
        </w:tc>
      </w:tr>
      <w:tr w:rsidR="00A0774E" w14:paraId="2BA8A7B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AFC97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CFE5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9B4D2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EB96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09E00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E570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28EC0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F416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0553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5AE0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6E50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25EF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554F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CAD27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F972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81</w:t>
            </w:r>
          </w:p>
        </w:tc>
      </w:tr>
      <w:tr w:rsidR="00A0774E" w14:paraId="058D0FF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367D0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6771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6D99F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B7D5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958B2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0762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C707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8375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38C0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1575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4955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63332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AF07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AEAF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9948C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8976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</w:t>
            </w:r>
          </w:p>
        </w:tc>
      </w:tr>
      <w:tr w:rsidR="00A0774E" w14:paraId="1ECBA4C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A9567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66B2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D6E27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BB19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D57E2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54A8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C99CE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94A7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EBB1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080B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AD0E3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06B4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3F34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D6A61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AF07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</w:t>
            </w:r>
          </w:p>
        </w:tc>
      </w:tr>
      <w:tr w:rsidR="00A0774E" w14:paraId="6FC63B5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7D6DE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EE7B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F1BCC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E378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855EE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96FC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5A89F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6AA6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7740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E9DB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A04D8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CB53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4071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49602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FAF6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132</w:t>
            </w:r>
          </w:p>
        </w:tc>
      </w:tr>
      <w:tr w:rsidR="00A0774E" w14:paraId="303FEB3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E01C2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SW1045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A4D5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8CD3E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AAB3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B789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1E47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BA01F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EA94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43AA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DF08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64E2B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59DF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D25A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E67BA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2179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</w:t>
            </w:r>
          </w:p>
        </w:tc>
      </w:tr>
      <w:tr w:rsidR="00A0774E" w14:paraId="0CBA590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2ED9B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6257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B67D0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E7A4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9EA15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A11E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203ED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183E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3150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E818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F8471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CC1B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43A3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E7D70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304B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</w:t>
            </w:r>
          </w:p>
        </w:tc>
      </w:tr>
      <w:tr w:rsidR="00A0774E" w14:paraId="05A8215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F732F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6A44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E52D9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1212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5AD2D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5869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D8732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C614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08A1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1886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E4685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31C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E59C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C3B21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9491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101</w:t>
            </w:r>
          </w:p>
        </w:tc>
      </w:tr>
      <w:tr w:rsidR="00A0774E" w14:paraId="0F01CA1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14792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787F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1300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C0ED8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662B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8EF3C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2B19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8C4E2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9F66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1A84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4A6D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5001F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68E0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7226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4149A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B370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</w:t>
            </w:r>
          </w:p>
        </w:tc>
      </w:tr>
      <w:tr w:rsidR="00A0774E" w14:paraId="67C1694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B3833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BDB6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02334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7663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C2699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58F8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3AA24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6F49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7285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68DE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39678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463B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5FCF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9CB9C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8F26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</w:t>
            </w:r>
          </w:p>
        </w:tc>
      </w:tr>
      <w:tr w:rsidR="00A0774E" w14:paraId="0E5FAD7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F1A30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0877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EF4DE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8D25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E99BF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10D3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8548F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4C27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9C22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E9F0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B2BF0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588D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3457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FFF3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3D51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</w:t>
            </w:r>
          </w:p>
        </w:tc>
      </w:tr>
      <w:tr w:rsidR="00A0774E" w14:paraId="30EBAF6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8DCB8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C6B1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97F81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15B5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EBF70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6F95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B94D4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D5CC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095C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32B0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B1AFA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AD4F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D050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A5492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F52D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</w:tr>
      <w:tr w:rsidR="00A0774E" w14:paraId="4C4D574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B4BB4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SW1062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81DA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AA36C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053F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68843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A557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-1096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11E6B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CD66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E802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C39F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D62D1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8C15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1579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DF294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3F5F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</w:tr>
      <w:tr w:rsidR="00A0774E" w14:paraId="0876C64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1B4A1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F721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C3E24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CD91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51845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4F44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0545C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5320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06A8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9FA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A9A95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D193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1147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F2408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A2CB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95</w:t>
            </w:r>
          </w:p>
        </w:tc>
      </w:tr>
      <w:tr w:rsidR="00A0774E" w14:paraId="06B4C95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A1509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SW1065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9D46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9B568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53CC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DBA7D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C218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379D3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9676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52EF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C0FE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DF733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5409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F006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453DF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67A8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</w:t>
            </w:r>
          </w:p>
        </w:tc>
      </w:tr>
      <w:tr w:rsidR="00A0774E" w14:paraId="1BF8CF1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9DF35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8D22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6E96E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A0C8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289A2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ADCF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F6018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A67C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108F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7099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C7477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0DB5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098E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BB2DB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D5DF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</w:t>
            </w:r>
          </w:p>
        </w:tc>
      </w:tr>
      <w:tr w:rsidR="00A0774E" w14:paraId="2381BC9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2E691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8343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B2428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AF23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FE31A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C422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73DBA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BDAF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F2EC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54DC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A4706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7A3A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1980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6ADF2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0038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</w:t>
            </w:r>
          </w:p>
        </w:tc>
      </w:tr>
      <w:tr w:rsidR="00A0774E" w14:paraId="3938D38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2BA9A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18E6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3F68C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A285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F0698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0DA5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922B1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8AD4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FFD0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E294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57D0E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F52D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D0A8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DDE13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16C2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</w:tr>
      <w:tr w:rsidR="00A0774E" w14:paraId="6A22DC2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16BA5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F7FB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6F411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21AE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21210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FD77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E4987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BAC4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0511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7FE7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DE353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AB3E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7DA9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E7182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974A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</w:t>
            </w:r>
          </w:p>
        </w:tc>
      </w:tr>
      <w:tr w:rsidR="00A0774E" w14:paraId="1228CE7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64FE3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795E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25320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FE26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07321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1892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BB76B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C6A4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99D2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3018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291B8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11DD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7A31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BB3C3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01EE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</w:t>
            </w:r>
          </w:p>
        </w:tc>
      </w:tr>
      <w:tr w:rsidR="00A0774E" w14:paraId="5153071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859D1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E98B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A118E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4576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CE3DD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2743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5A989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9C7A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08C9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3742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0FFA1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F9CC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16C3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59D3F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2584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</w:tr>
      <w:tr w:rsidR="00A0774E" w14:paraId="14A544B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442FD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EC08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1C3A1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ED1B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53884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A05A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CBDF2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3BCA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C274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0DFC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95D8C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A99E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2565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AA711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C055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</w:tr>
      <w:tr w:rsidR="00A0774E" w14:paraId="592709C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4913C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881B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8FDFB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852F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74073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46BB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9F7E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D78F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B252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038B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19FC9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FB51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8464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07888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0C83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66</w:t>
            </w:r>
          </w:p>
        </w:tc>
      </w:tr>
      <w:tr w:rsidR="00A0774E" w14:paraId="457524F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AF34D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8C02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39E7B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7BB8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645F0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9E6C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C7A02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575F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F54E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C38E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4357E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9039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032A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91985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8E12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</w:t>
            </w:r>
          </w:p>
        </w:tc>
      </w:tr>
      <w:tr w:rsidR="00A0774E" w14:paraId="6D2C47C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17B1F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12CD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62D55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9F07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E804B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08CD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BF664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C2E0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399E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1486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791C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3D87A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8A32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AD92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CEAB0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8534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</w:t>
            </w:r>
          </w:p>
        </w:tc>
      </w:tr>
      <w:tr w:rsidR="00A0774E" w14:paraId="4E3D387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CB371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0D99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D0CC5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3B30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C5EF0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6FA5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25590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D479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58DE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4BEF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1D64B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AD88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570C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82656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786E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</w:tr>
      <w:tr w:rsidR="00A0774E" w14:paraId="3CF919F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AB944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6455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2AB38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3578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55791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1354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8A6C6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6C85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3D00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5019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EB90D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2024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1F7C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071BC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C0AE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</w:t>
            </w:r>
          </w:p>
        </w:tc>
      </w:tr>
    </w:tbl>
    <w:p w14:paraId="3B6584F3" w14:textId="77777777" w:rsidR="00A0774E" w:rsidRDefault="00AB080A">
      <w:r>
        <w:br w:type="page"/>
      </w:r>
    </w:p>
    <w:p w14:paraId="40AA39EA" w14:textId="77777777" w:rsidR="00A0774E" w:rsidRDefault="00AB080A">
      <w:pPr>
        <w:pStyle w:val="Heading1"/>
      </w:pPr>
      <w:r>
        <w:lastRenderedPageBreak/>
        <w:t>Table B10 – Continued</w:t>
      </w:r>
    </w:p>
    <w:p w14:paraId="5D7CA577" w14:textId="77777777" w:rsidR="00A0774E" w:rsidRDefault="00AB080A">
      <w:pPr>
        <w:pStyle w:val="Heading2"/>
      </w:pPr>
      <w:r>
        <w:t>Report appendix page 41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B10 – Continued"/>
        <w:tblDescription w:val="Data table extracted from the 2025-26 Livestock Farm Monitor Project annual report appendix."/>
      </w:tblPr>
      <w:tblGrid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</w:tblGrid>
      <w:tr w:rsidR="00A0774E" w14:paraId="49934633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E4AFCF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Prime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39490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 Gross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B4620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22368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Margin –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92E6E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South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B0400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West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94EA7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F2B6B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59214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5EE94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290B8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AB609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A4EC3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082EF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FE79CA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4E57CA0E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F8EA45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40277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35F3B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D483C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CF8B1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187EA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BF791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95A94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8B993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81314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Prime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4BBB3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5A320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Prime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3F0D5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Prime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EF9CA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5A32B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Prime</w:t>
            </w:r>
          </w:p>
        </w:tc>
      </w:tr>
      <w:tr w:rsidR="00A0774E" w14:paraId="2C391734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EF4A70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076BE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C24B4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CE2FD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0E378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75098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FACD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BA765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5B4D8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Prime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BB523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4F18E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7BEE1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692EA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2FE87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F67D7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</w:t>
            </w:r>
          </w:p>
        </w:tc>
      </w:tr>
      <w:tr w:rsidR="00A0774E" w14:paraId="26ED6FD4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3BE3DC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A12AB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F0866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sales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5FC6D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5B5E1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35CFE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Inventory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76B80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7F956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Wool sales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94541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6B840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variable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B4A97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D5A7B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variable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90433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Gross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6F7B1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D2AAC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Gross</w:t>
            </w:r>
          </w:p>
        </w:tc>
      </w:tr>
      <w:tr w:rsidR="00A0774E" w14:paraId="5711CC36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E7D6F4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 No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2E3EA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26A22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2773F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purchases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9843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72448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change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BC6ED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F5595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70542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58A92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5DAF8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23CBF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55DC7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Margin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F6969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FD14C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Margin</w:t>
            </w:r>
          </w:p>
        </w:tc>
      </w:tr>
      <w:tr w:rsidR="00A0774E" w14:paraId="5A2FFA0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D411E0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BEAB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C7E6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DA62D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0F00F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A5C1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08B1C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993D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D7E9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1595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25BA5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6B08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2A6A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48A71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3EA4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</w:tr>
      <w:tr w:rsidR="00A0774E" w14:paraId="554822F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96A82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BE4F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1091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EDEF1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FB14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574B0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E670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83903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3F88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62D6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D0CE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8F19F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E49A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019B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A9ECC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ED5E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</w:t>
            </w:r>
          </w:p>
        </w:tc>
      </w:tr>
      <w:tr w:rsidR="00A0774E" w14:paraId="254AB64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7239E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23C9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FDCB1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6617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A97F5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86B9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7E5A4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5ABB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C4BB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48C9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69DCC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487A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8FFB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A9B14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0238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</w:t>
            </w:r>
          </w:p>
        </w:tc>
      </w:tr>
      <w:tr w:rsidR="00A0774E" w14:paraId="165CD10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3F30B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3C80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0A171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24C4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90086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9F0E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FBBEA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CE06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D963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1508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D6B8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6BC28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1230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CEE9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D9A06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EAFF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</w:t>
            </w:r>
          </w:p>
        </w:tc>
      </w:tr>
      <w:tr w:rsidR="00A0774E" w14:paraId="11032CD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CAC8D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8894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AD91B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BCA2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AA547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77F8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9695A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F859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84B2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BF13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6BB09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61FC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30DD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BF82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003B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</w:t>
            </w:r>
          </w:p>
        </w:tc>
      </w:tr>
      <w:tr w:rsidR="00A0774E" w14:paraId="3E0A6CE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DC409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A6F7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64C7F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585A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90C4B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D742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2A6D4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AFA0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A488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26C5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68C14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CA73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B638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99382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0B49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</w:t>
            </w:r>
          </w:p>
        </w:tc>
      </w:tr>
      <w:tr w:rsidR="00A0774E" w14:paraId="12DF42A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006D8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7784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1C56A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34C0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C5D55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95F4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C8E57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17DD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9468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87E0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CD64A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9B32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DE35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A5849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DC8B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</w:t>
            </w:r>
          </w:p>
        </w:tc>
      </w:tr>
      <w:tr w:rsidR="00A0774E" w14:paraId="2814B44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0DB6A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SW2001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24C2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5759B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1983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E4B31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B752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DCF86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31D2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6329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2E40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5D8F6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53C6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EA53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8F814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600E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</w:tr>
      <w:tr w:rsidR="00A0774E" w14:paraId="6A519C7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549FC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SW2002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8227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26B92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9AD1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6AF45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2CE9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F389B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F69D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F2D8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2175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751B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A159B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FC2B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1CF1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1403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6EDFE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901A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</w:t>
            </w:r>
          </w:p>
        </w:tc>
      </w:tr>
      <w:tr w:rsidR="00A0774E" w14:paraId="5EA26B6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EC39C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724C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F2B0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6BF8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395E9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ED72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43486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3E4A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AAAC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A8D9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A85C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F12A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EB3F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E8A06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5F50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</w:t>
            </w:r>
          </w:p>
        </w:tc>
      </w:tr>
    </w:tbl>
    <w:p w14:paraId="17FFD02D" w14:textId="77777777" w:rsidR="00A0774E" w:rsidRDefault="00AB080A">
      <w:r>
        <w:br w:type="page"/>
      </w:r>
    </w:p>
    <w:p w14:paraId="4BE1FBD4" w14:textId="77777777" w:rsidR="00A0774E" w:rsidRDefault="00AB080A">
      <w:pPr>
        <w:pStyle w:val="Heading1"/>
      </w:pPr>
      <w:r>
        <w:lastRenderedPageBreak/>
        <w:t>Table B11</w:t>
      </w:r>
    </w:p>
    <w:p w14:paraId="3786D7AC" w14:textId="77777777" w:rsidR="00A0774E" w:rsidRDefault="00AB080A">
      <w:pPr>
        <w:pStyle w:val="Heading2"/>
      </w:pPr>
      <w:r>
        <w:t>Report appendix page 42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B11"/>
        <w:tblDescription w:val="Data table extracted from the 2025-26 Livestock Farm Monitor Project annual report appendix."/>
      </w:tblPr>
      <w:tblGrid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</w:tblGrid>
      <w:tr w:rsidR="00A0774E" w14:paraId="76D478D1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0CAB4A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Prime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140C8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 variable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30637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63B0D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summary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83997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A466D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South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0B224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West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2F9AA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4D830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A8E63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94555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9B05E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3F6A0F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34A95EFB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2BF30B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17D66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89B68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Scanning/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2BB22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5E77F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2CBA2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EE8DA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Contract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BD734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FC06F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A416F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119E0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Purchased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E94BE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Home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11244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grown</w:t>
            </w:r>
          </w:p>
        </w:tc>
      </w:tr>
      <w:tr w:rsidR="00A0774E" w14:paraId="14F919F8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AD9CF2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6AE0F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preg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45DAB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testing,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E3AC8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5E133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1478A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657DA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shearing and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933BF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70AF6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Livestock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05C42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420B5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supplementary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BAE5C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0DA17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supplementary</w:t>
            </w:r>
          </w:p>
        </w:tc>
      </w:tr>
      <w:tr w:rsidR="00A0774E" w14:paraId="000658C2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66059A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 No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F1BBD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AI &amp;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C0DBB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ET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BA9C0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Animal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00A57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Health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D98A4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9B500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crutching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596B1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Selling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6E2FB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28671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feed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07329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2BEFB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feed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992AA9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3A726E36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87C945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4117C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3A589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65C06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937A4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C5B7A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224ED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366BA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CD140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861E1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3D588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7B379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11A84D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1121E6B8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FAD81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SW43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40FFA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9DDD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39EF5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9EE1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40947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8DD3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E4CBC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6A08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D3138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9FC2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F0FBD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FB84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074C2AA5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9CD03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SW87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EC069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C50B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4E360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7C5E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3C5D1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CB1B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F4BF5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5E1D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8FC29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282E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7E8B1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ABE3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</w:tr>
      <w:tr w:rsidR="00A0774E" w14:paraId="169FEB88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0CA7C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SW88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8D3AB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1316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14C0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0DC2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E8469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E989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5DB00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36CF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BD0B6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6C58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7C887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8BAE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</w:tr>
      <w:tr w:rsidR="00A0774E" w14:paraId="612EAAF2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1B81A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SW512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4A5EF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2A7F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5EB45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38A4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FC4C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FD15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37B6C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6C80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85118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FD51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32AB6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E603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</w:tr>
      <w:tr w:rsidR="00A0774E" w14:paraId="102129F4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60DD3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SW623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13052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BAA8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D0BB7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B507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F5F3D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992C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5A1FE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87AF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666FA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D5C1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7FF7D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534F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A0774E" w14:paraId="0D00BDC7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531DC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SW628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AB291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5485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A32A9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A4E9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A076C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F97E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801FA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4C3C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ADDF7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61E2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3614C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C7ED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A0774E" w14:paraId="22E8797B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7D32B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SW659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10666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34A2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57881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0BC0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F717A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5249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C8DE6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08B9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CB251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59AB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1D10E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1D3E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A0774E" w14:paraId="1B057A7B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8931A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43E3C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866E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449F2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9B86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94C6A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9605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63C3B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581A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FC69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6364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0FF67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7044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6BF6D470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3877A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54347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6E76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D541E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4F2D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91FA9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466F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3C179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61C8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67355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756E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12359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9F5E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743B55A1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40C02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186E9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564E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0B635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EF06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CDCD8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53CA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8D865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66B3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F2F3C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7FBE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C6B58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2F5E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</w:tr>
      <w:tr w:rsidR="00A0774E" w14:paraId="224B5772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50F76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SW809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30E6D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14A2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AD743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5005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FB363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5B53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A2948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2812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4B1EE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EC50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D4DE1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585F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</w:tr>
      <w:tr w:rsidR="00A0774E" w14:paraId="2367E57D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667C8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SW1006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C4A8F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9264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3661C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5160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E5DB4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1AFC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4EF6D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5F4A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B2436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D112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BAB0D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1ED1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</w:tr>
      <w:tr w:rsidR="00A0774E" w14:paraId="044C9692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DBB0F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SW1018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20FBA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62FC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71215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18DC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BDAEB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E488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6231D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1FC7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24EB0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5894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33A46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364D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</w:tr>
      <w:tr w:rsidR="00A0774E" w14:paraId="0B99F930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390F5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0F690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3E2B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088FB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7F12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02900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5C2B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F5B2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CD41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64E76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0DF0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CB4ED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9B8D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6E605974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F9524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D604D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85B6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C0D89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40ED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D2ABF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1B1A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D205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174B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B7B68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E140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6B3C8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FE00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</w:tr>
      <w:tr w:rsidR="00A0774E" w14:paraId="4EB18D48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54B26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4CC54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380C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33585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D06B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BA72B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D07B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2B2C3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4BF6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34A3E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812D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C83EC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1E83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</w:tr>
      <w:tr w:rsidR="00A0774E" w14:paraId="1339AD6B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85DAE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2B77E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A4BF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45FEE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50C5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B77FB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AAC8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E72C7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A23E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4E445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9F6E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5F229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BF62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3A60AEEE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BE8D2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3AF71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266E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70883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2758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6D179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2F1D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7C441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4CF1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D7095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8D21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54748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0643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68A4ECD7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23A63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AC904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28D1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FF10C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32EB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87EF5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F6A0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73316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3B34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695EC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64ED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0A5DD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BE1E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A0774E" w14:paraId="543C048A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1ED3D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B2A45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5897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AF115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3945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2BDB8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917A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276D7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9F1A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D765A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63CD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C212F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5E06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71C4DF3A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87118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B92BE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D558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BFE9D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7B7E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A75BA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73FF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2DA39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E92A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FD158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3063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6B64D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096D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649D47CD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B4AAE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0D636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ABD1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871B6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331D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F145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FA35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E6A21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E459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4CDF0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14D0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9870D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2D0E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</w:t>
            </w:r>
          </w:p>
        </w:tc>
      </w:tr>
      <w:tr w:rsidR="00A0774E" w14:paraId="6CAA5948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D87D4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4C008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BC80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87604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8423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5C9F4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56F3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B83E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3DC9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5DCCE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8A86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4542D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2118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4D6A56D5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30098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EB63B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5DB9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B28D8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ECDC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C7533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CF0B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00421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F36B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80569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85A8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A30B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0D11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2BBAE9B5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92013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SW1046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44B08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3440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A6963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DDC0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2D016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9A94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417C1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41CE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8F760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B0CB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7CEF1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ECC7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02CDAB23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A4887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15050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6F44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A2A8C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30C2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B34E5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D097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51D38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2DF3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E964A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C70E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81F29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44A0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</w:tr>
      <w:tr w:rsidR="00A0774E" w14:paraId="34D86FBB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2B1B6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C644E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4D91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D2ED6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EB75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00950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62A1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C9A30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8010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08806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323D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6ECBD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8EDD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66174B98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432C6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0B529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6C6F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06281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3D53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C7777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3EE7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504A1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3736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2A77D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4568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C5C83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9ED3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431DE250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BBEA8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21DF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7574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FD304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320B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F3FDC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5C2F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90C0D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401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FC76A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5FFA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2244D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B746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2A298C6C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7FDDA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66E0D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CBEF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ACC3D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E32E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84215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FFA7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CC893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B9FD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39E3E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E9E0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5E188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E0F5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</w:tr>
      <w:tr w:rsidR="00A0774E" w14:paraId="310861B0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FCC80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SW1062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918DC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F7F2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13FE6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126C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E8FDC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5CEB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BE962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93D6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A14EA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530F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79CEC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FF2A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</w:tr>
      <w:tr w:rsidR="00A0774E" w14:paraId="297E29BA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98701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SW1064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11AD7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38E9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70237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0C78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70CC8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6483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26369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087B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7965B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3EB5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CBA1A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0589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</w:tr>
      <w:tr w:rsidR="00A0774E" w14:paraId="754EC32B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13938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SW1065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103D9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16F0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13EAB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1F13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2F190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E136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F0109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B933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ECC8F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E5BA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42616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9FBE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</w:tr>
      <w:tr w:rsidR="00A0774E" w14:paraId="7820FBCD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A2432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F6223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8BF1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C51A3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8B08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C34ED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B3CC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A6B94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1DB9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6210A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26D1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3A6A5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0EAD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</w:tr>
      <w:tr w:rsidR="00A0774E" w14:paraId="2C56C309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68DE5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2559D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F438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19946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5F85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867F9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D9EA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0BA28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6695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7C205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F0AA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DC13B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ECED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</w:tr>
      <w:tr w:rsidR="00A0774E" w14:paraId="43FE3315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8503B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ED50D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4300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69ACE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1B51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0989C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F661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108B7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C24A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B442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7816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10743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4855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</w:tr>
      <w:tr w:rsidR="00A0774E" w14:paraId="64293362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FA960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5B605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8CC2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08C63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A83B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F7588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0C1A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59949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A78E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1C204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1058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19825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AAAF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</w:tr>
      <w:tr w:rsidR="00A0774E" w14:paraId="71506767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A513B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F30B0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FB15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7F9EB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F936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A0A97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937A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BF1E5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FCD2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2302A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29E8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CF582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7602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</w:tr>
      <w:tr w:rsidR="00A0774E" w14:paraId="03212A48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9BD71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97BD8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4E25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0EFF2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6039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7DD59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784A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CF6E1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BE39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C0F1F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0F8B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719B6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6441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A0774E" w14:paraId="62CB3449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5FBE5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169DB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ADAB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A9AE9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9C9F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9112D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8BE2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85AFE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B9B2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F2FF2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32E4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76618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87E7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A0774E" w14:paraId="36BA4CA0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A1BE8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17B52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8DB7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C52F3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B063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E663F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95F0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3BC65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34F0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FF9E4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683B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CEB72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5624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7859C665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1A73A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D3021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0315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5ABD5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1F51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83CF1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AC6E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28AEE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CA92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70CB9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3EB5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C6977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AD9C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7AAF6D58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1D001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9A0FE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611A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30B48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8B1A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79115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9AF5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D924D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6833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7CB62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63A9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57CB8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28DC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</w:tr>
      <w:tr w:rsidR="00A0774E" w14:paraId="38DC3630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02CA9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230C5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9D98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E0511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93E7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24F4E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D47F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2E86E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F988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FE643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5771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AA9F2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A7AE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</w:tr>
      <w:tr w:rsidR="00A0774E" w14:paraId="24A29F96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17A30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D7453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868B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ACE11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488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0D89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C21A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9002E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CBA3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5C45F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F4D5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A2B48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F56E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</w:tr>
      <w:tr w:rsidR="00A0774E" w14:paraId="6BE3F671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D109B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6DC11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9557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4B135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3270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2369B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9BC3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A5625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BBC9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34D2B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8524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D44BC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6C40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</w:tbl>
    <w:p w14:paraId="23723487" w14:textId="77777777" w:rsidR="00A0774E" w:rsidRDefault="00AB080A">
      <w:r>
        <w:br w:type="page"/>
      </w:r>
    </w:p>
    <w:p w14:paraId="6F55F309" w14:textId="77777777" w:rsidR="00A0774E" w:rsidRDefault="00AB080A">
      <w:pPr>
        <w:pStyle w:val="Heading1"/>
      </w:pPr>
      <w:r>
        <w:lastRenderedPageBreak/>
        <w:t>Table B11 – Continued</w:t>
      </w:r>
    </w:p>
    <w:p w14:paraId="4F5991DC" w14:textId="77777777" w:rsidR="00A0774E" w:rsidRDefault="00AB080A">
      <w:pPr>
        <w:pStyle w:val="Heading2"/>
      </w:pPr>
      <w:r>
        <w:t>Report appendix page 43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B11 – Continued"/>
        <w:tblDescription w:val="Data table extracted from the 2025-26 Livestock Farm Monitor Project annual report appendix."/>
      </w:tblPr>
      <w:tblGrid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</w:tblGrid>
      <w:tr w:rsidR="00A0774E" w14:paraId="03D3BD4F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3D8CD9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Prime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51383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 variable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E5CE6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2CF38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summary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876A4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04A5F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South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5EF65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West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1CBDF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AFC70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742B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ACBEF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27262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F096BE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05386F25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1241B5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6FBDE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D6330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Scanning/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6F2AE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CD46E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257F8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9B458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Contract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C7F95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B4F3D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FA6CC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2BA53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Purchased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6E458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Home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6D894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grown</w:t>
            </w:r>
          </w:p>
        </w:tc>
      </w:tr>
      <w:tr w:rsidR="00A0774E" w14:paraId="7909442B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0C85B4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72369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preg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A63F6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testing,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DA99B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472E9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D3F49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59DC4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shearing and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6470D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49481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Livestock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6044D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3EEBA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supplementary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E3ABA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3C154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supplementary</w:t>
            </w:r>
          </w:p>
        </w:tc>
      </w:tr>
      <w:tr w:rsidR="00A0774E" w14:paraId="4410C2DF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891DBB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 No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467AE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AI &amp;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E5E66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ET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C3F7D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Animal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07124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Health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55D3B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A8C33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crutching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56E33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Selling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585A1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85611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feed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EAEB3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4DEBA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feed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573820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426270D6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10B509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FDF3C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7F285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3C3B4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BB9F5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DC801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2A774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2F9E5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DB240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0152D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D3F48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587A2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539406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3D5FFDA9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8FA69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F701C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0C83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28BB5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A708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014D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069C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BF659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A88F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9D6A9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0F15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AFDFE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2E0A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</w:tr>
      <w:tr w:rsidR="00A0774E" w14:paraId="17539D00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930AF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19A0D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3D42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288C6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A048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FED07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90AD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51E92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6B47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957AE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990B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48988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0F76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</w:tr>
      <w:tr w:rsidR="00A0774E" w14:paraId="5EAE303C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BAD67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C2D91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1022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13D03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279B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7B0AB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55DD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10F0A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EC79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F0A22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88F1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B144A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A291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</w:tr>
      <w:tr w:rsidR="00A0774E" w14:paraId="6AC4608E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7D5D2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6B04C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A2D9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7DE3F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9FD2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64DCE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7C4D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B187E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B7D1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E4969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72EE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38ADE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73C7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</w:tr>
      <w:tr w:rsidR="00A0774E" w14:paraId="59B10B6D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B90F3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896C8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1620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DE7A1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FE2F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7214D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96BB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A8A71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1EFF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3D1CA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8036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C0BA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ACFE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</w:tr>
      <w:tr w:rsidR="00A0774E" w14:paraId="5B3E9F82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10439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SW2001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FCEBE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F257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25FCF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6686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36E66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311C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2652A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3E55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73F57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9C93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DFC4F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9424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</w:tr>
      <w:tr w:rsidR="00A0774E" w14:paraId="3AFDD184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7A215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SW2002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5E85D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4049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56D51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391D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27212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2F45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7928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0A8E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F837E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8669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8CE42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1970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A0774E" w14:paraId="37AEC6DA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5B87D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767F7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0411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1D7AB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F952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CFECC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BBDB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DE8AF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86FF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FCFC5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68BD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348D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2501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</w:tr>
    </w:tbl>
    <w:p w14:paraId="470F6CAA" w14:textId="77777777" w:rsidR="00A0774E" w:rsidRDefault="00AB080A">
      <w:r>
        <w:br w:type="page"/>
      </w:r>
    </w:p>
    <w:p w14:paraId="35C89CEF" w14:textId="77777777" w:rsidR="00A0774E" w:rsidRDefault="00AB080A">
      <w:pPr>
        <w:pStyle w:val="Heading1"/>
      </w:pPr>
      <w:r>
        <w:lastRenderedPageBreak/>
        <w:t>Table B12</w:t>
      </w:r>
    </w:p>
    <w:p w14:paraId="6C395B3B" w14:textId="77777777" w:rsidR="00A0774E" w:rsidRDefault="00AB080A">
      <w:pPr>
        <w:pStyle w:val="Heading2"/>
      </w:pPr>
      <w:r>
        <w:t>Report appendix page 44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B12"/>
        <w:tblDescription w:val="Data table extracted from the 2025-26 Livestock Farm Monitor Project annual report appendix."/>
      </w:tblPr>
      <w:tblGrid>
        <w:gridCol w:w="1283"/>
        <w:gridCol w:w="1283"/>
        <w:gridCol w:w="1283"/>
        <w:gridCol w:w="1283"/>
        <w:gridCol w:w="1283"/>
        <w:gridCol w:w="1283"/>
        <w:gridCol w:w="1283"/>
        <w:gridCol w:w="1283"/>
        <w:gridCol w:w="1283"/>
        <w:gridCol w:w="1283"/>
        <w:gridCol w:w="1283"/>
        <w:gridCol w:w="1283"/>
      </w:tblGrid>
      <w:tr w:rsidR="00A0774E" w14:paraId="3AE86230" w14:textId="77777777">
        <w:trPr>
          <w:tblHeader/>
          <w:jc w:val="center"/>
        </w:trPr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6DE18A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Wool</w:t>
            </w: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7255C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Sheep</w:t>
            </w: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50B93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Production</w:t>
            </w: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DF10C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Information</w:t>
            </w: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92B3E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 South</w:t>
            </w: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0D4F9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West</w:t>
            </w: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B2E1D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8FDA3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B33E4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6922E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6BD99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877D8C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0BF79608" w14:textId="77777777">
        <w:trPr>
          <w:tblHeader/>
          <w:jc w:val="center"/>
        </w:trPr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0BAEDF" w14:textId="77777777" w:rsidR="00A0774E" w:rsidRDefault="00A0774E">
            <w:pPr>
              <w:spacing w:after="0" w:line="240" w:lineRule="auto"/>
            </w:pP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4055E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2CAEA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34159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2CA65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F6D7D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Ewes</w:t>
            </w: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C3F4D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Ewes</w:t>
            </w: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95389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A9F51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2D531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D8A4F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3E7ABE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5DC6EF05" w14:textId="77777777">
        <w:trPr>
          <w:tblHeader/>
          <w:jc w:val="center"/>
        </w:trPr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435D91" w14:textId="77777777" w:rsidR="00A0774E" w:rsidRDefault="00A0774E">
            <w:pPr>
              <w:spacing w:after="0" w:line="240" w:lineRule="auto"/>
            </w:pP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69410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F113C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903F1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D0222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BA133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(+2 years)</w:t>
            </w: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8127D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(1-2 years)</w:t>
            </w: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E20F5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72505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81297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20B0D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2D168C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23183D89" w14:textId="77777777">
        <w:trPr>
          <w:tblHeader/>
          <w:jc w:val="center"/>
        </w:trPr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CC7DE4" w14:textId="77777777" w:rsidR="00A0774E" w:rsidRDefault="00A0774E">
            <w:pPr>
              <w:spacing w:after="0" w:line="240" w:lineRule="auto"/>
            </w:pP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065CF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2907A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16A98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721AB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78091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annual</w:t>
            </w: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01A80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annual</w:t>
            </w: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98B56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739FC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C5AF6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E78E1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41E5C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Clean</w:t>
            </w:r>
          </w:p>
        </w:tc>
      </w:tr>
      <w:tr w:rsidR="00A0774E" w14:paraId="6B2F9B9C" w14:textId="77777777">
        <w:trPr>
          <w:tblHeader/>
          <w:jc w:val="center"/>
        </w:trPr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FD867C" w14:textId="77777777" w:rsidR="00A0774E" w:rsidRDefault="00A0774E">
            <w:pPr>
              <w:spacing w:after="0" w:line="240" w:lineRule="auto"/>
            </w:pP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1D3B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7ECD7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9C755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4F60A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Major</w:t>
            </w: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3BC7C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average</w:t>
            </w: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6BE05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average</w:t>
            </w: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8ACC5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CDF1C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C261A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Clean</w:t>
            </w: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27FF4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7943E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wool</w:t>
            </w:r>
          </w:p>
        </w:tc>
      </w:tr>
      <w:tr w:rsidR="00A0774E" w14:paraId="750E1DBB" w14:textId="77777777">
        <w:trPr>
          <w:jc w:val="center"/>
        </w:trPr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7198A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Farm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F9DE3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CEA9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Stocking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49F6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Supp feed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6F88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lambing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D019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marking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78C8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marking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A5F4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Stock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AA11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Clean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7719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wool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17A3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Average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F1A9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price</w:t>
            </w:r>
          </w:p>
        </w:tc>
      </w:tr>
      <w:tr w:rsidR="00A0774E" w14:paraId="29F4221C" w14:textId="77777777">
        <w:trPr>
          <w:jc w:val="center"/>
        </w:trPr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9793C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No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0D3B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Ewe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AE4B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breed rate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9135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 the diet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C7B8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period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F837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rate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883F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rate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EE39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sales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220F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wool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C1BC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cutcut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5F6B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micron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A8B9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received</w:t>
            </w:r>
          </w:p>
        </w:tc>
      </w:tr>
      <w:tr w:rsidR="00A0774E" w14:paraId="5BF16EF1" w14:textId="77777777">
        <w:trPr>
          <w:jc w:val="center"/>
        </w:trPr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CD681D" w14:textId="77777777" w:rsidR="00A0774E" w:rsidRDefault="00A0774E">
            <w:pPr>
              <w:spacing w:after="0" w:line="240" w:lineRule="auto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1FCF2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5A712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B457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 of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875A7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A6EB2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9872D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7B628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7E96A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6649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1CB76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B43F68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07EBE1EE" w14:textId="77777777">
        <w:trPr>
          <w:jc w:val="center"/>
        </w:trPr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39FE8C" w14:textId="77777777" w:rsidR="00A0774E" w:rsidRDefault="00A0774E">
            <w:pPr>
              <w:spacing w:after="0" w:line="240" w:lineRule="auto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E7296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2B7D5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74BC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total ME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8300D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C4042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E05A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F832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kg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A300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kg/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4767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509D2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A99CA9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16950C68" w14:textId="77777777">
        <w:trPr>
          <w:jc w:val="center"/>
        </w:trPr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471577" w14:textId="77777777" w:rsidR="00A0774E" w:rsidRDefault="00A0774E">
            <w:pPr>
              <w:spacing w:after="0" w:line="240" w:lineRule="auto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0F644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87B1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DSE/yr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AC43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consumed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A0DC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season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3B61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0DB5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0366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LWT/ha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846E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head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875A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kg/ha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97AB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μ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A5A4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$/kg</w:t>
            </w:r>
          </w:p>
        </w:tc>
      </w:tr>
      <w:tr w:rsidR="00A0774E" w14:paraId="326E6766" w14:textId="77777777">
        <w:trPr>
          <w:jc w:val="center"/>
        </w:trPr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09A38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SW14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D389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5384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12,460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06B1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C4D7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9EB8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175F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B7D3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197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397D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2.4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9983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659F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17.3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A73A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19.3</w:t>
            </w:r>
          </w:p>
        </w:tc>
      </w:tr>
      <w:tr w:rsidR="00A0774E" w14:paraId="1397DF88" w14:textId="77777777">
        <w:trPr>
          <w:jc w:val="center"/>
        </w:trPr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81723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SW39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08AB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AB65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19,460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4F4E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79DA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C00D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66%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D3FA9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423B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150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F3FE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3.1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65DA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6B91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16.3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B98E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24.3</w:t>
            </w:r>
          </w:p>
        </w:tc>
      </w:tr>
      <w:tr w:rsidR="00A0774E" w14:paraId="6381BB4C" w14:textId="77777777">
        <w:trPr>
          <w:jc w:val="center"/>
        </w:trPr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67120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SW55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2BD4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91E3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15,852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DED3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591D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CAA6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6651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439A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163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97C5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2.4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81B8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8E80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17.1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EC3A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20.5</w:t>
            </w:r>
          </w:p>
        </w:tc>
      </w:tr>
      <w:tr w:rsidR="00A0774E" w14:paraId="6D62BBE7" w14:textId="77777777">
        <w:trPr>
          <w:jc w:val="center"/>
        </w:trPr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FB4DB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SW114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E150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C801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6,354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F322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8DDD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7F96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B8424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D47F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3E8B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2.5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7163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FC6D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18.0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F335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20.0</w:t>
            </w:r>
          </w:p>
        </w:tc>
      </w:tr>
      <w:tr w:rsidR="00A0774E" w14:paraId="00FC2C52" w14:textId="77777777">
        <w:trPr>
          <w:jc w:val="center"/>
        </w:trPr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CF77F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SW512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3B14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8D77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5,925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4125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537A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7DD2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076EF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39D8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223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3AF7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4.0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22F9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CC1F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17.1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F311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24.3</w:t>
            </w:r>
          </w:p>
        </w:tc>
      </w:tr>
      <w:tr w:rsidR="00A0774E" w14:paraId="4FF84E05" w14:textId="77777777">
        <w:trPr>
          <w:jc w:val="center"/>
        </w:trPr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3D032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SW659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AEE6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C61C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6,274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3861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F040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F7F6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C6D85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66BA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0EB1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3.0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CE6A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E086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16.5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81D5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18.4</w:t>
            </w:r>
          </w:p>
        </w:tc>
      </w:tr>
      <w:tr w:rsidR="00A0774E" w14:paraId="70A66792" w14:textId="77777777">
        <w:trPr>
          <w:jc w:val="center"/>
        </w:trPr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D5FD3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SW759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601A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DD9D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12,298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02DE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21D4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E781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71%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63CB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86F1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149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E2B6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2.3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7FAB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ECFC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15.3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AD2D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24.9</w:t>
            </w:r>
          </w:p>
        </w:tc>
      </w:tr>
      <w:tr w:rsidR="00A0774E" w14:paraId="4F88D422" w14:textId="77777777">
        <w:trPr>
          <w:jc w:val="center"/>
        </w:trPr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E0450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SW1028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C5C4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1759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16,208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E17F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DB0C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6BD2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810E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1457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198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7CF1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2.5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4EE7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0CAD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16.7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69AF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22.2</w:t>
            </w:r>
          </w:p>
        </w:tc>
      </w:tr>
      <w:tr w:rsidR="00A0774E" w14:paraId="6E86DC27" w14:textId="77777777">
        <w:trPr>
          <w:jc w:val="center"/>
        </w:trPr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3F05C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SW1029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CD6C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CB0F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7,459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227C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1800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D638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54E3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9673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131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E633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2.4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541B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9F73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17.0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1660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27.6</w:t>
            </w:r>
          </w:p>
        </w:tc>
      </w:tr>
      <w:tr w:rsidR="00A0774E" w14:paraId="2B348236" w14:textId="77777777">
        <w:trPr>
          <w:jc w:val="center"/>
        </w:trPr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B8BD2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SW1034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3E4E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5D08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48,264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289F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8A66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7945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6499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6581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130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34AC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2.4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C0AB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6D0F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15.5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E8DB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24.6</w:t>
            </w:r>
          </w:p>
        </w:tc>
      </w:tr>
      <w:tr w:rsidR="00A0774E" w14:paraId="649BA598" w14:textId="77777777">
        <w:trPr>
          <w:jc w:val="center"/>
        </w:trPr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741C0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SW1035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63D3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C1D7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20,924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6BF3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5A8E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0E45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90B6D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C3B2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147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B0E6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2.4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8D7A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AF8D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16.9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D68A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24.7</w:t>
            </w:r>
          </w:p>
        </w:tc>
      </w:tr>
      <w:tr w:rsidR="00A0774E" w14:paraId="3A9CBAA2" w14:textId="77777777">
        <w:trPr>
          <w:jc w:val="center"/>
        </w:trPr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2CA4C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SW1037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BABA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9CB6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6,846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0B20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EDE8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F187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E8225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79A8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104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3EB1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3.4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253C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9C5B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17.9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7005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19.2</w:t>
            </w:r>
          </w:p>
        </w:tc>
      </w:tr>
      <w:tr w:rsidR="00A0774E" w14:paraId="508A4CA0" w14:textId="77777777">
        <w:trPr>
          <w:jc w:val="center"/>
        </w:trPr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B0B52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SW1038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22DD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A02D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754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F457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DCEB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34D2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7EB10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5A6E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1330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3FA2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3.3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5889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906B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17.5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784F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21.2</w:t>
            </w:r>
          </w:p>
        </w:tc>
      </w:tr>
      <w:tr w:rsidR="00A0774E" w14:paraId="2102C46E" w14:textId="77777777">
        <w:trPr>
          <w:jc w:val="center"/>
        </w:trPr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AA70C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SW1039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B5C6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9F5D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77,735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D6D5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CF59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A5E0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ADA8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31D7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104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2916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2.5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6220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7C05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16.8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DC85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23.7</w:t>
            </w:r>
          </w:p>
        </w:tc>
      </w:tr>
      <w:tr w:rsidR="00A0774E" w14:paraId="5891314D" w14:textId="77777777">
        <w:trPr>
          <w:jc w:val="center"/>
        </w:trPr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36689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SW1040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57E8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7CDA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18,234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CE61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8CF1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23B2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71%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8607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D29E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283D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2.6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BCAE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886D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17.7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DE27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22.0</w:t>
            </w:r>
          </w:p>
        </w:tc>
      </w:tr>
      <w:tr w:rsidR="00A0774E" w14:paraId="1FDB4CCA" w14:textId="77777777">
        <w:trPr>
          <w:jc w:val="center"/>
        </w:trPr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1D35E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SW1041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A9E4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AD90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3,871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96FD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860D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C4AB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E8D71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8F4D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113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9301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2.5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AD06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D2F0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18.5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6208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22.8</w:t>
            </w:r>
          </w:p>
        </w:tc>
      </w:tr>
      <w:tr w:rsidR="00A0774E" w14:paraId="5A2FE0B2" w14:textId="77777777">
        <w:trPr>
          <w:jc w:val="center"/>
        </w:trPr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1D9D1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SW1042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20BF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5A59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3,158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2B7A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FEC4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CF7E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2C32E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AA6C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0C03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0.9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ED40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D218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18.2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0941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17.9</w:t>
            </w:r>
          </w:p>
        </w:tc>
      </w:tr>
      <w:tr w:rsidR="00A0774E" w14:paraId="448EC647" w14:textId="77777777">
        <w:trPr>
          <w:jc w:val="center"/>
        </w:trPr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CBF5B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SW1043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9E3A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2EBD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15,599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16FD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FA96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7874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1F91B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2607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193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E860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2.7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C8EB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0251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17.5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FC7E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27.7</w:t>
            </w:r>
          </w:p>
        </w:tc>
      </w:tr>
      <w:tr w:rsidR="00A0774E" w14:paraId="3F007D4A" w14:textId="77777777">
        <w:trPr>
          <w:jc w:val="center"/>
        </w:trPr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59655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SW1046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9182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43EA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6,925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7E94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1CB0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BD9D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89%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5FFDF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9EAC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277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3B0E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2.8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A7D2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3844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17.9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AF59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20.9</w:t>
            </w:r>
          </w:p>
        </w:tc>
      </w:tr>
      <w:tr w:rsidR="00A0774E" w14:paraId="4B5FF17C" w14:textId="77777777">
        <w:trPr>
          <w:jc w:val="center"/>
        </w:trPr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D355D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SW1047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907D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2F8A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10,551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D236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726C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C490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EB0F5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B9A3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237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C805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2.6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9A06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EB31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18.0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D7F1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20.7</w:t>
            </w:r>
          </w:p>
        </w:tc>
      </w:tr>
      <w:tr w:rsidR="00A0774E" w14:paraId="0383D57A" w14:textId="77777777">
        <w:trPr>
          <w:jc w:val="center"/>
        </w:trPr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C0084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SW1053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094F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4729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41,326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FF30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F9D7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D2CD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228B4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4707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692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E758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2.1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4070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3307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19.0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C4D7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19.8</w:t>
            </w:r>
          </w:p>
        </w:tc>
      </w:tr>
      <w:tr w:rsidR="00A0774E" w14:paraId="3D4CE525" w14:textId="77777777">
        <w:trPr>
          <w:jc w:val="center"/>
        </w:trPr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A1679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SW1058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0FBD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D895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8,264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EA48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ED1E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AAFC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105%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9DD94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A607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131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6B1B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3.1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F945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F4F9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18.4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062F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12.3</w:t>
            </w:r>
          </w:p>
        </w:tc>
      </w:tr>
      <w:tr w:rsidR="00A0774E" w14:paraId="5BDEAA76" w14:textId="77777777">
        <w:trPr>
          <w:jc w:val="center"/>
        </w:trPr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FF8E1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SW1059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FBC7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319D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10,506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6D44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F944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BC78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75647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9B18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134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0F2F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2.8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A766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016C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18.0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9F50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20.5</w:t>
            </w:r>
          </w:p>
        </w:tc>
      </w:tr>
      <w:tr w:rsidR="00A0774E" w14:paraId="725916CD" w14:textId="77777777">
        <w:trPr>
          <w:jc w:val="center"/>
        </w:trPr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3E6AC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SW1065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931C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A8DF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23,306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872F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4631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E1E6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55A6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CF44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131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7DA9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3.1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E522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6A8C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18.2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A4B2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19.4</w:t>
            </w:r>
          </w:p>
        </w:tc>
      </w:tr>
      <w:tr w:rsidR="00A0774E" w14:paraId="003E56BB" w14:textId="77777777">
        <w:trPr>
          <w:jc w:val="center"/>
        </w:trPr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CCA6B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SW1070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2498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F058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5,151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890D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E03B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56F6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3FB4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FADB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329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B14B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2.6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BB69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D653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17.2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45D6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21.3</w:t>
            </w:r>
          </w:p>
        </w:tc>
      </w:tr>
      <w:tr w:rsidR="00A0774E" w14:paraId="48042CE2" w14:textId="77777777">
        <w:trPr>
          <w:jc w:val="center"/>
        </w:trPr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91F15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SW1071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E473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27E0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4,490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E17F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DC3A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BA69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5AF31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2C04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201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A56D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2.8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73FD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E2C8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15.2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2D9D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29.0</w:t>
            </w:r>
          </w:p>
        </w:tc>
      </w:tr>
      <w:tr w:rsidR="00A0774E" w14:paraId="0F060617" w14:textId="77777777">
        <w:trPr>
          <w:jc w:val="center"/>
        </w:trPr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3AB15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SW1072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B15A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F347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1,810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1B10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49BB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AF41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678F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EFFB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1345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8293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2.5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5A01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FE80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26.0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9722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14.7</w:t>
            </w:r>
          </w:p>
        </w:tc>
      </w:tr>
      <w:tr w:rsidR="00A0774E" w14:paraId="270550A6" w14:textId="77777777">
        <w:trPr>
          <w:jc w:val="center"/>
        </w:trPr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24649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SW1073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34C7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C647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17,378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BC33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20B9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6728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104%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91F94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1407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91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6B18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3.3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9BD7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A2CC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17.8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7ED0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18.3</w:t>
            </w:r>
          </w:p>
        </w:tc>
      </w:tr>
      <w:tr w:rsidR="00A0774E" w14:paraId="29D42C99" w14:textId="77777777">
        <w:trPr>
          <w:jc w:val="center"/>
        </w:trPr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F3C54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SW1074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E3E7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35B2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6,539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FBB9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FA8A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B328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105%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1A75D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2855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114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634F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2.3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FB63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138F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17.5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7D16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20.2</w:t>
            </w:r>
          </w:p>
        </w:tc>
      </w:tr>
      <w:tr w:rsidR="00A0774E" w14:paraId="67F59407" w14:textId="77777777">
        <w:trPr>
          <w:jc w:val="center"/>
        </w:trPr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BFC11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SW1077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5FBB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B8E6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15,572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5EB6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8939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6FF5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3402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5FE8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227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74CF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2.5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3B20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53C3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15.9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6DCA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21.1</w:t>
            </w:r>
          </w:p>
        </w:tc>
      </w:tr>
      <w:tr w:rsidR="00A0774E" w14:paraId="50EE3064" w14:textId="77777777">
        <w:trPr>
          <w:jc w:val="center"/>
        </w:trPr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3CBE0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SW1084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5261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6F0D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1,031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5934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4541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EA23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55F4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895F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19CB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2.5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90FB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FD4A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17.9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2560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20.2</w:t>
            </w:r>
          </w:p>
        </w:tc>
      </w:tr>
      <w:tr w:rsidR="00A0774E" w14:paraId="01F84A79" w14:textId="77777777">
        <w:trPr>
          <w:jc w:val="center"/>
        </w:trPr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C3420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SW1095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C998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E8A3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3,575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DAF7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4D9F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ED1E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C989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BE0D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168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0BCE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2.4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0131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D5C4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17.4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D240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22.9</w:t>
            </w:r>
          </w:p>
        </w:tc>
      </w:tr>
      <w:tr w:rsidR="00A0774E" w14:paraId="7652838E" w14:textId="77777777">
        <w:trPr>
          <w:jc w:val="center"/>
        </w:trPr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4DA84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SW1096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3E49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880F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7,166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B8B8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7BC5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49AD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A1C9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B224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126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234F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3.1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A925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0E14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17.3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3272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19.3</w:t>
            </w:r>
          </w:p>
        </w:tc>
      </w:tr>
      <w:tr w:rsidR="00A0774E" w14:paraId="67399193" w14:textId="77777777">
        <w:trPr>
          <w:jc w:val="center"/>
        </w:trPr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8DD7A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97A95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484F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13,978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2CA2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5A8B8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A8B9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F09B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53%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829E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236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FF0A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2.7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4C0C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75CC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17.6</w:t>
            </w:r>
          </w:p>
        </w:tc>
        <w:tc>
          <w:tcPr>
            <w:tcW w:w="128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1FC7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21.4</w:t>
            </w:r>
          </w:p>
        </w:tc>
      </w:tr>
    </w:tbl>
    <w:p w14:paraId="26928F71" w14:textId="77777777" w:rsidR="00A0774E" w:rsidRDefault="00AB080A">
      <w:r>
        <w:br w:type="page"/>
      </w:r>
    </w:p>
    <w:p w14:paraId="5F95B020" w14:textId="77777777" w:rsidR="00A0774E" w:rsidRDefault="00AB080A">
      <w:pPr>
        <w:pStyle w:val="Heading1"/>
      </w:pPr>
      <w:r>
        <w:lastRenderedPageBreak/>
        <w:t>Table B13</w:t>
      </w:r>
    </w:p>
    <w:p w14:paraId="0C929FCF" w14:textId="77777777" w:rsidR="00A0774E" w:rsidRDefault="00AB080A">
      <w:pPr>
        <w:pStyle w:val="Heading2"/>
      </w:pPr>
      <w:r>
        <w:t>Report appendix page 45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B13"/>
        <w:tblDescription w:val="Data table extracted from the 2025-26 Livestock Farm Monitor Project annual report appendix."/>
      </w:tblPr>
      <w:tblGrid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</w:tblGrid>
      <w:tr w:rsidR="00A0774E" w14:paraId="57F8EA98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09760D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Wool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02D73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Sheep Gross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075AF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3A2EA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Margin –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1C332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South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E3366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West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AA4EE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A2C79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CEEDF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8C63A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D8547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2E102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2FADB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28532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0B84F7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1A010063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4CB485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B609F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AA072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E2392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B6F43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C3CF8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FD36F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31D81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wool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3B3BE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Wool sheep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75CF1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Wool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961B0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sheep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973FB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754D5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Wool sheep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23E87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9A782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Wool sheep</w:t>
            </w:r>
          </w:p>
        </w:tc>
      </w:tr>
      <w:tr w:rsidR="00A0774E" w14:paraId="14D62D21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78859F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AAEC5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sales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38CB2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D7387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9E132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inventory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50DA6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Wool sales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D6FC6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sheep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9DDF9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97C4C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variable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65CC9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6731D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variable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F1108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12EC4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gross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FEF0F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E8AF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gross</w:t>
            </w:r>
          </w:p>
        </w:tc>
      </w:tr>
      <w:tr w:rsidR="00A0774E" w14:paraId="57E2B88B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8E0727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No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B55DE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E02EC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6F432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purchases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71596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change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80DEB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ED528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83A70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ACD61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9F3DC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11BEF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D771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256EC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margin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18A32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37487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margin</w:t>
            </w:r>
          </w:p>
        </w:tc>
      </w:tr>
      <w:tr w:rsidR="00A0774E" w14:paraId="1D646F21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CE8DC1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20F61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8E779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8E0F5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EFDE7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355A5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D855F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659BD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18AE7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EB0FE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CD317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EF45F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5C2D9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4D9BF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64858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</w:tr>
      <w:tr w:rsidR="00A0774E" w14:paraId="074E14E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0816F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65AA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41D6C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DA90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E470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AABE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4B7A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B033D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C2C6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58646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1169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17FD7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6363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E0578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8A36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</w:tr>
      <w:tr w:rsidR="00A0774E" w14:paraId="2B65810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83A0C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BADB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87E52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6F28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731D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3B29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B4A2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1,535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D9DA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B05E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1FD1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B6CC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D28EF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C2C3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D5497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7173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</w:t>
            </w:r>
          </w:p>
        </w:tc>
      </w:tr>
      <w:tr w:rsidR="00A0774E" w14:paraId="3BEA273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13A30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6190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E39E3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3904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74A4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-82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C787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A828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33297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CB0C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B3381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7AEC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DD004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6137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A1E06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2AD9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</w:tr>
      <w:tr w:rsidR="00A0774E" w14:paraId="23DE082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EFF72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EA2C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C0AC9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A9B1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1553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2A1D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AFE2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92588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5B9D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C4318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ACE6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1D445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D4A4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AC923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7155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</w:t>
            </w:r>
          </w:p>
        </w:tc>
      </w:tr>
      <w:tr w:rsidR="00A0774E" w14:paraId="19D88A8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EB816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SW512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D13A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CA464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F80B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CFE7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E947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6A7F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B4DED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D6C1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D8259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27A1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78C2F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DB91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7962E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D2EC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</w:tr>
      <w:tr w:rsidR="00A0774E" w14:paraId="1B028B0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483B7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SW659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1ECB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841E0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817F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FB08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84B8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B39D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AEBE8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CEFD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DC4E8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BC8E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C2AD7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85E3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6F0EB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937B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</w:tr>
      <w:tr w:rsidR="00A0774E" w14:paraId="6D14CC4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9B32B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F4E3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CC7E5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1778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7A20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3A10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A416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FAD21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5B84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FE525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A9BD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E543C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657B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402B1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C26E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</w:tr>
      <w:tr w:rsidR="00A0774E" w14:paraId="607897C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ECD1B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3686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D812A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5058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66AD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-315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21B4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284F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8D570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FD3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766A2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D444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4FCC4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5D6D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2BA0B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C0A4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</w:tr>
      <w:tr w:rsidR="00A0774E" w14:paraId="6F24116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632DE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E46F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851CC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AE4D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EA56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17C1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76E2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1,462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E041C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4863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0E724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41D5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ACFC7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5E5A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D29C4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C11A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</w:t>
            </w:r>
          </w:p>
        </w:tc>
      </w:tr>
      <w:tr w:rsidR="00A0774E" w14:paraId="7225D44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BD4EA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7F1E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B794C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D44E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CF5A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CD89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1835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CFC8E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5AE9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ABC59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C6D9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802EA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8B23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D0382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0717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</w:tr>
      <w:tr w:rsidR="00A0774E" w14:paraId="4F2243F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4D409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B3E5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85C5D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03CD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F565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54CC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3377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1,448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878CC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3157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E6ACE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83DF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202E3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9911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4DA77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1D61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</w:t>
            </w:r>
          </w:p>
        </w:tc>
      </w:tr>
      <w:tr w:rsidR="00A0774E" w14:paraId="19C871B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960C5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63FC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CD7E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72F5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3E9C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0BCF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288E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00129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D5BA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7271A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7F82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AE857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423F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7CB13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A7C8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</w:t>
            </w:r>
          </w:p>
        </w:tc>
      </w:tr>
      <w:tr w:rsidR="00A0774E" w14:paraId="3CCE08D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BEB61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5D91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5,368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AEB3A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2EA2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284E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-3,573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5DBE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4FBA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2,818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C032E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6DD5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B127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3C42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C7912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1987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2,355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6D21C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B5F6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175</w:t>
            </w:r>
          </w:p>
        </w:tc>
      </w:tr>
      <w:tr w:rsidR="00A0774E" w14:paraId="299C101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36ACF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95CC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D81AF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8F9E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B3BE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8EB7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2E7E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AA84F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BC00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59CF8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7B56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BAA1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C89D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50A50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D8CF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</w:tr>
      <w:tr w:rsidR="00A0774E" w14:paraId="08653EC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218EC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704F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B512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91A9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31F0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D99A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1605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E4499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E8D3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0193F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973E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4F56E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C565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D12FC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2311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</w:tr>
      <w:tr w:rsidR="00A0774E" w14:paraId="0E77B11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25B84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1C26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F6715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675C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56FC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2060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2712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FA734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2648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B4AC2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3D1D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8E51C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E341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4B939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6AB3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</w:t>
            </w:r>
          </w:p>
        </w:tc>
      </w:tr>
      <w:tr w:rsidR="00A0774E" w14:paraId="218592A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D1D1D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6C03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BE747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8722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5181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E115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0512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B2D65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D6EC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29A99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5B4E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ED1B5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3E0A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38122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1C58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</w:tr>
      <w:tr w:rsidR="00A0774E" w14:paraId="40B07A8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57962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27A0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45E60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979B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41C7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8EFE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1,294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C714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1,764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70FAF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582E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0704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3226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FA2D0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9EF7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8626A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858E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106</w:t>
            </w:r>
          </w:p>
        </w:tc>
      </w:tr>
      <w:tr w:rsidR="00A0774E" w14:paraId="69C2EFE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58ADF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167C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C4542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DD99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59F0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6D27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8337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E645C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10A3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58E59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6D40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533C5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3FAA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7828F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C8BB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</w:t>
            </w:r>
          </w:p>
        </w:tc>
      </w:tr>
      <w:tr w:rsidR="00A0774E" w14:paraId="3EAE4E6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79DF8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8176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A1081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C0AB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7C86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308A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31C3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19859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26CF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F0F6D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3B94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AFF0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A229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18BC0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F164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</w:t>
            </w:r>
          </w:p>
        </w:tc>
      </w:tr>
      <w:tr w:rsidR="00A0774E" w14:paraId="22604FD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029E0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767A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3,301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4EB37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46E4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1,189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BE6B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35AE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7833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2,569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51CD0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3440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1,481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8E805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DF92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0AF2B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0DC6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94216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D30B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</w:t>
            </w:r>
          </w:p>
        </w:tc>
      </w:tr>
      <w:tr w:rsidR="00A0774E" w14:paraId="2143844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E4593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3FE9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F36E8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E325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265D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DE38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3955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93CA1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BC42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50DFA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A1D7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CB7F3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DBB6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EC6C3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FFD9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</w:tr>
      <w:tr w:rsidR="00A0774E" w14:paraId="62F6E14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36856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A903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F3923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3CB9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9D5B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C71F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07E9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A2D16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47E5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4CDE4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F875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D0018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D74D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B27C6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5B4F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</w:tr>
      <w:tr w:rsidR="00A0774E" w14:paraId="5C22BDF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2C4CA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SW1065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85C5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ED7B5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A0EC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A86F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B831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54B3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1,427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7D252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067D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0A830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526F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99C7C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91DF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250EA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B07F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</w:tr>
      <w:tr w:rsidR="00A0774E" w14:paraId="32AF8D7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DEDAA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768F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7018D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7570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57B5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E569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FD4A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2,087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0D007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D802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DDA78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70D8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2FC83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2125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A29DB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89AC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</w:t>
            </w:r>
          </w:p>
        </w:tc>
      </w:tr>
      <w:tr w:rsidR="00A0774E" w14:paraId="33A4C99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D2583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8EC4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15DEF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164E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D3BE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5039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B329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1,566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49D88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046B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ACC4A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0204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76728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14EA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79FBC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BDD5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</w:t>
            </w:r>
          </w:p>
        </w:tc>
      </w:tr>
      <w:tr w:rsidR="00A0774E" w14:paraId="195CA99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D697D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8B37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6,474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E46A6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D3AB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6211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-2,687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58CC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A6A6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3,958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40B6A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ABFD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16157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4315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8E801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D491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2,888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DCD13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537F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206</w:t>
            </w:r>
          </w:p>
        </w:tc>
      </w:tr>
      <w:tr w:rsidR="00A0774E" w14:paraId="46C1D33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E3903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20D0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F1200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66C7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0B9E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C784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2DEC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D7E3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4F5E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F978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9273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6674E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A0B0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891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9EB58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A7A0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91</w:t>
            </w:r>
          </w:p>
        </w:tc>
      </w:tr>
      <w:tr w:rsidR="00A0774E" w14:paraId="258B42B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D063D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93AC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5F42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86AF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0944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898D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F30F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9C99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CC37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8A881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92CF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2FBE8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AD87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0A5D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25CF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</w:t>
            </w:r>
          </w:p>
        </w:tc>
      </w:tr>
      <w:tr w:rsidR="00A0774E" w14:paraId="1341690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8BB9E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68A9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1,008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3DEBC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8C06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DA37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90FD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4C83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1,426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4E76A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2AC8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53E1F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104A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0B8EB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6E5A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86081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F197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</w:t>
            </w:r>
          </w:p>
        </w:tc>
      </w:tr>
      <w:tr w:rsidR="00A0774E" w14:paraId="0BBA48B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65DBB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AA2C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775FF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A93E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D74D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B832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8692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BAA11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C372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0AD0B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F4D6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CAD37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208E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19A62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07C2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</w:tr>
      <w:tr w:rsidR="00A0774E" w14:paraId="4F0F506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84141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042D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45B0E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03F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A075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C3A3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66B4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1F40B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0291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9141C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9591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F3927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4767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51EC8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EBD9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</w:t>
            </w:r>
          </w:p>
        </w:tc>
      </w:tr>
      <w:tr w:rsidR="00A0774E" w14:paraId="1C6FE58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8BA15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B828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E8E21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3768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A160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-208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076F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58A4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AB8F9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B0DD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2536C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B2FE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E6EE0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4527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07627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5A04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</w:t>
            </w:r>
          </w:p>
        </w:tc>
      </w:tr>
      <w:tr w:rsidR="00A0774E" w14:paraId="307330A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C48A5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FBE4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78F0F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C1FD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268D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1374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65B8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1,303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6BEC6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5997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196A1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073C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9BC1E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6A2F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A2B76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6219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</w:t>
            </w:r>
          </w:p>
        </w:tc>
      </w:tr>
    </w:tbl>
    <w:p w14:paraId="4E1DDE17" w14:textId="77777777" w:rsidR="00A0774E" w:rsidRDefault="00AB080A">
      <w:r>
        <w:br w:type="page"/>
      </w:r>
    </w:p>
    <w:p w14:paraId="6ADE0260" w14:textId="77777777" w:rsidR="00A0774E" w:rsidRDefault="00AB080A">
      <w:pPr>
        <w:pStyle w:val="Heading1"/>
      </w:pPr>
      <w:r>
        <w:lastRenderedPageBreak/>
        <w:t>Table B14</w:t>
      </w:r>
    </w:p>
    <w:p w14:paraId="620E1DE6" w14:textId="77777777" w:rsidR="00A0774E" w:rsidRDefault="00AB080A">
      <w:pPr>
        <w:pStyle w:val="Heading2"/>
      </w:pPr>
      <w:r>
        <w:t>Report appendix page 46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B14"/>
        <w:tblDescription w:val="Data table extracted from the 2025-26 Livestock Farm Monitor Project annual report appendix."/>
      </w:tblPr>
      <w:tblGrid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</w:tblGrid>
      <w:tr w:rsidR="00A0774E" w14:paraId="71316A75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9DF8AA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Wool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59721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Sheep variable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7BB30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8EF97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summary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061F3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 South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E8E6B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West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E7AA8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853EA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C0749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449C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3461F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A02D6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FACA58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78190B85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CDF834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B7935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9D6AF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Scanning/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1E773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CFD32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E3F05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87C81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Contract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13103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60DD5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1980D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70B7B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Purchased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44816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Home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2546C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grown</w:t>
            </w:r>
          </w:p>
        </w:tc>
      </w:tr>
      <w:tr w:rsidR="00A0774E" w14:paraId="7D7721A4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DBD53D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9082F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preg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FD16A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testing,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5B8F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93E1D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4AFF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26327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shearing and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6ADC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91F3A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Livestock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3D0F4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8101A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supplementary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29F14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195FA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supplementary</w:t>
            </w:r>
          </w:p>
        </w:tc>
      </w:tr>
      <w:tr w:rsidR="00A0774E" w14:paraId="1A83CB76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529593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No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41122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AI &amp;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613AC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ET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18C66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Animal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7F21C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Health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406F8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03F89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crutching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63C10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Selling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F1B23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4DCA8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feed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6091B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C3C59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feed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7F3793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47679524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21252A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9B980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24CB6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9B9CA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D5D76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B6A7A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4A5B7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A43EC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09EC0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B0B32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D63E4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210D7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0EE4AD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4DE2E1C8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D16D2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56552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0D92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AB06F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367C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62A7F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D1DC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0C036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EAB0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7B454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1EA3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7010C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411C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</w:tr>
      <w:tr w:rsidR="00A0774E" w14:paraId="6886AB76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FCA40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SW39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2D695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3050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9218A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C811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53ADF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44E5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3738C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891F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99A7F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CCF6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1D96A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28CE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01DAB0C7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6CB91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SW55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057E6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CFD1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A9992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663A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CEC5D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899C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4F806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FE36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77FE5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658C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CBE13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8AF4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</w:tr>
      <w:tr w:rsidR="00A0774E" w14:paraId="033681F6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BC80C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SW114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A5653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295A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80F68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7F5F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7A01B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9FE9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C213B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7ADA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0A044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52B5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16CCB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B8CA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</w:tr>
      <w:tr w:rsidR="00A0774E" w14:paraId="285D79AD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24697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SW512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F010A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BB5C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E46D5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4415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E94BA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07FF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EAC6B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D6E2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B4932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7EA1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01C80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637A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</w:tr>
      <w:tr w:rsidR="00A0774E" w14:paraId="3FBCAFAC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11AAE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SW659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D63D9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0532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71389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95E6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C182E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C7B2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09908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F969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56D5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4B70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2E1F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8B65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A0774E" w14:paraId="3A0A4DF6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AC423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75CF1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9670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5E6C9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7804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606F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9D99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261F9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95BF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E79DC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9BAE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79F0B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13D6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</w:tr>
      <w:tr w:rsidR="00A0774E" w14:paraId="7AE82380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5DA30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43C9A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9D3A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E2F10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454B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804C4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FBEC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A641D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396B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E245F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A21B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0894F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47BB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24787E3E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A6D2B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EFBCE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2FE4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61E89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250A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185C0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9055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2F2BE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B559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3C14E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FA00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E1374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11C9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</w:tr>
      <w:tr w:rsidR="00A0774E" w14:paraId="71F9A431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8FDB3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DA1D9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ADAA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852E7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541F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396E0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3DDC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32A79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534D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DAA40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D476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DC1FC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BBFD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1E4236DF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1CD39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ED9E4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DD9E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09E76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FF70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88D1C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E574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C263B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7813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9FABF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957E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2B3E1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F92D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</w:tr>
      <w:tr w:rsidR="00A0774E" w14:paraId="07B8546F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3FD91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78E7A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5CD6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943F7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54DA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5716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19BB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393F4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3DAD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41B35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8911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6F5F9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B3E7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</w:tr>
      <w:tr w:rsidR="00A0774E" w14:paraId="428E3CE5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8BEAC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BBE1C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D1CD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B2C2A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E192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CD576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9FB5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09C03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1E9B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30E7A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329A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6E399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A4E2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169AB14F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C2EED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526DA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4654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1428A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6898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9C82E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56D3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0176B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334E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61E00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DCBE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931F5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254A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0B614A24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90CFD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81F7B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082E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FCE39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B4A3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E898D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3C0C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B884B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C7F7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6B411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AD40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957E0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1205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</w:tr>
      <w:tr w:rsidR="00A0774E" w14:paraId="03A92223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65F64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A612A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2588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F634D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550A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844CC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8317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24EC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8D47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ED0EF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6379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2B0D0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9FB3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3F785A01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8F3DF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489E0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E3F5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3F7A0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3961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61D22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C7AB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12350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8979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0CDE4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B7FE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B58F2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419E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</w:tr>
      <w:tr w:rsidR="00A0774E" w14:paraId="5438C5A8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21AA6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93540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0AD7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E9C18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B238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38F0E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7D9F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5397A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EE5C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52269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A095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9527F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2A48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7BB7876B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03934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36BF9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6032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834E9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6AB3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6B612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7B43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DD3F6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D5AE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812BB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76CC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96972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31CD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4FC071C6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D31C7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F7E02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5F8A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4DF89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45E0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CB9B7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18D9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558FC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7A9F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35F3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C193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341B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229B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</w:tr>
      <w:tr w:rsidR="00A0774E" w14:paraId="235D0E45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D9926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D201E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9F29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F8706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FE2F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7832D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43AC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45A1F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62CD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6BF8A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2E7F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D8560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68CB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</w:t>
            </w:r>
          </w:p>
        </w:tc>
      </w:tr>
      <w:tr w:rsidR="00A0774E" w14:paraId="6F00A015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F9232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C6E1A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CB33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776D6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AD3F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5A4F6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A56B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0F621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33EE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5BB52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42C0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CF068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3AEF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</w:t>
            </w:r>
          </w:p>
        </w:tc>
      </w:tr>
      <w:tr w:rsidR="00A0774E" w14:paraId="41204962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0A444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E970E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9DB2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C8404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56FA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CB38E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52AC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B4F3C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F9E7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31EB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1C6A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1C307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7CE9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A0774E" w14:paraId="2B5A438C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AC1E4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SW1065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115B6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ED97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DAE69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CD12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57750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3161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7A966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E7F8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4784A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B9FC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2031A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1E7A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</w:tr>
      <w:tr w:rsidR="00A0774E" w14:paraId="354564EA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DE1E5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SW1070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3F9AB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1F62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212A0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5541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B1585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9821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3FC3C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467F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A8C6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D23D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8132C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84B5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A0774E" w14:paraId="2BD2B549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3D2C3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D68CA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DE50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BEB38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F9A8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CA65B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AC49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7DA34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EE52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D76C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6A23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EFE76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8E15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</w:tr>
      <w:tr w:rsidR="00A0774E" w14:paraId="67DDC111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81746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5C81A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E751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30F66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6A89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33F9B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FF05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7624D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709E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6C574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5D10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533E5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8C3B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</w:tr>
      <w:tr w:rsidR="00A0774E" w14:paraId="7DB4D9E3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44947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00C3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6BBF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9FEA1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E3A5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57E8B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8698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833A8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6A36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BF48B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552F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15DD7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DD52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</w:tr>
      <w:tr w:rsidR="00A0774E" w14:paraId="7BC2C6C7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17E48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A7140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B8AD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DC815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5ACC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6FF1C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9A10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71BF4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C419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18F61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A64C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DF991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0018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</w:tr>
      <w:tr w:rsidR="00A0774E" w14:paraId="0438C8F6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50CD9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ECAEB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F782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5A9C9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3672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C8C9F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F94A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A8D98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AE67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D25B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085B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AC01D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D061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</w:tr>
      <w:tr w:rsidR="00A0774E" w14:paraId="1E6F824A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82430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5276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9AE7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B3B36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F609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CCC04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F82A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7D5CA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58D8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80F6C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88EC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DCC5B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99F5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</w:tr>
      <w:tr w:rsidR="00A0774E" w14:paraId="28FD6935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E621F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B17C0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EF47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A6F1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8B30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D5AA1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EB1C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A30DC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548B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83D8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0D7E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AD6DE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5DA7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</w:tr>
      <w:tr w:rsidR="00A0774E" w14:paraId="782E8DE0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B9D84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AA838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843E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5E0B9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EF72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19BEF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C049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CF79D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818F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76D13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44FC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A04BE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8DB3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65B8F434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05C02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A9D36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2060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1A444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BB4D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8EDC0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9BBB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6A933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9F45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3E18D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4C89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4AEFA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D844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</w:tr>
    </w:tbl>
    <w:p w14:paraId="037D6488" w14:textId="77777777" w:rsidR="00A0774E" w:rsidRDefault="00AB080A">
      <w:r>
        <w:br w:type="page"/>
      </w:r>
    </w:p>
    <w:p w14:paraId="7C866F9F" w14:textId="77777777" w:rsidR="00A0774E" w:rsidRDefault="00AB080A">
      <w:pPr>
        <w:pStyle w:val="Heading1"/>
      </w:pPr>
      <w:r>
        <w:lastRenderedPageBreak/>
        <w:t>Table B15</w:t>
      </w:r>
    </w:p>
    <w:p w14:paraId="4C752C22" w14:textId="77777777" w:rsidR="00A0774E" w:rsidRDefault="00AB080A">
      <w:pPr>
        <w:pStyle w:val="Heading2"/>
      </w:pPr>
      <w:r>
        <w:t>Report appendix page 47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B15"/>
        <w:tblDescription w:val="Data table extracted from the 2025-26 Livestock Farm Monitor Project annual report appendix."/>
      </w:tblPr>
      <w:tblGrid>
        <w:gridCol w:w="1539"/>
        <w:gridCol w:w="1539"/>
        <w:gridCol w:w="1539"/>
        <w:gridCol w:w="1539"/>
        <w:gridCol w:w="1539"/>
        <w:gridCol w:w="1539"/>
        <w:gridCol w:w="1539"/>
        <w:gridCol w:w="1539"/>
        <w:gridCol w:w="1539"/>
        <w:gridCol w:w="1539"/>
      </w:tblGrid>
      <w:tr w:rsidR="00A0774E" w14:paraId="26F509FA" w14:textId="77777777">
        <w:trPr>
          <w:tblHeader/>
          <w:jc w:val="center"/>
        </w:trPr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2AFA7B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Beef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D80A4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Trading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0E946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production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608BE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Information –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E3542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South West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209AD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E1CE5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B52F4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E399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725A09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160DE581" w14:textId="77777777">
        <w:trPr>
          <w:tblHeader/>
          <w:jc w:val="center"/>
        </w:trPr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8C754B" w14:textId="77777777" w:rsidR="00A0774E" w:rsidRDefault="00A0774E">
            <w:pPr>
              <w:spacing w:after="0" w:line="240" w:lineRule="auto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7C7DF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F822C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5BD84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860D4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B7B6E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EFB30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B3CC7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B8B30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B9B2D1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4105504F" w14:textId="77777777">
        <w:trPr>
          <w:tblHeader/>
          <w:jc w:val="center"/>
        </w:trPr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2A36B8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81F4C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Stocking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99530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Supp feed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125B3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 weight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41ADC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 weight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B5C8D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E60C5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Purchase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74163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Sale price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85D13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Purchase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B8078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Sale price</w:t>
            </w:r>
          </w:p>
        </w:tc>
      </w:tr>
      <w:tr w:rsidR="00A0774E" w14:paraId="6E25BE13" w14:textId="77777777">
        <w:trPr>
          <w:tblHeader/>
          <w:jc w:val="center"/>
        </w:trPr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E6BC1F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No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CBA76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rate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E333A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 the diet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42525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purchased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5D629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sold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9C214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weight gain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B5AC9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price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ABB44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received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2F552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price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E2280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received</w:t>
            </w:r>
          </w:p>
        </w:tc>
      </w:tr>
      <w:tr w:rsidR="00A0774E" w14:paraId="2C185838" w14:textId="77777777">
        <w:trPr>
          <w:tblHeader/>
          <w:jc w:val="center"/>
        </w:trPr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F9C794" w14:textId="77777777" w:rsidR="00A0774E" w:rsidRDefault="00A0774E">
            <w:pPr>
              <w:spacing w:after="0" w:line="240" w:lineRule="auto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6A492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85A64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% of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48B95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FB771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141BB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79544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A375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EFACE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C84552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34A6F353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FD38BB" w14:textId="77777777" w:rsidR="00A0774E" w:rsidRDefault="00A0774E">
            <w:pPr>
              <w:spacing w:after="0" w:line="240" w:lineRule="auto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76365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0FDB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total ME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53A96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970E9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18855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C0081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0317A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AF051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63D9C9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2B5196B2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D18202" w14:textId="77777777" w:rsidR="00A0774E" w:rsidRDefault="00A0774E">
            <w:pPr>
              <w:spacing w:after="0" w:line="240" w:lineRule="auto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754B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DSE/yr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EA30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consumed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46D8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kg LWT/hd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D99E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kg LWT/hd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9972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kg LWT/hd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DB52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$/kg LWT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E6C5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$/kg LWT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340C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$/hd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DC08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$/hd</w:t>
            </w:r>
          </w:p>
        </w:tc>
      </w:tr>
      <w:tr w:rsidR="00A0774E" w14:paraId="48C2EB4D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0EFAC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SW39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B6EB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8,930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6F8D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8F5F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5C64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9B2C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044E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4FFC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8F94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1,292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3574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1,929</w:t>
            </w:r>
          </w:p>
        </w:tc>
      </w:tr>
      <w:tr w:rsidR="00A0774E" w14:paraId="4FDF1C42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C9C78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SW43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F88F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3,718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9621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8B26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4C54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5340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E87F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7E00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F559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2,358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79B3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2,151</w:t>
            </w:r>
          </w:p>
        </w:tc>
      </w:tr>
      <w:tr w:rsidR="00A0774E" w14:paraId="128389FE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4BE0A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SW88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F718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6EF8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38DB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5AA67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B0C4A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74EE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F2125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B654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1,430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CBAB9E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59967080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51949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SW114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BE2A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3,622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8406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F467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2F1F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E1D9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73FB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805F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C999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084D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2,621</w:t>
            </w:r>
          </w:p>
        </w:tc>
      </w:tr>
      <w:tr w:rsidR="00A0774E" w14:paraId="17052304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66D0F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SW623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6C76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05C2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0D07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F805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07EB2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D413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0C40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0A1E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1,314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4BD3B2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23497194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1D11A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3A9B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6B0A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8794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533A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F934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5526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BC8E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C152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894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77BA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1,877</w:t>
            </w:r>
          </w:p>
        </w:tc>
      </w:tr>
      <w:tr w:rsidR="00A0774E" w14:paraId="195A8255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970FC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4658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B4B0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E6AD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A0A69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25228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ABD1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8BE21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6D1E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1,061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42F915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582A4B36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46B95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411C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1,176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FD37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4550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1B21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E739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A646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E81A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3AC6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D255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1,523</w:t>
            </w:r>
          </w:p>
        </w:tc>
      </w:tr>
      <w:tr w:rsidR="00A0774E" w14:paraId="2E8F7A40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9429C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13F5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C529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D4B3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0411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1B7A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42C5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A5F7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19B2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1,374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DE19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2,190</w:t>
            </w:r>
          </w:p>
        </w:tc>
      </w:tr>
      <w:tr w:rsidR="00A0774E" w14:paraId="14662535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51C15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73FE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E431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49CE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7F7BF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C472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6781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F0BE1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B838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1,296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5DDFFA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3E25F512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AE1C4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7E8D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2,905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01A8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9E01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BB7A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5623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AF64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C06F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714F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1,099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0176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1,940</w:t>
            </w:r>
          </w:p>
        </w:tc>
      </w:tr>
      <w:tr w:rsidR="00A0774E" w14:paraId="12327D56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378AF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DB98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10,511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64EE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1FC0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15D6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C2B6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EE81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F081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AD1D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1,006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423D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2,088</w:t>
            </w:r>
          </w:p>
        </w:tc>
      </w:tr>
      <w:tr w:rsidR="00A0774E" w14:paraId="0A93AAF4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FEFB5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FE4F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2A2E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4DCE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F5508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1EA9C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63F8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37C1F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18C6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1,399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921DF3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6982E9B7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12048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4521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1,706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1AD0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C635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0FB4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8A29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75FD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9194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F1B4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1,574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93E9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2,476</w:t>
            </w:r>
          </w:p>
        </w:tc>
      </w:tr>
      <w:tr w:rsidR="00A0774E" w14:paraId="646A126F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4CF49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50EA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10,374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3E24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12BD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F6BC6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A6705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2FB6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758BA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7C21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1,155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29608F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05132A21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5206E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E009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DE88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314C7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4EA6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5D1EF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7943E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2E66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0F0ED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B843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1,936</w:t>
            </w:r>
          </w:p>
        </w:tc>
      </w:tr>
      <w:tr w:rsidR="00A0774E" w14:paraId="3BD1963F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43E29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58BA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1,116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F041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0A5B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6E78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1FA5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1388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74FB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D465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1,256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4316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1,943</w:t>
            </w:r>
          </w:p>
        </w:tc>
      </w:tr>
      <w:tr w:rsidR="00A0774E" w14:paraId="601CA092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7DC6E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SW2002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455C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F48B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9FB2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80A7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A5BB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246D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875A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A0E6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2,007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B9F5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2,452</w:t>
            </w:r>
          </w:p>
        </w:tc>
      </w:tr>
      <w:tr w:rsidR="00A0774E" w14:paraId="21BE9DF8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48FD9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349F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2,685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D907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1157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650B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6CD4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33BF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4F50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C6E0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1,294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989C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2,094</w:t>
            </w:r>
          </w:p>
        </w:tc>
      </w:tr>
    </w:tbl>
    <w:p w14:paraId="28BEEAC4" w14:textId="77777777" w:rsidR="00A0774E" w:rsidRDefault="00AB080A">
      <w:r>
        <w:br w:type="page"/>
      </w:r>
    </w:p>
    <w:p w14:paraId="3F413978" w14:textId="77777777" w:rsidR="00A0774E" w:rsidRDefault="00AB080A">
      <w:pPr>
        <w:pStyle w:val="Heading1"/>
      </w:pPr>
      <w:r>
        <w:lastRenderedPageBreak/>
        <w:t>Table B16</w:t>
      </w:r>
    </w:p>
    <w:p w14:paraId="44468962" w14:textId="77777777" w:rsidR="00A0774E" w:rsidRDefault="00AB080A">
      <w:pPr>
        <w:pStyle w:val="Heading2"/>
      </w:pPr>
      <w:r>
        <w:t>Report appendix page 48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B16"/>
        <w:tblDescription w:val="Data table extracted from the 2025-26 Livestock Farm Monitor Project annual report appendix."/>
      </w:tblPr>
      <w:tblGrid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</w:tblGrid>
      <w:tr w:rsidR="00A0774E" w14:paraId="52FCE808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1157CE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Beef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62668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Trading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0544E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gross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32354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margin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33B8D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460EB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South West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AEF4F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F999C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8E2C0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3C119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7B89E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651CC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0F012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ABE16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F20029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42E74616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5E4B27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76059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C227D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7F01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67885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E6839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52253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6AC37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Beef Beef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DA6CB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trading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88E42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Beef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A5467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trading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8D3A1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F97B2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F6BDC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DAFB4B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3D326D54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788BAA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92D22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94CA0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 sales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1760A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E3FF5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C8C06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inventory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89B73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trading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46684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1A9D6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variable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15EBD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06368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variable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66D08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Beef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5BA69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trading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11A70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Beef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415A4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trading</w:t>
            </w:r>
          </w:p>
        </w:tc>
      </w:tr>
      <w:tr w:rsidR="00A0774E" w14:paraId="2E17F16E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99072E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No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B55D7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D0157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D56C8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B0295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purchases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2FBDD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change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92878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66C0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EF1DD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5850F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27E73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DE9CC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321A3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gross margin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23D31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gross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652A6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margin</w:t>
            </w:r>
          </w:p>
        </w:tc>
      </w:tr>
      <w:tr w:rsidR="00A0774E" w14:paraId="621C9AA5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95DE4D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7E2BE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67276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5F058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6358C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52344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AD053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AD5B3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90D4D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42657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3A8D6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4E4FD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5B207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F931D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FA29A6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0D69230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65A7D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E6007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AD73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4,357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2A84A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2F31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2,277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94E9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-638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D9F6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1,442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CF79B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7DD5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6F809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A419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71951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7169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E16F9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81B0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</w:tr>
      <w:tr w:rsidR="00A0774E" w14:paraId="33F8CAE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71D35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C52D2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624A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4,786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C1708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05F3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56CD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-508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1176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3,241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E9AD1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A1BD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962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EF73D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3B32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0B6CF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5F73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2,279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EB65C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AC74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135</w:t>
            </w:r>
          </w:p>
        </w:tc>
      </w:tr>
      <w:tr w:rsidR="00A0774E" w14:paraId="6CCF19B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8E00A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BCBC1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89D1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442A7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1E70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9,934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CCB5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9,787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564C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B9596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A75F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1,563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06480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05E8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AE58F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9811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-1,709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E4AC3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B0EF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-93</w:t>
            </w:r>
          </w:p>
        </w:tc>
      </w:tr>
      <w:tr w:rsidR="00A0774E" w14:paraId="479824D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1B4FF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D7643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2C4F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1,469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E9FA3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31A6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CCE9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2295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CA051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32A6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232C4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6536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FB7A6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9389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1D22A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C737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</w:t>
            </w:r>
          </w:p>
        </w:tc>
      </w:tr>
      <w:tr w:rsidR="00A0774E" w14:paraId="5D01E47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CA6FF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SW623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3686D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DEAD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C091A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A0D7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6,318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8505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6,318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34F5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BA585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DC91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D2FB4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FFCD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72225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9D04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-600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D1F7E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1FEE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-39</w:t>
            </w:r>
          </w:p>
        </w:tc>
      </w:tr>
      <w:tr w:rsidR="00A0774E" w14:paraId="46B23CE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A7273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991FD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6806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4,569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CC473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D4CF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3724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-336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8707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3,666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34766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AF21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B00A1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7FE7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E7B11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817F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2,992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0D90C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7933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206</w:t>
            </w:r>
          </w:p>
        </w:tc>
      </w:tr>
      <w:tr w:rsidR="00A0774E" w14:paraId="6D96111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D8717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86D25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40AF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A8BEE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B189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1,100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E29F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1,660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1AF4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16C3A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5CE5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D518E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2857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A3CD0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FD74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63003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0B32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</w:tr>
      <w:tr w:rsidR="00A0774E" w14:paraId="04ABDAB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1A53A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0825C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9E23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2,596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CA87C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C783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FB9E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0BF6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1,591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FEA25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A6CE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3CB3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BA49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938BD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689A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0314C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40CA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</w:t>
            </w:r>
          </w:p>
        </w:tc>
      </w:tr>
      <w:tr w:rsidR="00A0774E" w14:paraId="1312547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F1603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05D6E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1163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13,349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348F5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6BAE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8,457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070A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2BF7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4,892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B33EF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827A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1,485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A6DBC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4A86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14370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90C8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3,407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6FCF0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66C1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165</w:t>
            </w:r>
          </w:p>
        </w:tc>
      </w:tr>
      <w:tr w:rsidR="00A0774E" w14:paraId="25A5C9D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3EC9C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D060E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22C7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511E1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FB3D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21,014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6120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21,014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3B75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262F2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EAB8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A7FF6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FE95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C38D1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096B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-359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69139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229B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-20</w:t>
            </w:r>
          </w:p>
        </w:tc>
      </w:tr>
      <w:tr w:rsidR="00A0774E" w14:paraId="5E2264A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3CB47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E4FD8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DEB6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4,509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0E13E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1DF5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3,476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623F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336E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1,866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2AC8C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656E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5E7FB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56CA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A098D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14DA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1160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C296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</w:t>
            </w:r>
          </w:p>
        </w:tc>
      </w:tr>
      <w:tr w:rsidR="00A0774E" w14:paraId="2400BDA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7CB96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E28B7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0D8A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6,360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9999D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AFEB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4,034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ED6D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802E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3,714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8D881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A996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F6A15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988E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AC170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FC7A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2,476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FC1B5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B1AB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159</w:t>
            </w:r>
          </w:p>
        </w:tc>
      </w:tr>
      <w:tr w:rsidR="00A0774E" w14:paraId="5CAAF11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77B31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1D440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C7AA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F2D6D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281D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13,127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0ABC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13,092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DFDB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03592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7FDD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6CBC0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7643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0FAD6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7C02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7B265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7B34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-11</w:t>
            </w:r>
          </w:p>
        </w:tc>
      </w:tr>
      <w:tr w:rsidR="00A0774E" w14:paraId="28A5D7A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F0F77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5396A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C87F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34,629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CAA05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764B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32,034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3961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9,996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69EC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12,591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9B6FA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1876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9,652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84E68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8BBC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D3171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289A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2,939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B08B1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D5C9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103</w:t>
            </w:r>
          </w:p>
        </w:tc>
      </w:tr>
      <w:tr w:rsidR="00A0774E" w14:paraId="5C1964F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4EB5D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A2342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B851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20589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F28C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0B35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0B28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1,659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15D19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1649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0E7D7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EFAF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34105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648B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41597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134A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</w:t>
            </w:r>
          </w:p>
        </w:tc>
      </w:tr>
      <w:tr w:rsidR="00A0774E" w14:paraId="4254A82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446AD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C3CE7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D477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2,934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FC6C7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DADD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7780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-671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8AA1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2,263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6FBD6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C1DB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0AE71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5054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B7D8E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0976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1,479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244DD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CB38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91</w:t>
            </w:r>
          </w:p>
        </w:tc>
      </w:tr>
      <w:tr w:rsidR="00A0774E" w14:paraId="2784EF9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C4C7C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2FDED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8428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4,142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1F479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0A98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3,220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9180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E9FE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1,523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D4C8B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25F7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A2C72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BE21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2241C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4361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FB0B5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EF11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106</w:t>
            </w:r>
          </w:p>
        </w:tc>
      </w:tr>
      <w:tr w:rsidR="00A0774E" w14:paraId="26614DE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E9198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SW2002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84179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890E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3,092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F3F79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6EA6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2,531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FD7C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96E2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1,167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85E0D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0FE3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A17E2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70FD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C5695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669C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9928E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C3F3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</w:tr>
      <w:tr w:rsidR="00A0774E" w14:paraId="0B09E69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F6F0B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7E37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1ACC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4,822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27D9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CE29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6,212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0BD5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3,540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FF61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2,275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5589D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96ED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1A932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8BA2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ED5F9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7988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66987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F423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</w:t>
            </w:r>
          </w:p>
        </w:tc>
      </w:tr>
    </w:tbl>
    <w:p w14:paraId="15DFE58E" w14:textId="77777777" w:rsidR="00A0774E" w:rsidRDefault="00AB080A">
      <w:r>
        <w:br w:type="page"/>
      </w:r>
    </w:p>
    <w:p w14:paraId="497642FD" w14:textId="77777777" w:rsidR="00A0774E" w:rsidRDefault="00AB080A">
      <w:pPr>
        <w:pStyle w:val="Heading1"/>
      </w:pPr>
      <w:r>
        <w:lastRenderedPageBreak/>
        <w:t>Table B17</w:t>
      </w:r>
    </w:p>
    <w:p w14:paraId="58F4CBE9" w14:textId="77777777" w:rsidR="00A0774E" w:rsidRDefault="00AB080A">
      <w:pPr>
        <w:pStyle w:val="Heading2"/>
      </w:pPr>
      <w:r>
        <w:t>Report appendix page 49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B17"/>
        <w:tblDescription w:val="Data table extracted from the 2025-26 Livestock Farm Monitor Project annual report appendix."/>
      </w:tblPr>
      <w:tblGrid>
        <w:gridCol w:w="1399"/>
        <w:gridCol w:w="1399"/>
        <w:gridCol w:w="1399"/>
        <w:gridCol w:w="1399"/>
        <w:gridCol w:w="1399"/>
        <w:gridCol w:w="1399"/>
        <w:gridCol w:w="1399"/>
        <w:gridCol w:w="1399"/>
        <w:gridCol w:w="1399"/>
        <w:gridCol w:w="1399"/>
        <w:gridCol w:w="1399"/>
      </w:tblGrid>
      <w:tr w:rsidR="00A0774E" w14:paraId="6959574E" w14:textId="77777777">
        <w:trPr>
          <w:tblHeader/>
          <w:jc w:val="center"/>
        </w:trPr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3F87FB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Beef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5075F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Trading variable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CA26A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3A793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summary –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48051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South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F76D3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West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24A8A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65C1F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CEF14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0B14C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27C911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05EC23E4" w14:textId="77777777">
        <w:trPr>
          <w:tblHeader/>
          <w:jc w:val="center"/>
        </w:trPr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774C24" w14:textId="77777777" w:rsidR="00A0774E" w:rsidRDefault="00A0774E">
            <w:pPr>
              <w:spacing w:after="0" w:line="240" w:lineRule="auto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B0BDC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6D0D5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A606E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643B5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44530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318A1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8C1CE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3E983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Purchased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63952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Home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5E0B8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grown</w:t>
            </w:r>
          </w:p>
        </w:tc>
      </w:tr>
      <w:tr w:rsidR="00A0774E" w14:paraId="5431A2EA" w14:textId="77777777">
        <w:trPr>
          <w:tblHeader/>
          <w:jc w:val="center"/>
        </w:trPr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299501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46238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CDB58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Scanning/preg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BAD55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9637E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EB6A9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4FC3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Livestock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2DE21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485BA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supplementary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F1362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B7C5F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supplementary</w:t>
            </w:r>
          </w:p>
        </w:tc>
      </w:tr>
      <w:tr w:rsidR="00A0774E" w14:paraId="0446EE50" w14:textId="77777777">
        <w:trPr>
          <w:tblHeader/>
          <w:jc w:val="center"/>
        </w:trPr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43C84C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No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67C48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testing,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EC573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AI &amp; ET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DB052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Animal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6205D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Health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86939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Selling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D9188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8F5CA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feed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E2F39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A8088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feed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5B011F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4135A43B" w14:textId="77777777">
        <w:trPr>
          <w:tblHeader/>
          <w:jc w:val="center"/>
        </w:trPr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3123D8" w14:textId="77777777" w:rsidR="00A0774E" w:rsidRDefault="00A0774E">
            <w:pPr>
              <w:spacing w:after="0" w:line="240" w:lineRule="auto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38D27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EECD2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4184F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98021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94923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B9C60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EF056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AE70C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290C2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C54005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60A66B17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EA4FE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SW39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088DB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325B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E5C2C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6D7D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6A9B8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DD42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3A614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B3BC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5A6D2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193F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0665CCE2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673DC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SW43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B9CEC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3DF6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1995A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9007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83856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A105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58089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4F7F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EC4BF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2C2A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1C0FBB97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71AFA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SW88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6D54D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5BAF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56052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111E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D9A86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1E40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90C03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2AA4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F55DB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1873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</w:t>
            </w:r>
          </w:p>
        </w:tc>
      </w:tr>
      <w:tr w:rsidR="00A0774E" w14:paraId="0F88D588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9C57C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SW114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E0A2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BD17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457B9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A425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4C102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1495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C0566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BEE3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349AD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24EC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A0774E" w14:paraId="74F8CA04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747A4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SW623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84C92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255C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6894F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2833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5EF30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9D70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FF9FA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9CD3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7A706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37FD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</w:tr>
      <w:tr w:rsidR="00A0774E" w14:paraId="027F4D3E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6AE27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7F593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8F10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748BA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1DFF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D2364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7974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742E4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200D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9FD23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4F76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</w:tr>
      <w:tr w:rsidR="00A0774E" w14:paraId="12DEFF1C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C2F53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46FFB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CCDA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E3BA3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6AF8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B981D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B75E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A62B8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E112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90337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120F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60A2DCC1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EDA34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9C8C1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B63C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37CED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0650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40267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10B7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5468B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426F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AB2AA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9015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56AB3211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FBB76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B885D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F49B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FD345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CCEC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9CCBF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4AD4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C6E45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323C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41969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3A25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4F0ADB6A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AC9CA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0385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1C7B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BC297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9057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76170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5F71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A3F09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50AA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A49AC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D1F0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6B7D25E2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903EA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C19CD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AB83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D929F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2ADD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8F376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4DB1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99AD5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9C1F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71481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E87F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</w:tr>
      <w:tr w:rsidR="00A0774E" w14:paraId="652287E3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23339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7EA4E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8A3B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1736F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A579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21CC3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A3B0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BE734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596A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480BD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FBDB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</w:tr>
      <w:tr w:rsidR="00A0774E" w14:paraId="0D286BDE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C3FD6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DC845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CE2B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79703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D274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BAE58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0508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36F00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A260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60F90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3E0A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4BCC54CE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BEDB8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F950A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987C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EEEB3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C172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56094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AE13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24785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29FE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099FE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48AA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A0774E" w14:paraId="6A7FA5C3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DE4BB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0C508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7A0D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706B9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DD0C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4821E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486A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34934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0216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31AFC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3168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</w:tr>
      <w:tr w:rsidR="00A0774E" w14:paraId="4C829043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07225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BCA6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5F13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8660E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4167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3309D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0CC3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B1723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7808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DE1F1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5B2A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404319F2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E535C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4BF7A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692A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97C4C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6415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8688A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3443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20ED9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46B7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F6E18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37D7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4C8B7CEE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47202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SW2002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AA07D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FC4E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5D4F1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AFC1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A8DCE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2EA6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C1616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C1C9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6808E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2A65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3373BAED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44A38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436A6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5600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53B93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F54E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CD434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9997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573FD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3898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4A18A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A0C3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</w:tr>
    </w:tbl>
    <w:p w14:paraId="79D6DE8D" w14:textId="77777777" w:rsidR="00A0774E" w:rsidRDefault="00AB080A">
      <w:r>
        <w:br w:type="page"/>
      </w:r>
    </w:p>
    <w:p w14:paraId="4324B9DD" w14:textId="77777777" w:rsidR="00A0774E" w:rsidRDefault="00AB080A">
      <w:pPr>
        <w:pStyle w:val="Heading1"/>
      </w:pPr>
      <w:r>
        <w:lastRenderedPageBreak/>
        <w:t>Table B18</w:t>
      </w:r>
    </w:p>
    <w:p w14:paraId="72FB29D3" w14:textId="77777777" w:rsidR="00A0774E" w:rsidRDefault="00AB080A">
      <w:pPr>
        <w:pStyle w:val="Heading2"/>
      </w:pPr>
      <w:r>
        <w:t>Report appendix page 50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B18"/>
        <w:tblDescription w:val="Data table extracted from the 2025-26 Livestock Farm Monitor Project annual report appendix."/>
      </w:tblPr>
      <w:tblGrid>
        <w:gridCol w:w="1399"/>
        <w:gridCol w:w="1399"/>
        <w:gridCol w:w="1399"/>
        <w:gridCol w:w="1399"/>
        <w:gridCol w:w="1399"/>
        <w:gridCol w:w="1399"/>
        <w:gridCol w:w="1399"/>
        <w:gridCol w:w="1399"/>
        <w:gridCol w:w="1399"/>
        <w:gridCol w:w="1399"/>
        <w:gridCol w:w="1399"/>
      </w:tblGrid>
      <w:tr w:rsidR="00A0774E" w14:paraId="2616CB90" w14:textId="77777777">
        <w:trPr>
          <w:tblHeader/>
          <w:jc w:val="center"/>
        </w:trPr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807BFD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Historic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2167F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Whole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9E140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73D55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Economic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CD5C3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Performance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57F84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DBD7F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South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F9E0D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West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33B9C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6BC6B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B31AC5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5B7668AD" w14:textId="77777777">
        <w:trPr>
          <w:tblHeader/>
          <w:jc w:val="center"/>
        </w:trPr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8C1E8A" w14:textId="77777777" w:rsidR="00A0774E" w:rsidRDefault="00A0774E">
            <w:pPr>
              <w:spacing w:after="0" w:line="240" w:lineRule="auto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7C7C0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B022D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347DD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CBCF9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E76F5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A7D9F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60AAE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8903C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Earnings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6401C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A48B06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3DBC47A8" w14:textId="77777777">
        <w:trPr>
          <w:tblHeader/>
          <w:jc w:val="center"/>
        </w:trPr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9AACA8" w14:textId="77777777" w:rsidR="00A0774E" w:rsidRDefault="00A0774E">
            <w:pPr>
              <w:spacing w:after="0" w:line="240" w:lineRule="auto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DE93E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DBF95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F8D62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3C1FF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A3D88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B6353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24631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Before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FA1BB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Interest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073B0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Return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70C18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Return</w:t>
            </w:r>
          </w:p>
        </w:tc>
      </w:tr>
      <w:tr w:rsidR="00A0774E" w14:paraId="6D0081D0" w14:textId="77777777">
        <w:trPr>
          <w:tblHeader/>
          <w:jc w:val="center"/>
        </w:trPr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15D10B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Year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018B1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Gross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426B3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18FA9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52879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Variable Costs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2874B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114CB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Overhead Costs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B80A7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and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75E10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Tax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47928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on Assets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CE1B7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on Equity</w:t>
            </w:r>
          </w:p>
        </w:tc>
      </w:tr>
      <w:tr w:rsidR="00A0774E" w14:paraId="3A865B6C" w14:textId="77777777">
        <w:trPr>
          <w:tblHeader/>
          <w:jc w:val="center"/>
        </w:trPr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8103BF" w14:textId="77777777" w:rsidR="00A0774E" w:rsidRDefault="00A0774E">
            <w:pPr>
              <w:spacing w:after="0" w:line="240" w:lineRule="auto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79818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REAL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6B6C1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1E89D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REAL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9AF4F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B57FB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REAL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F1D90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201FA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REAL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6A833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39788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D1A3D1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17153C9E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6E178C" w14:textId="77777777" w:rsidR="00A0774E" w:rsidRDefault="00A0774E">
            <w:pPr>
              <w:spacing w:after="0" w:line="240" w:lineRule="auto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8A43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4B958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B55A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5FB7A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145E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70910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7849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AE678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C69A6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1E64FE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3559A7A9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C332C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2003-04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8074D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0ED6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962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38DBF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5C87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CFA5F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1FB6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A258B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31E7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8457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5.0%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21CA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5.7%</w:t>
            </w:r>
          </w:p>
        </w:tc>
      </w:tr>
      <w:tr w:rsidR="00A0774E" w14:paraId="08960CAE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81DC2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2004-05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E6C0B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7D22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999F5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81BA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EACBC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97CE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C6F83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2D5F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C2EA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2.7%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9A46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2.0%</w:t>
            </w:r>
          </w:p>
        </w:tc>
      </w:tr>
      <w:tr w:rsidR="00A0774E" w14:paraId="567DCDB0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711AA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2005-06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18F97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2676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A9C33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B2D5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C0AB2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72F2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C5520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E9A8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FC64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1.6%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AA97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1.2%</w:t>
            </w:r>
          </w:p>
        </w:tc>
      </w:tr>
      <w:tr w:rsidR="00A0774E" w14:paraId="19280D77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48AFE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2006-07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9212E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EB1E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F549C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1C5C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07ACC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7CA7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3E95A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FFFF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F62D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0.0%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3D21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-2.9%</w:t>
            </w:r>
          </w:p>
        </w:tc>
      </w:tr>
      <w:tr w:rsidR="00A0774E" w14:paraId="619CC945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99498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2007-08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A580F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51C9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1,032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B0813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5A44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0FE3E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A772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EE16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DA3A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F69E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3.1%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3119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2.4%</w:t>
            </w:r>
          </w:p>
        </w:tc>
      </w:tr>
      <w:tr w:rsidR="00A0774E" w14:paraId="16390FA9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E2393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2008-09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B9514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6F5B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938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0B520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57AD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A1BCA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CFD2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D2EA0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69EA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538B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2.2%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29EB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1.0%</w:t>
            </w:r>
          </w:p>
        </w:tc>
      </w:tr>
      <w:tr w:rsidR="00A0774E" w14:paraId="7C1E70C6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1A8B2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2009-10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5A33C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826C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993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9133C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7CDC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36EBD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0282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5FE6C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2656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DF10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3.2%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8C1C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2.5%</w:t>
            </w:r>
          </w:p>
        </w:tc>
      </w:tr>
      <w:tr w:rsidR="00A0774E" w14:paraId="75441F8B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D954A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2010-11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90E30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6280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1,163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E3ADE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9263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09ED3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DDDB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286E0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124E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6B87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5.7%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3B62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5.7%</w:t>
            </w:r>
          </w:p>
        </w:tc>
      </w:tr>
      <w:tr w:rsidR="00A0774E" w14:paraId="1FA28C1D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7AFBE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2011-12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1E8FA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7AD9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1,003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094F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294E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BC373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9EEF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63705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DA32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DC5B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3.7%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9C48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3.3%</w:t>
            </w:r>
          </w:p>
        </w:tc>
      </w:tr>
      <w:tr w:rsidR="00A0774E" w14:paraId="283B6720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E5F6B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2012-13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35F36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C800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D3836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64D2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EB2D8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3E1E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2BF17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DB76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6CCA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1.0%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A8B5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-1.2%</w:t>
            </w:r>
          </w:p>
        </w:tc>
      </w:tr>
      <w:tr w:rsidR="00A0774E" w14:paraId="2A914938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F0000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2013-14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3EF33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05BF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86E98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B963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195AA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B7F2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CD520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CFF1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721A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2.2%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75DC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0.8%</w:t>
            </w:r>
          </w:p>
        </w:tc>
      </w:tr>
      <w:tr w:rsidR="00A0774E" w14:paraId="5F07C168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B2BB9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2014-15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D460C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92B8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933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C91F0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B898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CAC61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1F37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B34BC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7023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1A8D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2.3%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AD5E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1.8%</w:t>
            </w:r>
          </w:p>
        </w:tc>
      </w:tr>
      <w:tr w:rsidR="00A0774E" w14:paraId="5432BCF2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93A24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2015-16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C53C1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9DE3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1,008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1EBD4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5137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C0500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CB4A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EE4E6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439F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457E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3.4%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171F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2.9%</w:t>
            </w:r>
          </w:p>
        </w:tc>
      </w:tr>
      <w:tr w:rsidR="00A0774E" w14:paraId="635CE84E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8764C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2016-17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332B5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11C5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1,278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D766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96C5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3358D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E4A1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23D45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94E0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67D8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6.9%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EAEB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8.0%</w:t>
            </w:r>
          </w:p>
        </w:tc>
      </w:tr>
      <w:tr w:rsidR="00A0774E" w14:paraId="140414BD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48DA1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2017-18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E48C5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E7A3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1,349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7CB3F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112D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0D48C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ACAF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C2E7F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4928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9BCF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5.5%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6E0D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5.8%</w:t>
            </w:r>
          </w:p>
        </w:tc>
      </w:tr>
      <w:tr w:rsidR="00A0774E" w14:paraId="1CB502F2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9C499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2018-19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C0D3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76B4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1,444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EBB4B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8170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C8C7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9162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8E10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0960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C593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4.0%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BCA9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4.0%</w:t>
            </w:r>
          </w:p>
        </w:tc>
      </w:tr>
      <w:tr w:rsidR="00A0774E" w14:paraId="0E4310D3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3EAE8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2019-20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BADFE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2CF0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1,610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14EAD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8265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75B02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F315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7EEB8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1E97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B9F8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4.3%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7CC2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4.9%</w:t>
            </w:r>
          </w:p>
        </w:tc>
      </w:tr>
      <w:tr w:rsidR="00A0774E" w14:paraId="66C7975A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E937E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2020-21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13980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BC13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1,607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56D94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D943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ECD75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0D9A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EC999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CDB4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8855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3.7%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3EA1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4.2%</w:t>
            </w:r>
          </w:p>
        </w:tc>
      </w:tr>
      <w:tr w:rsidR="00A0774E" w14:paraId="5742A0A8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06335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2021-22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EC235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1483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1,721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11C02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050F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2CB29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CC32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B3BAC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120E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CC08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3.0%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5DDF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3.8%</w:t>
            </w:r>
          </w:p>
        </w:tc>
      </w:tr>
      <w:tr w:rsidR="00A0774E" w14:paraId="17510184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1A29F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2022-23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C7E56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B7AA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1,361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140E4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7441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134C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6A34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6330C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5203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66B9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1.5%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F8EA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1.4%</w:t>
            </w:r>
          </w:p>
        </w:tc>
      </w:tr>
      <w:tr w:rsidR="00A0774E" w14:paraId="40CF4418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B3DDD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2023-24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51BC5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B279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1,056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E6F45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38D5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52EC1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3896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E382E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2153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7BD4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9882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-1.7%</w:t>
            </w:r>
          </w:p>
        </w:tc>
      </w:tr>
      <w:tr w:rsidR="00A0774E" w14:paraId="0ED10A3F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7419A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2024-25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09A3D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E040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1,127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28D18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FAB5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242FE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4F9D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664B6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672D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5879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-0.1%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414A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-2.7%</w:t>
            </w:r>
          </w:p>
        </w:tc>
      </w:tr>
      <w:tr w:rsidR="00A0774E" w14:paraId="184B3196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82D3C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2025-26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03384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93FF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1,639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B6D7B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7E42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D0AD5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9752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570F4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F1AA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2F61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3.2%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B02A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3.1%</w:t>
            </w:r>
          </w:p>
        </w:tc>
      </w:tr>
      <w:tr w:rsidR="00A0774E" w14:paraId="11A59AA5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BA05A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Average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78DB4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80D7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1,140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E9AF7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FC49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89AC2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9EAA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F89DD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CC5F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6772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3.0%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8E5D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2.4%</w:t>
            </w:r>
          </w:p>
        </w:tc>
      </w:tr>
      <w:tr w:rsidR="00A0774E" w14:paraId="1DBB3BFF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2A66B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Note: ‘Real’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B231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dollar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0E96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values are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A814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the nominal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21DC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values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2518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converted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3782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 2025-26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98DB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dollar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39F8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equivalents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03F0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by the C.P.I. to allow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354C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for inflation.</w:t>
            </w:r>
          </w:p>
        </w:tc>
      </w:tr>
    </w:tbl>
    <w:p w14:paraId="32F96C12" w14:textId="77777777" w:rsidR="00A0774E" w:rsidRDefault="00AB080A">
      <w:r>
        <w:br w:type="page"/>
      </w:r>
    </w:p>
    <w:p w14:paraId="25B3BE7D" w14:textId="77777777" w:rsidR="00A0774E" w:rsidRDefault="00AB080A">
      <w:pPr>
        <w:pStyle w:val="Heading1"/>
      </w:pPr>
      <w:r>
        <w:lastRenderedPageBreak/>
        <w:t>Table B19</w:t>
      </w:r>
    </w:p>
    <w:p w14:paraId="7B9F93FA" w14:textId="77777777" w:rsidR="00A0774E" w:rsidRDefault="00AB080A">
      <w:pPr>
        <w:pStyle w:val="Heading2"/>
      </w:pPr>
      <w:r>
        <w:t>Report appendix page 51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B19"/>
        <w:tblDescription w:val="Data table extracted from the 2025-26 Livestock Farm Monitor Project annual report appendix."/>
      </w:tblPr>
      <w:tblGrid>
        <w:gridCol w:w="1710"/>
        <w:gridCol w:w="1710"/>
        <w:gridCol w:w="1710"/>
        <w:gridCol w:w="1710"/>
        <w:gridCol w:w="1710"/>
        <w:gridCol w:w="1710"/>
        <w:gridCol w:w="1710"/>
        <w:gridCol w:w="1710"/>
        <w:gridCol w:w="1710"/>
      </w:tblGrid>
      <w:tr w:rsidR="00A0774E" w14:paraId="3D62C429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FCE478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Historic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D592C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Gross Margins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6DC00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For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6D9D0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Livestock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2EA58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Enterprises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9139E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 South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66670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West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8B157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C255CF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5E65AC46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0C2A32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Year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BB76B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C606F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Wool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05622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Sheep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93761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2731B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Prime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AB2B0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9D599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Beef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82F7B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Cattle</w:t>
            </w:r>
          </w:p>
        </w:tc>
      </w:tr>
      <w:tr w:rsidR="00A0774E" w14:paraId="12F72781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8EEB3E" w14:textId="77777777" w:rsidR="00A0774E" w:rsidRDefault="00A0774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E3A65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71BC3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REAL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4E44A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REAL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AC76C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54E43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REAL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C4EA5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REAL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5F51A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REAL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CBDD5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REAL</w:t>
            </w:r>
          </w:p>
        </w:tc>
      </w:tr>
      <w:tr w:rsidR="00A0774E" w14:paraId="520E0C18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B32B9F" w14:textId="77777777" w:rsidR="00A0774E" w:rsidRDefault="00A0774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9D4F9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037C7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C9EF6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F292C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F6550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29D5B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F8F9A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8ED85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</w:tr>
      <w:tr w:rsidR="00A0774E" w14:paraId="5BBA2AEF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F2DF0A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2003-04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63792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2C4E3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30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C2A8B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451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D0636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82533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46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BF34E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704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5E610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39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BD503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628</w:t>
            </w:r>
          </w:p>
        </w:tc>
      </w:tr>
      <w:tr w:rsidR="00A0774E" w14:paraId="0C74B87E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0E097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2004-05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8CD5C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F1B6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EDF8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6DF92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FD42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EB97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12E8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5FBA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557</w:t>
            </w:r>
          </w:p>
        </w:tc>
      </w:tr>
      <w:tr w:rsidR="00A0774E" w14:paraId="227D5811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D6834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2005-06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771BE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762F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1B79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0F966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0AEF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9F40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84E4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4FB2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313</w:t>
            </w:r>
          </w:p>
        </w:tc>
      </w:tr>
      <w:tr w:rsidR="00A0774E" w14:paraId="6DE0DE76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A854C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2006-07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CA010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9671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8BA8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DAF15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689D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5BC4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7CB8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CF61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301</w:t>
            </w:r>
          </w:p>
        </w:tc>
      </w:tr>
      <w:tr w:rsidR="00A0774E" w14:paraId="098BC9D3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C3480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2007-08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AF3BC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9588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B1DB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40EE6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064C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AA9F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A6CD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1E5A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435</w:t>
            </w:r>
          </w:p>
        </w:tc>
      </w:tr>
      <w:tr w:rsidR="00A0774E" w14:paraId="63D917A4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CA49D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2008-09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8095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F61C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A243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FECF5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6498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2C7F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15F2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0D85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485</w:t>
            </w:r>
          </w:p>
        </w:tc>
      </w:tr>
      <w:tr w:rsidR="00A0774E" w14:paraId="2487FE0C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6CD04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2009-10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7F54F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EB56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5EA2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9F50C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EB85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635A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A66F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22C2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367</w:t>
            </w:r>
          </w:p>
        </w:tc>
      </w:tr>
      <w:tr w:rsidR="00A0774E" w14:paraId="3F57EEBE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29E10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2010-11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AAE57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3206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2502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D94F5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C623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3FB2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A4A5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5C98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789</w:t>
            </w:r>
          </w:p>
        </w:tc>
      </w:tr>
      <w:tr w:rsidR="00A0774E" w14:paraId="3B16E389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6EC6D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2011-12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CEFB7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9140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5E5A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C07F2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DB27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78F1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DB9D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4012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464</w:t>
            </w:r>
          </w:p>
        </w:tc>
      </w:tr>
      <w:tr w:rsidR="00A0774E" w14:paraId="5347404D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23C8B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2012-13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D845C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F91A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81AB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9963C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9505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FD51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231F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84F8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332</w:t>
            </w:r>
          </w:p>
        </w:tc>
      </w:tr>
      <w:tr w:rsidR="00A0774E" w14:paraId="1550B853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7ABB6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2013-14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74AB7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E406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E67E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8C26A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B300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1F4F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4296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A3A0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392</w:t>
            </w:r>
          </w:p>
        </w:tc>
      </w:tr>
      <w:tr w:rsidR="00A0774E" w14:paraId="5C02A356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BC049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2014-15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0A11A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539E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E786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0F786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8B81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007D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DB8F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1894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553</w:t>
            </w:r>
          </w:p>
        </w:tc>
      </w:tr>
      <w:tr w:rsidR="00A0774E" w14:paraId="5001C835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410B9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2015-16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6732B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1094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0BC7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F830B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7169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D89E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50C7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14DA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815</w:t>
            </w:r>
          </w:p>
        </w:tc>
      </w:tr>
      <w:tr w:rsidR="00A0774E" w14:paraId="0EBD123A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6A826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2016-17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18970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6604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C9E4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43605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D413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FE93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7A58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A205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865</w:t>
            </w:r>
          </w:p>
        </w:tc>
      </w:tr>
      <w:tr w:rsidR="00A0774E" w14:paraId="5A9D585F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71008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2017-18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2E23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147A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AE74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CB4B8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1E56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DF18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918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C97A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66AA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1627</w:t>
            </w:r>
          </w:p>
        </w:tc>
      </w:tr>
      <w:tr w:rsidR="00A0774E" w14:paraId="072C5AED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54248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2018-19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0A498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B47F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87D8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94F02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CE3D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2859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0E78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28B8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601</w:t>
            </w:r>
          </w:p>
        </w:tc>
      </w:tr>
      <w:tr w:rsidR="00A0774E" w14:paraId="372970A8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A8EBA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2019-20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65FA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460D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7669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ACB30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5D77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BD4B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169D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A0B4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831</w:t>
            </w:r>
          </w:p>
        </w:tc>
      </w:tr>
      <w:tr w:rsidR="00A0774E" w14:paraId="10953024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D3AD8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2020-21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B40AD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1110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B7DC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972AA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4B5A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CE40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930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958F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A7B9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1061</w:t>
            </w:r>
          </w:p>
        </w:tc>
      </w:tr>
      <w:tr w:rsidR="00A0774E" w14:paraId="66389AA2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64839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2021-22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19C9C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5F4D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3028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A1664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DD68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0433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992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489E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E737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1188</w:t>
            </w:r>
          </w:p>
        </w:tc>
      </w:tr>
      <w:tr w:rsidR="00A0774E" w14:paraId="48F34243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9124A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2022-23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38C2E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9B2C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0B11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B690B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DA42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298A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BA9A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B467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743</w:t>
            </w:r>
          </w:p>
        </w:tc>
      </w:tr>
      <w:tr w:rsidR="00A0774E" w14:paraId="3DA183DB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41D6F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2023-24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E168C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7E3F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566F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F150B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B1C0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315C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AA77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C2CF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917</w:t>
            </w:r>
          </w:p>
        </w:tc>
      </w:tr>
      <w:tr w:rsidR="00A0774E" w14:paraId="678D5717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4C396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2024-25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43243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D25A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DC5F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356D9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BB58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4AD4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BB31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5C0D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282</w:t>
            </w:r>
          </w:p>
        </w:tc>
      </w:tr>
      <w:tr w:rsidR="00A0774E" w14:paraId="5C8CC6AB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52EBF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2025-26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34328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8476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B4DC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80E40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B7DA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3A96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A1A4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4210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378</w:t>
            </w:r>
          </w:p>
        </w:tc>
      </w:tr>
      <w:tr w:rsidR="00A0774E" w14:paraId="7594FEBA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AE81A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B10DA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66AB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CEE8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CBB81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6280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EE84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544F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6F9A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649</w:t>
            </w:r>
          </w:p>
        </w:tc>
      </w:tr>
      <w:tr w:rsidR="00A0774E" w14:paraId="5388E15F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FD1BB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Note: ‘Real’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1DC0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dollar values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5BD5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are the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2AF7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nominal values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54CD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converted to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6F77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2025-26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451E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dollar equivalents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A2E0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by the C.P.I. to allow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78BA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for inflation.</w:t>
            </w:r>
          </w:p>
        </w:tc>
      </w:tr>
    </w:tbl>
    <w:p w14:paraId="453AD67F" w14:textId="77777777" w:rsidR="00A0774E" w:rsidRDefault="00AB080A">
      <w:r>
        <w:lastRenderedPageBreak/>
        <w:br w:type="page"/>
      </w:r>
    </w:p>
    <w:p w14:paraId="7D43AFEF" w14:textId="77777777" w:rsidR="00A0774E" w:rsidRDefault="00AB080A">
      <w:pPr>
        <w:pStyle w:val="Heading1"/>
      </w:pPr>
      <w:r>
        <w:lastRenderedPageBreak/>
        <w:t>Table B20</w:t>
      </w:r>
    </w:p>
    <w:p w14:paraId="28C14FF3" w14:textId="77777777" w:rsidR="00A0774E" w:rsidRDefault="00AB080A">
      <w:pPr>
        <w:pStyle w:val="Heading2"/>
      </w:pPr>
      <w:r>
        <w:t>Report appendix page 52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B20"/>
        <w:tblDescription w:val="Data table extracted from the 2025-26 Livestock Farm Monitor Project annual report appendix."/>
      </w:tblPr>
      <w:tblGrid>
        <w:gridCol w:w="1539"/>
        <w:gridCol w:w="1539"/>
        <w:gridCol w:w="1539"/>
        <w:gridCol w:w="1539"/>
        <w:gridCol w:w="1539"/>
        <w:gridCol w:w="1539"/>
        <w:gridCol w:w="1539"/>
        <w:gridCol w:w="1539"/>
        <w:gridCol w:w="1539"/>
        <w:gridCol w:w="1539"/>
      </w:tblGrid>
      <w:tr w:rsidR="00A0774E" w14:paraId="7C424552" w14:textId="77777777">
        <w:trPr>
          <w:tblHeader/>
          <w:jc w:val="center"/>
        </w:trPr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24D4F4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Historic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0A468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Data For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411B4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Selected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C0A2C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Enterprise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325FE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Measures –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94E04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South West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6CDDB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82416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1394F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466FF7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47D057F7" w14:textId="77777777">
        <w:trPr>
          <w:tblHeader/>
          <w:jc w:val="center"/>
        </w:trPr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6A5EE4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Year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C70D4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Stocking Rate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55E67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7826F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Wool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7CD98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Sheep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B2088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FDFFE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Prime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E369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917FF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Beef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E6442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Cattle</w:t>
            </w:r>
          </w:p>
        </w:tc>
      </w:tr>
      <w:tr w:rsidR="00A0774E" w14:paraId="1D5C15F8" w14:textId="77777777">
        <w:trPr>
          <w:tblHeader/>
          <w:jc w:val="center"/>
        </w:trPr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CB7E7E" w14:textId="77777777" w:rsidR="00A0774E" w:rsidRDefault="00A0774E">
            <w:pPr>
              <w:spacing w:after="0" w:line="240" w:lineRule="auto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C060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42AED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3B667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Wool Cut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D6F20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1071C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E9BAB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 Sale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AC7C4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29B25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ABDD7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 Sale</w:t>
            </w:r>
          </w:p>
        </w:tc>
      </w:tr>
      <w:tr w:rsidR="00A0774E" w14:paraId="3787618B" w14:textId="77777777">
        <w:trPr>
          <w:tblHeader/>
          <w:jc w:val="center"/>
        </w:trPr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C3889B" w14:textId="77777777" w:rsidR="00A0774E" w:rsidRDefault="00A0774E">
            <w:pPr>
              <w:spacing w:after="0" w:line="240" w:lineRule="auto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5CA76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8E24D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Micron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28BFA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(Gr.)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4C1D5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Wool Price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0E5FA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77993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Price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3D211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2AD72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Calving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8CD9A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Price</w:t>
            </w:r>
          </w:p>
        </w:tc>
      </w:tr>
      <w:tr w:rsidR="00A0774E" w14:paraId="321BED55" w14:textId="77777777">
        <w:trPr>
          <w:tblHeader/>
          <w:jc w:val="center"/>
        </w:trPr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B5E50A" w14:textId="77777777" w:rsidR="00A0774E" w:rsidRDefault="00A0774E">
            <w:pPr>
              <w:spacing w:after="0" w:line="240" w:lineRule="auto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209EC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78129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6DB33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825EE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REAL ($/Kg)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80077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ABD6D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REAL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5D07A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FBC24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58D62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REAL</w:t>
            </w:r>
          </w:p>
        </w:tc>
      </w:tr>
      <w:tr w:rsidR="00A0774E" w14:paraId="72CA4BED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6CB004" w14:textId="77777777" w:rsidR="00A0774E" w:rsidRDefault="00A0774E">
            <w:pPr>
              <w:spacing w:after="0" w:line="240" w:lineRule="auto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A977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DSE/HA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47040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736A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kg/ha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D2FD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Greasy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476E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6260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($/HD)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1F99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3D9E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FBED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$/HD)</w:t>
            </w:r>
          </w:p>
        </w:tc>
      </w:tr>
      <w:tr w:rsidR="00A0774E" w14:paraId="40E81876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CFB77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2003-04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BE07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16.0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2542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19.4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741D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AE1F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F9DB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6455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2ADB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42D2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967A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1,224</w:t>
            </w:r>
          </w:p>
        </w:tc>
      </w:tr>
      <w:tr w:rsidR="00A0774E" w14:paraId="0EB6E2D2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FF4B5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2004-05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FA5F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15.8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1DB8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19.2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3A63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186B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9.6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EEE5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DEFF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0A42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99%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9FA5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9ED0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1,288</w:t>
            </w:r>
          </w:p>
        </w:tc>
      </w:tr>
      <w:tr w:rsidR="00A0774E" w14:paraId="1C717418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28517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2005-06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C9AD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15.5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198E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8498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CA5D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9.5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6940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ED10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992C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107%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485D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3236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1,145</w:t>
            </w:r>
          </w:p>
        </w:tc>
      </w:tr>
      <w:tr w:rsidR="00A0774E" w14:paraId="26991868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7F825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2006-07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B7A0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14.6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96A7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AB4D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CEB3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D822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BCA8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A5C5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90DC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89%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6B97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854</w:t>
            </w:r>
          </w:p>
        </w:tc>
      </w:tr>
      <w:tr w:rsidR="00A0774E" w14:paraId="555588EA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4A0BA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2007-08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AEA0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56C2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705E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D5D3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30CA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E787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34DA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101%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A8DC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146A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951</w:t>
            </w:r>
          </w:p>
        </w:tc>
      </w:tr>
      <w:tr w:rsidR="00A0774E" w14:paraId="7C485295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725BE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2008-09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3CF0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16.2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F0DB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0F4A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A50C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9.8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DDA3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D942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CAAB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110%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3194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1846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1,140</w:t>
            </w:r>
          </w:p>
        </w:tc>
      </w:tr>
      <w:tr w:rsidR="00A0774E" w14:paraId="015C03D0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95071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2009-10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3E5C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16.0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77C4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B866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3432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9.9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8D98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1779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8D42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104%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2A8B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3333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1,059</w:t>
            </w:r>
          </w:p>
        </w:tc>
      </w:tr>
      <w:tr w:rsidR="00A0774E" w14:paraId="063E0FED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0AE79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2010-11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62FF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15.8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E786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25A2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CFC0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13.9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257D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5DB3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BE5E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101%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3A32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9DFE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1,251</w:t>
            </w:r>
          </w:p>
        </w:tc>
      </w:tr>
      <w:tr w:rsidR="00A0774E" w14:paraId="7C866888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F5BBB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2011-12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2FDD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15.3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4FBA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A926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465D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12.7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72AC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5703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4037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112%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ABA2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88CF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1,116</w:t>
            </w:r>
          </w:p>
        </w:tc>
      </w:tr>
      <w:tr w:rsidR="00A0774E" w14:paraId="38DAFCAF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65314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2012-13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1F4A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15.4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6F75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EB4A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8B2A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F98A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39AB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6761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108%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14CB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DF84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933</w:t>
            </w:r>
          </w:p>
        </w:tc>
      </w:tr>
      <w:tr w:rsidR="00A0774E" w14:paraId="7FDF3DB7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1CA45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2013-14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DA2E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15.0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3C45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51D6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8DA0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56A1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9043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858C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102%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59B4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77D2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1,001</w:t>
            </w:r>
          </w:p>
        </w:tc>
      </w:tr>
      <w:tr w:rsidR="00A0774E" w14:paraId="03C32451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4F929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2014-15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B851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14.8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2310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3CDB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BD0D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C903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9B95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CF44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116%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791B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255F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1,061</w:t>
            </w:r>
          </w:p>
        </w:tc>
      </w:tr>
      <w:tr w:rsidR="00A0774E" w14:paraId="15068DCD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54EEA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2015-16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542B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14.0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0735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A6F4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F516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7622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81%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0D10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3AEB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117%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6599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93%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C9F6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1,486</w:t>
            </w:r>
          </w:p>
        </w:tc>
      </w:tr>
      <w:tr w:rsidR="00A0774E" w14:paraId="33E051BB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7A9DC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2016-17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02DC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15.5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CCC1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1B38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64DA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15.3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2070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95D5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26B1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112%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649F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4D19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1,885</w:t>
            </w:r>
          </w:p>
        </w:tc>
      </w:tr>
      <w:tr w:rsidR="00A0774E" w14:paraId="5C3553AA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AC3B0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2017-18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60D8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54FA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112B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BB43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287F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AF82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407C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115%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035E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91%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5B14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1,746</w:t>
            </w:r>
          </w:p>
        </w:tc>
      </w:tr>
      <w:tr w:rsidR="00A0774E" w14:paraId="53A451CF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D795A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2018-19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94C2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F916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E241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02A8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16.8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1329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3A48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0D4C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116%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3103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6661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1,510</w:t>
            </w:r>
          </w:p>
        </w:tc>
      </w:tr>
      <w:tr w:rsidR="00A0774E" w14:paraId="67A735E5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E341F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2019-20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67BE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14.9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0935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518C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8CAD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13.2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E5AC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2300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D7FC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116%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FFBD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271D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1,812</w:t>
            </w:r>
          </w:p>
        </w:tc>
      </w:tr>
      <w:tr w:rsidR="00A0774E" w14:paraId="794FC4A5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CB7EB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2020-21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C800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15.0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C345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5E9A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5034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14.6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EBEC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91%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CDFB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35B3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125%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43F9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B8B6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2,298</w:t>
            </w:r>
          </w:p>
        </w:tc>
      </w:tr>
      <w:tr w:rsidR="00A0774E" w14:paraId="33A18F66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37E0A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2021-22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B26A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14.7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AB44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6ECF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293F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7339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91%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6821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D4FA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127%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8E60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2543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2,723</w:t>
            </w:r>
          </w:p>
        </w:tc>
      </w:tr>
      <w:tr w:rsidR="00A0774E" w14:paraId="410D384C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07103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2022-23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054D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15.7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825E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82C1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4C61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13.6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4989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93%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1E2F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1F4E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123%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0188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EA49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2,351</w:t>
            </w:r>
          </w:p>
        </w:tc>
      </w:tr>
      <w:tr w:rsidR="00A0774E" w14:paraId="5ABF87F4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35885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2023-24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BC25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16.1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E768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992B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215D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FCE7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521F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8907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120%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F18A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5B11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1,523</w:t>
            </w:r>
          </w:p>
        </w:tc>
      </w:tr>
      <w:tr w:rsidR="00A0774E" w14:paraId="7F4D6DCF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CF864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2024-25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5EA4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14.0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D540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29D7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4D63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FF15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DC1A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016C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121%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A6C7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4947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1,610</w:t>
            </w:r>
          </w:p>
        </w:tc>
      </w:tr>
      <w:tr w:rsidR="00A0774E" w14:paraId="3058A8C5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7A905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2025-26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FF3F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13.5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3313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734F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BEF8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13.9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4AC7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C4F6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3746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113%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8825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2061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2,090</w:t>
            </w:r>
          </w:p>
        </w:tc>
      </w:tr>
      <w:tr w:rsidR="00A0774E" w14:paraId="1E07BFA3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4F5CE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AC64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15.5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9A9C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7FA4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CCCA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12.4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9279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478B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CA2F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111%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94E1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8DBF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1,481</w:t>
            </w:r>
          </w:p>
        </w:tc>
      </w:tr>
      <w:tr w:rsidR="00A0774E" w14:paraId="3E0451C7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4F84F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Note: ‘Real’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ACCC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dollar values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38A7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are the nominal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9169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values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8956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converted to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C74D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2025-26 dollar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EC77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equivalents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A421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by the C.P.I.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976D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 allow for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4ECC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inflation.</w:t>
            </w:r>
          </w:p>
        </w:tc>
      </w:tr>
    </w:tbl>
    <w:p w14:paraId="46C20846" w14:textId="77777777" w:rsidR="00A0774E" w:rsidRDefault="00AB080A">
      <w:r>
        <w:br w:type="page"/>
      </w:r>
    </w:p>
    <w:p w14:paraId="1CC43C20" w14:textId="77777777" w:rsidR="00A0774E" w:rsidRDefault="00AB080A">
      <w:pPr>
        <w:pStyle w:val="Heading1"/>
      </w:pPr>
      <w:r>
        <w:lastRenderedPageBreak/>
        <w:t>Table C1</w:t>
      </w:r>
    </w:p>
    <w:p w14:paraId="2F43512C" w14:textId="77777777" w:rsidR="00A0774E" w:rsidRDefault="00AB080A">
      <w:pPr>
        <w:pStyle w:val="Heading2"/>
      </w:pPr>
      <w:r>
        <w:t>Report appendix page 53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C1"/>
        <w:tblDescription w:val="Data table extracted from the 2025-26 Livestock Farm Monitor Project annual report appendix."/>
      </w:tblPr>
      <w:tblGrid>
        <w:gridCol w:w="1026"/>
        <w:gridCol w:w="1026"/>
        <w:gridCol w:w="1026"/>
        <w:gridCol w:w="1028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</w:tblGrid>
      <w:tr w:rsidR="00A0774E" w14:paraId="462B92D0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8DCBA4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CA376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Whole-farm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BD638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Profit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A039D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Performance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D6BF8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7D4A4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 Northern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98134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29A56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BB22E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35F00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44F6C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BD2FA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D8F1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B3D14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712880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3B6A1ECD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AC0703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95C29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565BF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13E9E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01197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3A95D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Earnings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93280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72927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69D2D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CA8CB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85706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35AEC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7EEB3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11D4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0D4056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4B17B212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2C662D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58C60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Gross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B1FA2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D6441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FF20B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96D7B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before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DE22A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E544A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Interest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87938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33B29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56C05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1E9F8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D9EB0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1A839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3666EF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5733606D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172ECF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6BA5F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CB151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Variable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F46F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53C2A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Overhead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5E234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Interest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7B581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F0592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lease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9825D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Net 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F0CE0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Return on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1C8E0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Return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807D5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54C58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Variable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298C2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F2870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Overhead</w:t>
            </w:r>
          </w:p>
        </w:tc>
      </w:tr>
      <w:tr w:rsidR="00A0774E" w14:paraId="6691E1B1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070E9C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No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C86EC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4ECF0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68968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64B82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F97F9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and Tax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A0B2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E7E3A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14F17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7FD80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Assets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8FDCD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Equity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18CCF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7C394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 ratio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AD79D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28C17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 ratio</w:t>
            </w:r>
          </w:p>
        </w:tc>
      </w:tr>
      <w:tr w:rsidR="00A0774E" w14:paraId="0699F47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8C34D2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D316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21B7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8CED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7E4D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725F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CCA1C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66F8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5563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C715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95F5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F99B8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D16A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VC/GFI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DE824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3822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OH/GFI</w:t>
            </w:r>
          </w:p>
        </w:tc>
      </w:tr>
      <w:tr w:rsidR="00A0774E" w14:paraId="7FA89BF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45705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F2DE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5CC5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1B9EE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AB24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970D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ED51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4A1A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D98B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BC3A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2.9%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127B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18621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7729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7E039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5D41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0.13</w:t>
            </w:r>
          </w:p>
        </w:tc>
      </w:tr>
      <w:tr w:rsidR="00A0774E" w14:paraId="3B68C20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73E8C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N586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B543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FABE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5F8DB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CD2B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1095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344AA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20C4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1D83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4C00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ACBD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EE284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8CB4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073AE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6B7B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0.32</w:t>
            </w:r>
          </w:p>
        </w:tc>
      </w:tr>
      <w:tr w:rsidR="00A0774E" w14:paraId="5CC3A3B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E9650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N589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D6BF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779D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DF9EF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E141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9867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C32AE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5226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A39D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-329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CF0D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-1.0%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3AF3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-1.5%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913E9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1B7E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D3A51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706A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0.95</w:t>
            </w:r>
          </w:p>
        </w:tc>
      </w:tr>
      <w:tr w:rsidR="00A0774E" w14:paraId="73350FB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6CD9E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F164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ADBD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3CF8D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2270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4B3A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07A45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3767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99F6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9C7B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3F42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D3DF8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331C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E0028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CCA0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0.27</w:t>
            </w:r>
          </w:p>
        </w:tc>
      </w:tr>
      <w:tr w:rsidR="00A0774E" w14:paraId="2E8920D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A9679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N616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F863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1695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7E0BB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94BD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2B5D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B0555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C5EA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C6F3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6684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EB64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-1.0%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76F01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E5C9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70D65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DCD9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0.40</w:t>
            </w:r>
          </w:p>
        </w:tc>
      </w:tr>
      <w:tr w:rsidR="00A0774E" w14:paraId="51A438A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BD7E9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N630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AF5B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4996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2A2A6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AAB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8263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21DF1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77BF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0AFA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29C6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0.8%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AA93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F13EA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FD53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783BB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98F2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0.47</w:t>
            </w:r>
          </w:p>
        </w:tc>
      </w:tr>
      <w:tr w:rsidR="00A0774E" w14:paraId="135C997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1D9D1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N688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20F1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CF03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CE219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EBEB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B7B1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1D6C9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DBFB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4E45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CC8A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1.8%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DCC7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DB382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050A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6819C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B225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0.26</w:t>
            </w:r>
          </w:p>
        </w:tc>
      </w:tr>
      <w:tr w:rsidR="00A0774E" w14:paraId="495D59F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7863D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N707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9B01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90AA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EF75E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8BD3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4B02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988F7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C5B8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3B5E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92EB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4FB6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258E7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D79F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06799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72F6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0.23</w:t>
            </w:r>
          </w:p>
        </w:tc>
      </w:tr>
      <w:tr w:rsidR="00A0774E" w14:paraId="279E5AA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51A12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N708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A09D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D392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99B3B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9112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80C0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557C7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9563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25BB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8F6F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C415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689FC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C5E8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6F05A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39C7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0.29</w:t>
            </w:r>
          </w:p>
        </w:tc>
      </w:tr>
      <w:tr w:rsidR="00A0774E" w14:paraId="1EA7779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07FE6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N745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B676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EFCD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9C52C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203C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BCDB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408CB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631B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11A2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80E9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9893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60B6D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5398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21334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B8C6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0.36</w:t>
            </w:r>
          </w:p>
        </w:tc>
      </w:tr>
      <w:tr w:rsidR="00A0774E" w14:paraId="0701C83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A44CC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N802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213A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2667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D283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0070D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F64A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A4C6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-167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539E0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E1C7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C1E1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-572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FFFB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-1.1%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5093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-7.1%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27F5B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0AE3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D9780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DEFF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0.32</w:t>
            </w:r>
          </w:p>
        </w:tc>
      </w:tr>
      <w:tr w:rsidR="00A0774E" w14:paraId="7DA10A7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69A74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4391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248C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20139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9D81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7DAA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0671A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438E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CE0F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2EFA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-0.2%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4A43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-0.2%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1BA4C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8E02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057A6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3663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0.79</w:t>
            </w:r>
          </w:p>
        </w:tc>
      </w:tr>
      <w:tr w:rsidR="00A0774E" w14:paraId="3128BE5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1A7B1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F062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1591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0506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C987B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6956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31B0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54E8F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7B3E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29DE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3A09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9C70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A1BF7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3B56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7FE2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33FA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0.48</w:t>
            </w:r>
          </w:p>
        </w:tc>
      </w:tr>
      <w:tr w:rsidR="00A0774E" w14:paraId="74F5001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1B213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D52B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00C0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D408B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5E25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D53A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-566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2D158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A056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2FDA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-580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F0B2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-4.1%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010C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-4.4%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41A2B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0D12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8839C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1CAB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2.07</w:t>
            </w:r>
          </w:p>
        </w:tc>
      </w:tr>
      <w:tr w:rsidR="00A0774E" w14:paraId="267AB2F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12814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F636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990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9089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EBFCD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5058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609C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-468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660D8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20E4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DBBC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-531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D562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-2.0%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29C2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-2.3%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0ED32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C6F2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52245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480F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0.91</w:t>
            </w:r>
          </w:p>
        </w:tc>
      </w:tr>
      <w:tr w:rsidR="00A0774E" w14:paraId="638C215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31BA5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C5EC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0534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CA8F9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F2F3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76AA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69DDD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70C5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582F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2539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13E2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4.4%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F3125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13C7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C8656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E75A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0.19</w:t>
            </w:r>
          </w:p>
        </w:tc>
      </w:tr>
      <w:tr w:rsidR="00A0774E" w14:paraId="0B96C08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E7B41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F493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D111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8A35C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3E6A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938A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-206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27813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94D1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2E6B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-206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D5BF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-0.9%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2393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-19.7%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E1E73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70F1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FAA76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F54C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0.92</w:t>
            </w:r>
          </w:p>
        </w:tc>
      </w:tr>
      <w:tr w:rsidR="00A0774E" w14:paraId="624D74B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64CD3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2280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BA5B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53FF5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7750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5AD2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39DEF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2CAA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840D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053A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1.4%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AE1A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1.4%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34B70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5F19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61608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C0AA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0.35</w:t>
            </w:r>
          </w:p>
        </w:tc>
      </w:tr>
      <w:tr w:rsidR="00A0774E" w14:paraId="5325C39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83475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5439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3C66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2E108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3C38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498D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CA821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EEC1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765E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06C0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-0.9%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12FF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-1.1%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CDBEC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1CA3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CB4C9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4716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0.64</w:t>
            </w:r>
          </w:p>
        </w:tc>
      </w:tr>
      <w:tr w:rsidR="00A0774E" w14:paraId="351042A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CD740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E870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218D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4060F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D3EE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64C1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673D2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A1CE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7023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990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0F40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1C80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6BCCF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A350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59516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95EF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0.27</w:t>
            </w:r>
          </w:p>
        </w:tc>
      </w:tr>
      <w:tr w:rsidR="00A0774E" w14:paraId="060C701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DAEB9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8E07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C2CA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DC033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747C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E839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E75BD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BAA9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F484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8C43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0.6%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12AB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0.6%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5983E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2502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E6E8B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7BCA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0.40</w:t>
            </w:r>
          </w:p>
        </w:tc>
      </w:tr>
      <w:tr w:rsidR="00A0774E" w14:paraId="1D35C39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35224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701A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A79A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E25F9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79B0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86EB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0F979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3770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E471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D154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A320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55.9%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29114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8853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E691B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7095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0.22</w:t>
            </w:r>
          </w:p>
        </w:tc>
      </w:tr>
      <w:tr w:rsidR="00A0774E" w14:paraId="291DD9E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9DBE7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A1AF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1190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D8B4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9FCA7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282A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FECA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BC82E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F69B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B2B7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42AA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A297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A4F0C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B4D8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E5960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B8A8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0.55</w:t>
            </w:r>
          </w:p>
        </w:tc>
      </w:tr>
      <w:tr w:rsidR="00A0774E" w14:paraId="74D15CD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3C7E4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N1044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C464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5310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B39C4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8045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06D2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D70C3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FB86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700A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3D32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CA9D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035F1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639D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93501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74B8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0.37</w:t>
            </w:r>
          </w:p>
        </w:tc>
      </w:tr>
      <w:tr w:rsidR="00A0774E" w14:paraId="0FC8F06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E37F8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9FDB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C2C9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BC559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2C2A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54C3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CCB81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C05F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221A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5AC2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D8D2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11612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C811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634F0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DC0C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0.29</w:t>
            </w:r>
          </w:p>
        </w:tc>
      </w:tr>
      <w:tr w:rsidR="00A0774E" w14:paraId="615B26E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BC5B2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0244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1594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1398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BCBD3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B455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31AA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5491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5CF0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9369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35A1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1.6%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7C16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0.6%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678DA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B2F7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C3035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6540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0.53</w:t>
            </w:r>
          </w:p>
        </w:tc>
      </w:tr>
      <w:tr w:rsidR="00A0774E" w14:paraId="65BD6DF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F06D1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9611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20B4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C4AE5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6139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D705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FE1F3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FF4A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CF92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3217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-0.8%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BD50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-1.0%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B459B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E373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DDD4D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3B08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0.73</w:t>
            </w:r>
          </w:p>
        </w:tc>
      </w:tr>
      <w:tr w:rsidR="00A0774E" w14:paraId="2E1B94D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3193A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FB04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ED51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5BAFF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7AF0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7965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2B484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8109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5C7D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3526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2025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-0.9%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56200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188D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0BA84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4495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0.58</w:t>
            </w:r>
          </w:p>
        </w:tc>
      </w:tr>
      <w:tr w:rsidR="00A0774E" w14:paraId="717D38B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2A16D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BAC6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6167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C0C8E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E8E4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9F13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A992A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6B5F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44BE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-623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4999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-0.4%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9028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-7.8%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73017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0B80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5550D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0AD4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0.61</w:t>
            </w:r>
          </w:p>
        </w:tc>
      </w:tr>
      <w:tr w:rsidR="00A0774E" w14:paraId="1C4C08A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F4ED4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3F13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CAF9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D9F3F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7002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207B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2348A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A691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3221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4A98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BF64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891EF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760E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1CC82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365A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0.51</w:t>
            </w:r>
          </w:p>
        </w:tc>
      </w:tr>
    </w:tbl>
    <w:p w14:paraId="2BF3AEA1" w14:textId="77777777" w:rsidR="00A0774E" w:rsidRDefault="00AB080A">
      <w:r>
        <w:br w:type="page"/>
      </w:r>
    </w:p>
    <w:p w14:paraId="3E7F1B6C" w14:textId="77777777" w:rsidR="00A0774E" w:rsidRDefault="00AB080A">
      <w:pPr>
        <w:pStyle w:val="Heading1"/>
      </w:pPr>
      <w:r>
        <w:lastRenderedPageBreak/>
        <w:t>Table C2</w:t>
      </w:r>
    </w:p>
    <w:p w14:paraId="2D4BDC45" w14:textId="77777777" w:rsidR="00A0774E" w:rsidRDefault="00AB080A">
      <w:pPr>
        <w:pStyle w:val="Heading2"/>
      </w:pPr>
      <w:r>
        <w:t>Report appendix page 54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C2"/>
        <w:tblDescription w:val="Data table extracted from the 2025-26 Livestock Farm Monitor Project annual report appendix."/>
      </w:tblPr>
      <w:tblGrid>
        <w:gridCol w:w="1710"/>
        <w:gridCol w:w="1710"/>
        <w:gridCol w:w="1710"/>
        <w:gridCol w:w="1710"/>
        <w:gridCol w:w="1710"/>
        <w:gridCol w:w="1710"/>
        <w:gridCol w:w="1710"/>
        <w:gridCol w:w="1710"/>
        <w:gridCol w:w="1710"/>
      </w:tblGrid>
      <w:tr w:rsidR="00A0774E" w14:paraId="625F4BD8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4E1B55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Whole-farm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7B64A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Feed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D1D75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Information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3E77D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 Northern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89955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339AC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C497A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FAF50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97D8A7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57AD137D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ED7AC0" w14:textId="77777777" w:rsidR="00A0774E" w:rsidRDefault="00A0774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8B1D6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F493E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D9B17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Financial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7A322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Grazed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E372E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Homegrown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BC45E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Purchased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D3D4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821003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2C8F72BA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D1786E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05DB8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stocking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C342B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 financial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E2AEA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Year Rainfall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5356D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pasture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387BF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supp feed in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F842C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feed in the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262E1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Phosphorus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C3473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Phosphorus</w:t>
            </w:r>
          </w:p>
        </w:tc>
      </w:tr>
      <w:tr w:rsidR="00A0774E" w14:paraId="6E9487C7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31256F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No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75E15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rate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520A5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year rainfall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646A2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percentage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482D6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consumption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01E7A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the diet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2211A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diet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0CB8F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applied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1FDE0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applied</w:t>
            </w:r>
          </w:p>
        </w:tc>
      </w:tr>
      <w:tr w:rsidR="00A0774E" w14:paraId="3D0B3BD1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29DF25" w14:textId="77777777" w:rsidR="00A0774E" w:rsidRDefault="00A0774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62600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0B320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8C156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1F0EB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83DEE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% of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0A9FF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% of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A7264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74A5D8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50E019C1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028D6D" w14:textId="77777777" w:rsidR="00A0774E" w:rsidRDefault="00A0774E">
            <w:pPr>
              <w:spacing w:after="0" w:line="240" w:lineRule="auto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F879E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69243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9F9D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 of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63C50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8AA7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otal ME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39C9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total ME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031F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kg/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CFB1AE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22FA9786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48EE22" w14:textId="77777777" w:rsidR="00A0774E" w:rsidRDefault="00A0774E">
            <w:pPr>
              <w:spacing w:after="0" w:line="240" w:lineRule="auto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E473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DSE/ha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247E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mm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1456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average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3E9A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tDM/ha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B4C0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consumed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5AD1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consumed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285B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pasture ha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5424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 kg/DSE</w:t>
            </w:r>
          </w:p>
        </w:tc>
      </w:tr>
      <w:tr w:rsidR="00A0774E" w14:paraId="039A62A2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93B67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N584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CCA5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24.3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02E7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6796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0D1F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6.3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8BD6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BC19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29BD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56C3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</w:t>
            </w:r>
          </w:p>
        </w:tc>
      </w:tr>
      <w:tr w:rsidR="00A0774E" w14:paraId="2D7F563C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C68E1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N586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4696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7.2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18B1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6DC0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7B5F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1145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A577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EB33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2A6C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1.0</w:t>
            </w:r>
          </w:p>
        </w:tc>
      </w:tr>
      <w:tr w:rsidR="00A0774E" w14:paraId="2268036F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1C01C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N589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7D22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9443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FAFA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579C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2E6E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59AC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3140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7707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0.0</w:t>
            </w:r>
          </w:p>
        </w:tc>
      </w:tr>
      <w:tr w:rsidR="00A0774E" w14:paraId="0AB26FB6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5880C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N599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5243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14.1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F8C3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7629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2C3C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1D02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01A1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9DB7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9CD5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1.0</w:t>
            </w:r>
          </w:p>
        </w:tc>
      </w:tr>
      <w:tr w:rsidR="00A0774E" w14:paraId="757163F0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74568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N616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2983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ADEB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3A05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EE4C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0390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CAAF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A877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0233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2.1</w:t>
            </w:r>
          </w:p>
        </w:tc>
      </w:tr>
      <w:tr w:rsidR="00A0774E" w14:paraId="1EABB0FA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13E94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N630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E9CC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8.3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654C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3C1F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9745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5029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4DC8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0E68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DEB3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</w:t>
            </w:r>
          </w:p>
        </w:tc>
      </w:tr>
      <w:tr w:rsidR="00A0774E" w14:paraId="09B04FD8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B125F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N688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0B13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9.1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E8D5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52FE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0298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99E2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9D71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2229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A756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0.7</w:t>
            </w:r>
          </w:p>
        </w:tc>
      </w:tr>
      <w:tr w:rsidR="00A0774E" w14:paraId="07D04302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F3C52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N707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DFE9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15.3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0216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2814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B7FC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59C9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A3E4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71DD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5722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0.7</w:t>
            </w:r>
          </w:p>
        </w:tc>
      </w:tr>
      <w:tr w:rsidR="00A0774E" w14:paraId="6812CBD8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A7590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N708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0E34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13.2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FF56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9614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9C9D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4025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FDAF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5200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F257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1.2</w:t>
            </w:r>
          </w:p>
        </w:tc>
      </w:tr>
      <w:tr w:rsidR="00A0774E" w14:paraId="7888F0DB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23063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N745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B269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8B5D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8120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C869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88EF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59BD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CF43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6096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0.6</w:t>
            </w:r>
          </w:p>
        </w:tc>
      </w:tr>
      <w:tr w:rsidR="00A0774E" w14:paraId="2A479E06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8CE77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N802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9874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14.0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C9B6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65A5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80E9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60E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E22E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0E67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A155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</w:t>
            </w:r>
          </w:p>
        </w:tc>
      </w:tr>
      <w:tr w:rsidR="00A0774E" w14:paraId="7E3F3489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8613A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N1012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AD1F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91C0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9620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573E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00CB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8DE8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2C6F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C471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0.0</w:t>
            </w:r>
          </w:p>
        </w:tc>
      </w:tr>
      <w:tr w:rsidR="00A0774E" w14:paraId="406BF439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CF6DD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N1017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B5DD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0E7F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1149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43B4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71AC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E84F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32A7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4DC2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3B34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0.0</w:t>
            </w:r>
          </w:p>
        </w:tc>
      </w:tr>
      <w:tr w:rsidR="00A0774E" w14:paraId="04172AC8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84F85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N1023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38D0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13.1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A246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741A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2DC5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F1A4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48CC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E6E4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E20C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</w:t>
            </w:r>
          </w:p>
        </w:tc>
      </w:tr>
      <w:tr w:rsidR="00A0774E" w14:paraId="252F79D6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D0FB1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N1025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3DA9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13.6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A22E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E4A5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ADB1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6D6D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FE64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69BE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C308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</w:t>
            </w:r>
          </w:p>
        </w:tc>
      </w:tr>
      <w:tr w:rsidR="00A0774E" w14:paraId="2B24DDB6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61BCB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N1028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90A3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8.3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E6C1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8FF5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C5A1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D51A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707C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7106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11C0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1.5</w:t>
            </w:r>
          </w:p>
        </w:tc>
      </w:tr>
      <w:tr w:rsidR="00A0774E" w14:paraId="53E76F2E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5A4D0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4920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7.7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808D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AED4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24C5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A98F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FB5E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6A50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8E15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</w:t>
            </w:r>
          </w:p>
        </w:tc>
      </w:tr>
      <w:tr w:rsidR="00A0774E" w14:paraId="0702B607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A10E6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B265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19.0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E60E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1227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BA92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A2E8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B510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3C82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71A9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8100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0.8</w:t>
            </w:r>
          </w:p>
        </w:tc>
      </w:tr>
      <w:tr w:rsidR="00A0774E" w14:paraId="6062A3AC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0DD63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E044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8.7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C18B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04E4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C315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18FD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BCB6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B8AE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1742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0.0</w:t>
            </w:r>
          </w:p>
        </w:tc>
      </w:tr>
      <w:tr w:rsidR="00A0774E" w14:paraId="65F4E8E8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2DF14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8CF0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12.7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E302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711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D8AE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A694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8DAE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6B34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D52B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F6D9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</w:t>
            </w:r>
          </w:p>
        </w:tc>
      </w:tr>
      <w:tr w:rsidR="00A0774E" w14:paraId="0686A2A0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97FA4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6942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8.3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1B62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AD18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965F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CD61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2B72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C896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35DD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0.0</w:t>
            </w:r>
          </w:p>
        </w:tc>
      </w:tr>
      <w:tr w:rsidR="00A0774E" w14:paraId="5018C848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19870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5CF1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16.7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AF67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2E6F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8112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A61F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1EF3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765B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9B9E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</w:t>
            </w:r>
          </w:p>
        </w:tc>
      </w:tr>
      <w:tr w:rsidR="00A0774E" w14:paraId="0A99432A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C85D7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B609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8.8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8ADB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17EE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31F7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FE79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7F88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995D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9C48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1.1</w:t>
            </w:r>
          </w:p>
        </w:tc>
      </w:tr>
      <w:tr w:rsidR="00A0774E" w14:paraId="2CAA8862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B25D3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AF52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EB06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671C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BF12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2586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B016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6C30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7B63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</w:t>
            </w:r>
          </w:p>
        </w:tc>
      </w:tr>
      <w:tr w:rsidR="00A0774E" w14:paraId="08A6EEAD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3EF07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N1045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9BEF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23.6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3C2B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4B28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50F3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8D10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CBAA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5012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E949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0.7</w:t>
            </w:r>
          </w:p>
        </w:tc>
      </w:tr>
      <w:tr w:rsidR="00A0774E" w14:paraId="2C1E179E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1F101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B9AA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26.8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D106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919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E482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6B19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7.7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CAE2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6459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CB8E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2A55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</w:t>
            </w:r>
          </w:p>
        </w:tc>
      </w:tr>
      <w:tr w:rsidR="00A0774E" w14:paraId="5D55B617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7CCA4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N1056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6839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67DA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400D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6257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C091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977E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E768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9125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1.0</w:t>
            </w:r>
          </w:p>
        </w:tc>
      </w:tr>
      <w:tr w:rsidR="00A0774E" w14:paraId="7F83E38C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3774F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N1058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BF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A768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5C7B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0544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279F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2B1D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1296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2200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0.0</w:t>
            </w:r>
          </w:p>
        </w:tc>
      </w:tr>
      <w:tr w:rsidR="00A0774E" w14:paraId="6EAA4756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BD603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N1061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2180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4559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80E6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196C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67AD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7CD7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6507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EEA7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</w:t>
            </w:r>
          </w:p>
        </w:tc>
      </w:tr>
      <w:tr w:rsidR="00A0774E" w14:paraId="2ECC3D09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7F92B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2C8D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12.7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2A82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E532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D6A1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FF30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F0A5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F7CD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98ED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</w:t>
            </w:r>
          </w:p>
        </w:tc>
      </w:tr>
    </w:tbl>
    <w:p w14:paraId="6C4E519E" w14:textId="77777777" w:rsidR="00A0774E" w:rsidRDefault="00AB080A">
      <w:r>
        <w:br w:type="page"/>
      </w:r>
    </w:p>
    <w:p w14:paraId="139E01F4" w14:textId="77777777" w:rsidR="00A0774E" w:rsidRDefault="00AB080A">
      <w:pPr>
        <w:pStyle w:val="Heading1"/>
      </w:pPr>
      <w:r>
        <w:lastRenderedPageBreak/>
        <w:t>Table C3</w:t>
      </w:r>
    </w:p>
    <w:p w14:paraId="2FBDA251" w14:textId="77777777" w:rsidR="00A0774E" w:rsidRDefault="00AB080A">
      <w:pPr>
        <w:pStyle w:val="Heading2"/>
      </w:pPr>
      <w:r>
        <w:t>Report appendix page 55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C3"/>
        <w:tblDescription w:val="Data table extracted from the 2025-26 Livestock Farm Monitor Project annual report appendix."/>
      </w:tblPr>
      <w:tblGrid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</w:tblGrid>
      <w:tr w:rsidR="00A0774E" w14:paraId="79D259B2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08CB81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Pasture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73D1A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3FD46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 Northern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C5601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045FB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D9F2D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46BF0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1C73D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94232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16075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24122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D87C6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29D51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E07A1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B8C108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71664C82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C8035E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35F0C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640FD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C162E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FB4A9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69A8E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8146D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86697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87B94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Contract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DC47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7C1F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C80F2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F9DB0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556F0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91D35C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72125147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91FA21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35BB3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5B6D1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74015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Weed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642A1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Hay &amp;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B08DA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360CF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9C316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2015C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pasture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F1746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0C455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Other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CD59A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F5FC5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DF76A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D853C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</w:tr>
      <w:tr w:rsidR="00A0774E" w14:paraId="099E0EDD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C51125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2F981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EBDBB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59D2E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and pest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FBC6D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Silage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07524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Fuel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EBA45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0D5D5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C2155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renovation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B887E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Casual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43CEE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pasture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65C0D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A4168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Irrigation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002C4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pasture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AE87D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pasture</w:t>
            </w:r>
          </w:p>
        </w:tc>
      </w:tr>
      <w:tr w:rsidR="00A0774E" w14:paraId="38325062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ACD9FA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No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330D4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Fertiliser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92601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Seed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7D752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control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050DD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Making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F20BA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&amp;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B54E1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Oil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80EAE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C1262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operations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E20F9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labour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7C269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E20EF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64902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FA855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D9AF9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</w:tr>
      <w:tr w:rsidR="00A0774E" w14:paraId="486D637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42843C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D7DA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DF64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23B9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8B3F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07C25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B74F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8067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0F372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C46A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2830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EBE17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35EC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BEA2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6EA9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</w:tr>
      <w:tr w:rsidR="00A0774E" w14:paraId="186F9C9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8EBE0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1BEF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AE92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37FF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512B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10562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C521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91F39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3B02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D92B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6A6D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EAC3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51ED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1DCD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7318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</w:tr>
      <w:tr w:rsidR="00A0774E" w14:paraId="4D94FF3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D656B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N586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C8B3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9518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CC5A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AD1B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0BFB8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BCC2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8C257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866B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DAA1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7FF6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2BB85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4BBF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F84F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0965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</w:tr>
      <w:tr w:rsidR="00A0774E" w14:paraId="049C1AF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0EA79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N589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40D6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83FD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9B38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E447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A70DE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CE59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5944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563A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0CC1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78F9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0B0EA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3ED9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3392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906C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A0774E" w14:paraId="2B4D636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C3444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1E59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525B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7D6A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7364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D2B07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C9ED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AB05F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1113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3159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5639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F6D64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868F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3430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479C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</w:tr>
      <w:tr w:rsidR="00A0774E" w14:paraId="75E11E5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EB374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N616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B405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3717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9974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195E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438D5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91DC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B7C20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9C26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720B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3D93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49848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6F3E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C2C1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7858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</w:tr>
      <w:tr w:rsidR="00A0774E" w14:paraId="086C72B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553C9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N630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01DF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E01E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0AA7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C955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D8AAC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1D74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1ABA7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70BE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3AA9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8049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91735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03C7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FF9D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4AC4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</w:tr>
      <w:tr w:rsidR="00A0774E" w14:paraId="47BC626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78CD1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N688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5FB3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7DF8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C186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46A1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ADB9B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B94B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9D365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3B47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268E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46AE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A46DB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11A2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81C8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EC13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</w:tr>
      <w:tr w:rsidR="00A0774E" w14:paraId="5C28CD5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1852A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N707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288C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9CC9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DC19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C763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3872F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9FFF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17805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A398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1283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39FE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E1CB9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4BA0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5ABB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DECB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</w:tr>
      <w:tr w:rsidR="00A0774E" w14:paraId="69FA253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5B44B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N708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6842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BF91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3B4E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3BA1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B5748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438E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B2EE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6FCD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273A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ED3A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F4F92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080A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78E1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6C62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</w:tr>
      <w:tr w:rsidR="00A0774E" w14:paraId="4B0201F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72E4C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N745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BEB3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F08B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2860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0AC1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BD85C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C1C2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3CD91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600A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8F6D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5B49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14608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C6FE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0DBD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3908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</w:tr>
      <w:tr w:rsidR="00A0774E" w14:paraId="74DC494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13480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N802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BE73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67C2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9709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5820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EF39B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868B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B310D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9ABB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0DDB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AC28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A6415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25DD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A9C6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3978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</w:t>
            </w:r>
          </w:p>
        </w:tc>
      </w:tr>
      <w:tr w:rsidR="00A0774E" w14:paraId="4A49623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F33B5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37AA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98D2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DAE7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E821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5F013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BE92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F85B6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D70B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CE12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BB1D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763C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6BD6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2067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3B4E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7A50F15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4A780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EAA0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2B45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1B4C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6196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CB23E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2D09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D5DA4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2453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A710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3315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D9B56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119B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805D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8A00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</w:tr>
      <w:tr w:rsidR="00A0774E" w14:paraId="135F9E9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47472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81BE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7016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20DE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F56D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74C51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BA0E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C2642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8811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17B2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2156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125E1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B10E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944B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1E09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</w:tr>
      <w:tr w:rsidR="00A0774E" w14:paraId="0A13556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52C81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D2E2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4E52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B067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87C1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0BCD0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C601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24443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58E3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0FBA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7348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A7811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1102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965D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9DF0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</w:tr>
      <w:tr w:rsidR="00A0774E" w14:paraId="0B3125D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BFF13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967A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D5AD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7D34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5724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2D882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CDFD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71489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FBA3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A9FD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7EC0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AF3EB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06C9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6762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435C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</w:tr>
      <w:tr w:rsidR="00A0774E" w14:paraId="6ADEFF4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848AA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C73C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5C3D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A59A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1F8F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CDC71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5BF2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600E1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0980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97F5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AB7F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5068E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D527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52B1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68FD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</w:tr>
      <w:tr w:rsidR="00A0774E" w14:paraId="0D2DE16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F4A01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AE3C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555E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0757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BB27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EBB2D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389E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33B6C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F74A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EA68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BDB2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66445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58C6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D530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A2DE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</w:tr>
      <w:tr w:rsidR="00A0774E" w14:paraId="2DF0950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2C30B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5594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2454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C309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3D4E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0A5CC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950C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0CEFF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5F18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32EF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2372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E0571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798A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C65A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91BC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66BEAC8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92386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89F7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F037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86E0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62C3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E8F8D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9E34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5E819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9F25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6F56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4613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5E9F1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0987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A5CC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B3E0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</w:tr>
      <w:tr w:rsidR="00A0774E" w14:paraId="0DE7623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EE926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73A3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4BD2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D868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3E04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3D53A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BFA1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976EA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7CC9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5281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2C37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5F697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5DE0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8352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FB40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A0774E" w14:paraId="08FB05D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AFDCC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B4AC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5838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6D54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4CB3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9540F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EA5D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112D6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0763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771C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89CE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CC5C3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FB39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CC3E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998E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A0774E" w14:paraId="435E25A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1B825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64F6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4939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3BE4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CB89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6BE4A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2F4A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54C76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719D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A944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A9AC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5B982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E8CF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69AE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50EB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</w:tr>
      <w:tr w:rsidR="00A0774E" w14:paraId="3759EE6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D7805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N1044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6349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F70B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8531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D6F5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933AE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46BE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06282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3F7E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E75A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770C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23972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6B3F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5E24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9C89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</w:tr>
      <w:tr w:rsidR="00A0774E" w14:paraId="52CB220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1C201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06F1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6DDC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AE4D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EDF2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76283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F21D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58F47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A77F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DBDE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E596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D8A3C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10C6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94D8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5221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</w:t>
            </w:r>
          </w:p>
        </w:tc>
      </w:tr>
      <w:tr w:rsidR="00A0774E" w14:paraId="5A54A85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E6324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229F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59AA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FD5C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C3D7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39777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A99E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324EC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05A7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0046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9275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C336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09F7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797D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D8B2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</w:tr>
      <w:tr w:rsidR="00A0774E" w14:paraId="5D42A61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CA78F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8F0B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C08A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91EE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839C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1B56C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DDB9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1AE67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072F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AC9E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5949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6E52C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6AF0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A174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FD1C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</w:tr>
      <w:tr w:rsidR="00A0774E" w14:paraId="3FEAF89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E9A60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9247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C67E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EE49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964F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7C812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72DF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045FA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D5A4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266C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27C8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32E96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2FE0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BF3D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A66E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</w:tr>
      <w:tr w:rsidR="00A0774E" w14:paraId="655C368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4FF15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EA04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CE90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8BD9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173B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4192A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A2FE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1525C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565A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EAC2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2A61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FD4FB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E729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1D77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90F0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</w:tr>
      <w:tr w:rsidR="00A0774E" w14:paraId="510C0EC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A412D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736E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5053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AE18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FE4B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91481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86D6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DBC43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0294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03C5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C16A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17405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0D4B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213E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6B78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</w:tr>
    </w:tbl>
    <w:p w14:paraId="569F6525" w14:textId="77777777" w:rsidR="00A0774E" w:rsidRDefault="00AB080A">
      <w:r>
        <w:br w:type="page"/>
      </w:r>
    </w:p>
    <w:p w14:paraId="3BF82484" w14:textId="77777777" w:rsidR="00A0774E" w:rsidRDefault="00AB080A">
      <w:pPr>
        <w:pStyle w:val="Heading1"/>
      </w:pPr>
      <w:r>
        <w:lastRenderedPageBreak/>
        <w:t>Table C4</w:t>
      </w:r>
    </w:p>
    <w:p w14:paraId="399DC142" w14:textId="77777777" w:rsidR="00A0774E" w:rsidRDefault="00AB080A">
      <w:pPr>
        <w:pStyle w:val="Heading2"/>
      </w:pPr>
      <w:r>
        <w:t>Report appendix page 56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C4"/>
        <w:tblDescription w:val="Data table extracted from the 2025-26 Livestock Farm Monitor Project annual report appendix."/>
      </w:tblPr>
      <w:tblGrid>
        <w:gridCol w:w="1026"/>
        <w:gridCol w:w="1026"/>
        <w:gridCol w:w="1026"/>
        <w:gridCol w:w="1026"/>
        <w:gridCol w:w="1027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</w:tblGrid>
      <w:tr w:rsidR="00A0774E" w14:paraId="224B90AA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0BCAA1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69718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Overhead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354FB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40DDA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83268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Northern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6AF0D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A697C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1ADE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D2049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069DB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DCA02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F83CD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4249E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195E2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3D21EE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7F73CF03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F97E22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68B6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3E23A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EB503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70C91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E0186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16051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CED23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63A06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0CBB2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73873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Other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16B8C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cash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BC3AF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2EA27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Owner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1BAAC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</w:tr>
      <w:tr w:rsidR="00A0774E" w14:paraId="2163CADF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D998CF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C7F44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F2E85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Permanent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C7189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07E07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Repairs and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3A9C6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8FFD1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electricity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ECCF4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D940B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94AFF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30018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overhead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B8889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5DDBA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C18A9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operator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EE774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overhead</w:t>
            </w:r>
          </w:p>
        </w:tc>
      </w:tr>
      <w:tr w:rsidR="00A0774E" w14:paraId="7C475149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6A9732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No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3705E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staff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EA0CE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FD537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78688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maintenance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4FE58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25531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F0AA0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B7123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insurance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430C7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Rates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412EE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B23F2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2E453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Depreciation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230F3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labour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0BE46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 cost</w:t>
            </w:r>
          </w:p>
        </w:tc>
      </w:tr>
      <w:tr w:rsidR="00A0774E" w14:paraId="0B5CCCA0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064B23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7D740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D9031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594FD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57EE6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629BD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019B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C72FC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81DCD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01CB5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E3B5E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C565B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DAC87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49213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8B5C3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</w:tr>
      <w:tr w:rsidR="00A0774E" w14:paraId="5E9B755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22BD2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BFC01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38DE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CD90F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3E50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A2D95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7820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72062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6232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42A9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6995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8ED6D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D4F1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368F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1F23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272</w:t>
            </w:r>
          </w:p>
        </w:tc>
      </w:tr>
      <w:tr w:rsidR="00A0774E" w14:paraId="033ECF8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F1F91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N586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EE3A8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473B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C0D41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9649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9C47E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8022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A9BCA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B63D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5BE5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8825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24A2E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8A90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E964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AE13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336</w:t>
            </w:r>
          </w:p>
        </w:tc>
      </w:tr>
      <w:tr w:rsidR="00A0774E" w14:paraId="10D2B78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AC278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N589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74B2A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F63D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A453B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2C79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33BFE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55B0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6F3E7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BB50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04F0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79AD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0DD9E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6D6E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4265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353F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608</w:t>
            </w:r>
          </w:p>
        </w:tc>
      </w:tr>
      <w:tr w:rsidR="00A0774E" w14:paraId="6ACE53D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D739D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D3B7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2984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DFB1F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BBBC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36B90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65B2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86CB0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27F1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7A2E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477D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9635B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988C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5F23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D2EC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334</w:t>
            </w:r>
          </w:p>
        </w:tc>
      </w:tr>
      <w:tr w:rsidR="00A0774E" w14:paraId="4271CEA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73DC7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N616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DC937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125A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1A6CA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C729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94824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564B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A72DA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8E1C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E48D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27CB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C8D79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0478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9B37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A73A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343</w:t>
            </w:r>
          </w:p>
        </w:tc>
      </w:tr>
      <w:tr w:rsidR="00A0774E" w14:paraId="0F90302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12128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N630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5D4C1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3CC4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52152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01B5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AE547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EB38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ED816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895F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291A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E52E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33519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CCB0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AB01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702D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302</w:t>
            </w:r>
          </w:p>
        </w:tc>
      </w:tr>
      <w:tr w:rsidR="00A0774E" w14:paraId="7DAD60B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94D96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N688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663BC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114E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08660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3E57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B4B3D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6374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80E91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7A1C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A60B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21F1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37E22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EAC5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A03F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BCFF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230</w:t>
            </w:r>
          </w:p>
        </w:tc>
      </w:tr>
      <w:tr w:rsidR="00A0774E" w14:paraId="2E9D9C9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651EA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N707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54FCF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78D6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D794E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7954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AEEE6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FE00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622E6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9C28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DBB6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0211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615D5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472F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F5E0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C18F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298</w:t>
            </w:r>
          </w:p>
        </w:tc>
      </w:tr>
      <w:tr w:rsidR="00A0774E" w14:paraId="18614DB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8E1DE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N708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1D41B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6DEE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5079E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6054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8C045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8F84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DCF43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9261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B59A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06E4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83611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315F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2C02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7598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264</w:t>
            </w:r>
          </w:p>
        </w:tc>
      </w:tr>
      <w:tr w:rsidR="00A0774E" w14:paraId="337539E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EE594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N745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E44B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30F1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BDB9B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8A3F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C530E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F150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B7939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A6AE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7D5A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F339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E15DD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DA46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D9AD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E717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538</w:t>
            </w:r>
          </w:p>
        </w:tc>
      </w:tr>
      <w:tr w:rsidR="00A0774E" w14:paraId="56C3328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3AA8A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N802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65242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28AD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A6561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4077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2FCC3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B9C1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34D6D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226A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4AF8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2AF0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62074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BF1F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1D5F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EFB3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861</w:t>
            </w:r>
          </w:p>
        </w:tc>
      </w:tr>
      <w:tr w:rsidR="00A0774E" w14:paraId="3C6C5B7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76BF1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8D78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5481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EF10F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6A03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1A310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D77E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1C239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8DB8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D91D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483D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607AD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561F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0B88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8041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250</w:t>
            </w:r>
          </w:p>
        </w:tc>
      </w:tr>
      <w:tr w:rsidR="00A0774E" w14:paraId="551B852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FD882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5BE75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C641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D46FF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D7FF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79F70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06D4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0CA65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55E2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DDFC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2B70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87770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ED24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8FB3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E206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767</w:t>
            </w:r>
          </w:p>
        </w:tc>
      </w:tr>
      <w:tr w:rsidR="00A0774E" w14:paraId="63970D7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D0728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C574F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24E0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CF085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8066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E5290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63C0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DA932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4C32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4506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26F3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650E7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E8CE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38E5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CB9E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651</w:t>
            </w:r>
          </w:p>
        </w:tc>
      </w:tr>
      <w:tr w:rsidR="00A0774E" w14:paraId="61B1A60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ED3C0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253E5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D5B9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41A19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E082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F2E3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2147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AF143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A743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E282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AF51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DFD5D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1A8D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A28C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F24E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902</w:t>
            </w:r>
          </w:p>
        </w:tc>
      </w:tr>
      <w:tr w:rsidR="00A0774E" w14:paraId="3CA18FB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3A2E4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0E69A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F822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47EC3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3EAF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F1350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8B29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C4E28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324D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C86B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C957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34134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D48F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9D22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2F82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193</w:t>
            </w:r>
          </w:p>
        </w:tc>
      </w:tr>
      <w:tr w:rsidR="00A0774E" w14:paraId="048706A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139FD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E71F8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B1F2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B7FF9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D4F9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71DCF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358C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693A5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F12A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01D2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EAEA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271B9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5A35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D325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51A0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308</w:t>
            </w:r>
          </w:p>
        </w:tc>
      </w:tr>
      <w:tr w:rsidR="00A0774E" w14:paraId="41961B9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15DD7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DE516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E502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8CAAA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7C95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85E33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6B5E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079A1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B041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C2F6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813C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F06F6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EEF0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7B11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4A68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869</w:t>
            </w:r>
          </w:p>
        </w:tc>
      </w:tr>
      <w:tr w:rsidR="00A0774E" w14:paraId="7F52C3E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ACFD1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7755E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26FE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FFF7D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D472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4C12F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81BE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798DB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3F27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E7FB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C52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E0605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DE0B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62A8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DED3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457</w:t>
            </w:r>
          </w:p>
        </w:tc>
      </w:tr>
      <w:tr w:rsidR="00A0774E" w14:paraId="7B7A540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335C2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6214C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C34E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9C518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EF53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70761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6F04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FB73A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910D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CAA7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83A8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EE95C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F522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358F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DC6E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601</w:t>
            </w:r>
          </w:p>
        </w:tc>
      </w:tr>
      <w:tr w:rsidR="00A0774E" w14:paraId="4F21420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F5EE6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C6B94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BFDC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855FE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BE43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20BF7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5D36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F089E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E798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BFE0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2779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631AD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0A53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4065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8AA6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322</w:t>
            </w:r>
          </w:p>
        </w:tc>
      </w:tr>
      <w:tr w:rsidR="00A0774E" w14:paraId="44C9D3D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EDF63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0C156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9E77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5B23D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7BE8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99CCF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5959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B942F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4A43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014D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1199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2CEFC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F7FF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224E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3282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425</w:t>
            </w:r>
          </w:p>
        </w:tc>
      </w:tr>
      <w:tr w:rsidR="00A0774E" w14:paraId="783715C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CFF2D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A3C38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90C5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07904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372E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004A4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2F6F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DCE5F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E26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B73A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3944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134F2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CFD9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E2FF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7AAC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659</w:t>
            </w:r>
          </w:p>
        </w:tc>
      </w:tr>
      <w:tr w:rsidR="00A0774E" w14:paraId="367B2BA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4BC7F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422F3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19E9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137D4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B8DD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1D6FD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579E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6F7FD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88DE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BBB5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365C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786E1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256D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F644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B2DA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401</w:t>
            </w:r>
          </w:p>
        </w:tc>
      </w:tr>
      <w:tr w:rsidR="00A0774E" w14:paraId="10B436B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47AB7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N1045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890A3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596C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9B64D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775F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A7AAD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51C6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2EB44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C5ED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441A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AEC0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25102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E9FE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D9A1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0EFA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1135</w:t>
            </w:r>
          </w:p>
        </w:tc>
      </w:tr>
      <w:tr w:rsidR="00A0774E" w14:paraId="1DBA488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A3B8D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F7BA7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B972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76CB5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6395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67979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2F49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1FF48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F569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DF96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A9EA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96262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41ED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395B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7F82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848</w:t>
            </w:r>
          </w:p>
        </w:tc>
      </w:tr>
      <w:tr w:rsidR="00A0774E" w14:paraId="7A5474E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7CB20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C70B6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0DBC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15744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1B0A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6D009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BCBC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893F7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5367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AA32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50A0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1CE56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99E6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3C0C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AA0A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398</w:t>
            </w:r>
          </w:p>
        </w:tc>
      </w:tr>
      <w:tr w:rsidR="00A0774E" w14:paraId="62B1A71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1589A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4D928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FAD8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516F3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243E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91379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0F7B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0A1B1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BDDB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922D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DAFC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11969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CC02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92EB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520C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508</w:t>
            </w:r>
          </w:p>
        </w:tc>
      </w:tr>
      <w:tr w:rsidR="00A0774E" w14:paraId="32C7B20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645D5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5CFA9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0556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C523F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00E8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E59FA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2A48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2DE0E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19C0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01A6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6FC7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5383E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F964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8EAC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798A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384</w:t>
            </w:r>
          </w:p>
        </w:tc>
      </w:tr>
      <w:tr w:rsidR="00A0774E" w14:paraId="7B0F5D2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04ABB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3BDBF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72D9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0F72B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B1E2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475B2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813A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B2898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51E5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F109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0F17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FD28E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1626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BD3E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258F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499</w:t>
            </w:r>
          </w:p>
        </w:tc>
      </w:tr>
    </w:tbl>
    <w:p w14:paraId="177563C8" w14:textId="77777777" w:rsidR="00A0774E" w:rsidRDefault="00AB080A">
      <w:r>
        <w:br w:type="page"/>
      </w:r>
    </w:p>
    <w:p w14:paraId="0D81B591" w14:textId="77777777" w:rsidR="00A0774E" w:rsidRDefault="00AB080A">
      <w:pPr>
        <w:pStyle w:val="Heading1"/>
      </w:pPr>
      <w:r>
        <w:lastRenderedPageBreak/>
        <w:t>Table C5</w:t>
      </w:r>
    </w:p>
    <w:p w14:paraId="441F4136" w14:textId="77777777" w:rsidR="00A0774E" w:rsidRDefault="00AB080A">
      <w:pPr>
        <w:pStyle w:val="Heading2"/>
      </w:pPr>
      <w:r>
        <w:t>Report appendix page 57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C5"/>
        <w:tblDescription w:val="Data table extracted from the 2025-26 Livestock Farm Monitor Project annual report appendix."/>
      </w:tblPr>
      <w:tblGrid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</w:tblGrid>
      <w:tr w:rsidR="00A0774E" w14:paraId="4FB1F0A4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157DAB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Enterprise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830D2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Mix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9C206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and Labour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92FE3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2F105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Northern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92D8B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8F8DD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402F0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59819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CDCB2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F7B20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763B2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C7CA8B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1E388DA5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699B9E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83E6A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3437A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48219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3C82F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Labour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799FB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F102B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026BD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F001E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84E85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Proportion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D2E02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of cash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EECE2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6783D1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68DD613C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9EA691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68F6A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CBF0D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E31F1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2D0EB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9AA6B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FAE70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7E50B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Beef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EA32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A2110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752B0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0005A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E4CEC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Other</w:t>
            </w:r>
          </w:p>
        </w:tc>
      </w:tr>
      <w:tr w:rsidR="00A0774E" w14:paraId="6A9D61F2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E83CCD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713D9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53CD4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F5E77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BDAA8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Owner/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44D9C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Labour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62CEF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Labour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AA3A8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cattle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956A9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Sheep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264F1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Wool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B4D5F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Grain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81FA0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Agistment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62352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farm</w:t>
            </w:r>
          </w:p>
        </w:tc>
      </w:tr>
      <w:tr w:rsidR="00A0774E" w14:paraId="0D00FB0A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C35FD9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No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40E6F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Permanent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EA6BF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Contract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3D172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Casual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AE425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Operator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347B5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efficiency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6BBF9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efficiency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A21D0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sales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3FBA0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sales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D18D3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sales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245B6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sales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D3CDE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8EA29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</w:tr>
      <w:tr w:rsidR="00A0774E" w14:paraId="7C4648F0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AB633B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0ABB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 of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D775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 of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BB99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 of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EBB3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 of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6494C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AD568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DDAC5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299F5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D35BC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747C3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CD45A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F6206A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444C1E8F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691580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6AA2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total FTE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DB4C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total FTE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1A07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total FTE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AB2E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total FTE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26A0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ha/FTE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D827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DSE/FTE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80E1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5D97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92FF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6E58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40BF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006C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</w:tr>
      <w:tr w:rsidR="00A0774E" w14:paraId="00F90013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3D3E2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N584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8513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57CE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9F3C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EA5D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00AA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9E42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11,517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6F86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7F90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CE29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2DAB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2B39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5794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4EFC002F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84806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N586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3E4B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E73F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6B4D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7B09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1595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0203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2,717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59CC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FDDD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29B2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A66D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BED8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8C99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</w:tr>
      <w:tr w:rsidR="00A0774E" w14:paraId="6DD0E254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9FE84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N589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9F10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56A7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6B9D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83F3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1430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55F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2,460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BACB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136B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1D66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FAFA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60A1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0D7F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9%</w:t>
            </w:r>
          </w:p>
        </w:tc>
      </w:tr>
      <w:tr w:rsidR="00A0774E" w14:paraId="6B1B20DA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8795F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N599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9122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F23A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AC76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39B2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8D59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B947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4,939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0886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2508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D15C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C721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5332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C600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</w:tr>
      <w:tr w:rsidR="00A0774E" w14:paraId="566A88D0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C8490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N616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A55D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11B1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CCC7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214B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5524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892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7183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4,577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C1F9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8932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750C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5CB5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BD1A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9EFD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</w:tr>
      <w:tr w:rsidR="00A0774E" w14:paraId="560C0E6F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0F7DF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N630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01D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58E7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B913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30BD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D557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8453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2,330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92F6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090C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30D0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C18E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7849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AFA9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471AE8FC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929CF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N688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9C14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C3E2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C603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85AE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75C0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6384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6,670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E825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F437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0248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92DB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02B5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E66E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3DE8F7F3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68EA0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N707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E710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7563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837B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1692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FB39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EA48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11,133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E6D6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C587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E67B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09EA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74E9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25B0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</w:tr>
      <w:tr w:rsidR="00A0774E" w14:paraId="75FE1444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7D02C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N708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E0CD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2E46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4301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8EE1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64FA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DF19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10,130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EB76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1E82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7CD9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B571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D0BD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F65A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</w:tr>
      <w:tr w:rsidR="00A0774E" w14:paraId="03C65FC5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5C647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N745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8836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9708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4027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40DA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0353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9E91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4,616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306E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0374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9D3D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5A51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FB20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16D3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20%</w:t>
            </w:r>
          </w:p>
        </w:tc>
      </w:tr>
      <w:tr w:rsidR="00A0774E" w14:paraId="679DFE9E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54B51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N802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B36F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D0D8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183C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E26D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8621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B33E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3,823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65DA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72E4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B4EA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86AF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06E4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6826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10%</w:t>
            </w:r>
          </w:p>
        </w:tc>
      </w:tr>
      <w:tr w:rsidR="00A0774E" w14:paraId="14A4906E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3DEC5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N1012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A059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8963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B6E9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398A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8838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F7E3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1,981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CDFD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7A76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18EB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0F2F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9347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1D1B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3A1E0686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458E5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N1017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72C3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C79C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BA91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5ED3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E732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78D8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4,428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269D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6D0B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6401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8BCF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AD58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274F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</w:tr>
      <w:tr w:rsidR="00A0774E" w14:paraId="5057CA29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ED0FE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N1023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8901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13A4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A110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F4C4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1B1F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A1C7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2,161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6714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801E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0D09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3BEA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9A9C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755C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</w:tr>
      <w:tr w:rsidR="00A0774E" w14:paraId="2E1612FA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F3766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N1025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1198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17D6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9B89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050D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F2FA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8F91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2,600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BFA7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957D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0608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845A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91C6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765E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780E4709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E2CCC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N1028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D78E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957A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9493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E72E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EC25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7795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4,749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BF21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6C70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283B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8FE2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F49F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972F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0E7B3E70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C8100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1B4B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1C58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7AC6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19B9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E0EA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8983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2,597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8E9A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CF17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CA99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6D33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628E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FF4E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6BC74CFF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17098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D48A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C8CB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25CA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D14B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37D4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E43D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7,297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1F5A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E6CB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2A59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C8CB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3728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1251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20%</w:t>
            </w:r>
          </w:p>
        </w:tc>
      </w:tr>
      <w:tr w:rsidR="00A0774E" w14:paraId="0C8D28DA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E1BD0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1DD9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2A74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C426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1120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25FC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4BE2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1,049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3541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1B8E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3581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AEAD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38A2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B547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34%</w:t>
            </w:r>
          </w:p>
        </w:tc>
      </w:tr>
      <w:tr w:rsidR="00A0774E" w14:paraId="4F9855E3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64DFE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EF71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ED6B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4BEA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781D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204C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29C1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5,369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E36D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FD68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AE42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2CC3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4212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D410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</w:tr>
      <w:tr w:rsidR="00A0774E" w14:paraId="77CF9DC3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23D09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06E7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DDE3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7B46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5E35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3BB7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FF7A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2,959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0CFA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E13F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588F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891C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1063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D3C2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46C7549E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E4287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F23D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3E39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34FC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C0D0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FE0D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46D3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4,525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3969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9A96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8436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29C2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046D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DFA4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3C7D247A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060B8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F574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7C10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8B5C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6C63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4434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8FB1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1,182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A5A0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FBE4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8C3B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CE31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5C6F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2BE8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11%</w:t>
            </w:r>
          </w:p>
        </w:tc>
      </w:tr>
      <w:tr w:rsidR="00A0774E" w14:paraId="385FDF00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ED324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AE1B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59D5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6A07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BC45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D59D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149A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7,236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6D3C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C0DB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A021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2639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8188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4F82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</w:tr>
      <w:tr w:rsidR="00A0774E" w14:paraId="46FCB95E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FACF5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N1045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F18D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BD38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281F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45AC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0340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DD2D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3,488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250D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927C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AD0C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B83E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4D80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420D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1F32018D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6023C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49D1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FCC2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B599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C6D6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19D0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6932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3,776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C83A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6DD6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C7DE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BF0C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4D6B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0F97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</w:tr>
      <w:tr w:rsidR="00A0774E" w14:paraId="2F0F0AE4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7251D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N1056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BA9A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BB2C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A773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F6D0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9B8A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2055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1,077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6C25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F98F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F5D9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9E75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004D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9BB2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</w:tr>
      <w:tr w:rsidR="00A0774E" w14:paraId="4C1A2937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219C8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N1058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7FB1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BFD0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C0A9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33E4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CB26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A35B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1,375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F742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B899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EAC5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993E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F917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0099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503F6EAF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ABFC9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N1061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0636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5FDA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3E4B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D3AE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CB52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2B82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5,615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2E02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121A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9414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E3BB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6D6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91CB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654919A1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860A50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4677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6829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17FD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55BC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33A7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9B15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4,427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92C4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7CE5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8373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E4F1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0D3D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FC5B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</w:tr>
    </w:tbl>
    <w:p w14:paraId="40692D73" w14:textId="77777777" w:rsidR="00A0774E" w:rsidRDefault="00AB080A">
      <w:r>
        <w:br w:type="page"/>
      </w:r>
    </w:p>
    <w:p w14:paraId="1E016733" w14:textId="77777777" w:rsidR="00A0774E" w:rsidRDefault="00AB080A">
      <w:pPr>
        <w:pStyle w:val="Heading1"/>
      </w:pPr>
      <w:r>
        <w:lastRenderedPageBreak/>
        <w:t>Table C6</w:t>
      </w:r>
    </w:p>
    <w:p w14:paraId="36E0E1E0" w14:textId="77777777" w:rsidR="00A0774E" w:rsidRDefault="00AB080A">
      <w:pPr>
        <w:pStyle w:val="Heading2"/>
      </w:pPr>
      <w:r>
        <w:t>Report appendix page 58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C6"/>
        <w:tblDescription w:val="Data table extracted from the 2025-26 Livestock Farm Monitor Project annual report appendix."/>
      </w:tblPr>
      <w:tblGrid>
        <w:gridCol w:w="1710"/>
        <w:gridCol w:w="1710"/>
        <w:gridCol w:w="1710"/>
        <w:gridCol w:w="1710"/>
        <w:gridCol w:w="1710"/>
        <w:gridCol w:w="1710"/>
        <w:gridCol w:w="1710"/>
        <w:gridCol w:w="1710"/>
        <w:gridCol w:w="1710"/>
      </w:tblGrid>
      <w:tr w:rsidR="00A0774E" w14:paraId="23254C59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4619C0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Beef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56D09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Production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8DE63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Information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C6656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 Northern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2D504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6D734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EB7F1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78A16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D5B247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14745323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EEC43A" w14:textId="77777777" w:rsidR="00A0774E" w:rsidRDefault="00A0774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EAD35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BB7F0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0462F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55858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Cows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EF95B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Heifers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50080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51510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9F75BB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5CB4D5FA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A63523" w14:textId="77777777" w:rsidR="00A0774E" w:rsidRDefault="00A0774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516E3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FECA9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ADDD5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11231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(+2 years)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7B936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(1-2 years)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D2A7C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7BD44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8AED0D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7C84D19E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81B1E3" w14:textId="77777777" w:rsidR="00A0774E" w:rsidRDefault="00A0774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9211A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BD0D3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B1AC8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33DEC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annual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F6532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annual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E1F23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15EE0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Average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59C91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Average</w:t>
            </w:r>
          </w:p>
        </w:tc>
      </w:tr>
      <w:tr w:rsidR="00A0774E" w14:paraId="2824878A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6A9F2D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692FB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Stocking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58DD1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Supp feed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27ACF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Major calving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23CE0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average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A2FEB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average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13749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6CE6A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price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D8684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price</w:t>
            </w:r>
          </w:p>
        </w:tc>
      </w:tr>
      <w:tr w:rsidR="00A0774E" w14:paraId="65F96738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7091A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No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8F6E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rate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8D55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 the diet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0FFE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period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AF56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calving rate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902D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calving rate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260F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Beef sold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3354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received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2E72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received</w:t>
            </w:r>
          </w:p>
        </w:tc>
      </w:tr>
      <w:tr w:rsidR="00A0774E" w14:paraId="66474878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F9AE81" w14:textId="77777777" w:rsidR="00A0774E" w:rsidRDefault="00A0774E">
            <w:pPr>
              <w:spacing w:after="0" w:line="240" w:lineRule="auto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A8589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5A74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 of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217FE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3512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0AA7D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D708E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7C64B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31D863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2CD32BE4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B42332" w14:textId="77777777" w:rsidR="00A0774E" w:rsidRDefault="00A0774E">
            <w:pPr>
              <w:spacing w:after="0" w:line="240" w:lineRule="auto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B71BD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B2F4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total ME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6ACCF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45E14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E0D19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D6461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4B697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1B0D1E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33E526DF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478433" w14:textId="77777777" w:rsidR="00A0774E" w:rsidRDefault="00A0774E">
            <w:pPr>
              <w:spacing w:after="0" w:line="240" w:lineRule="auto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A75F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DSE/yr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F893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consumed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2E70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season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A963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5449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9B92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kg LWT/ha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6115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$/hd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8748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$/kg LWT</w:t>
            </w:r>
          </w:p>
        </w:tc>
      </w:tr>
      <w:tr w:rsidR="00A0774E" w14:paraId="61BD8111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10F95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N584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3BB2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30,701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48A9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9624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0933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F645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C379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22DB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2,888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41DC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5.0</w:t>
            </w:r>
          </w:p>
        </w:tc>
      </w:tr>
      <w:tr w:rsidR="00A0774E" w14:paraId="787F2DFF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0D5D8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N599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CA54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1,234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128C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9D92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0871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FA74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578A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6207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2,548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C70E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2.9</w:t>
            </w:r>
          </w:p>
        </w:tc>
      </w:tr>
      <w:tr w:rsidR="00A0774E" w14:paraId="09BF8FE4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14878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N630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9FEB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1,765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0C4D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123C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Autumn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9FDC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D200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6773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B758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2,070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CDFF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3.4</w:t>
            </w:r>
          </w:p>
        </w:tc>
      </w:tr>
      <w:tr w:rsidR="00A0774E" w14:paraId="08F69C89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FFC75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N688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8F20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12,083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D375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5597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94AD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C93FA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9C04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5E94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1,375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61D3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2.6</w:t>
            </w:r>
          </w:p>
        </w:tc>
      </w:tr>
      <w:tr w:rsidR="00A0774E" w14:paraId="539DED34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DFF00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N707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077E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4,398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8A05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067F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534A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57F2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F84A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5941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2,245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37A4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4.3</w:t>
            </w:r>
          </w:p>
        </w:tc>
      </w:tr>
      <w:tr w:rsidR="00A0774E" w14:paraId="62C00E16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A1B33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N708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6612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23,321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E8AB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FAEB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2D7D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39B8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62EC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1407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1,940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7962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4.6</w:t>
            </w:r>
          </w:p>
        </w:tc>
      </w:tr>
      <w:tr w:rsidR="00A0774E" w14:paraId="73A7B7BF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E93C9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N745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C5EA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4,412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CBEB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03F0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3944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FD625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B251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EBFB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2,489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2F67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4.4</w:t>
            </w:r>
          </w:p>
        </w:tc>
      </w:tr>
      <w:tr w:rsidR="00A0774E" w14:paraId="57BDEEEA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410AE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N802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4D1F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1,493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C635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ED11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D691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9266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6140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EC02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2,994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1FCB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5.0</w:t>
            </w:r>
          </w:p>
        </w:tc>
      </w:tr>
      <w:tr w:rsidR="00A0774E" w14:paraId="66B881F3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83798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N1017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D8EB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2,306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E0E2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55BA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E277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08D5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062A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8BA2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1,848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D6EF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4.3</w:t>
            </w:r>
          </w:p>
        </w:tc>
      </w:tr>
      <w:tr w:rsidR="00A0774E" w14:paraId="601C4FEB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5E220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N1023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4BCC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6,507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DEAA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3113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CA82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01C8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7BA6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9D42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1,248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FA8D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3.5</w:t>
            </w:r>
          </w:p>
        </w:tc>
      </w:tr>
      <w:tr w:rsidR="00A0774E" w14:paraId="741EF94E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32D66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N1025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589D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1,690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ACFC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6761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24A7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38C5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FA36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14E7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1,852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127B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5.1</w:t>
            </w:r>
          </w:p>
        </w:tc>
      </w:tr>
      <w:tr w:rsidR="00A0774E" w14:paraId="0A88254C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4F094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2441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6,152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F9B7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F57E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07F0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A834C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FD5E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17B0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1,627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C8C0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4.7</w:t>
            </w:r>
          </w:p>
        </w:tc>
      </w:tr>
      <w:tr w:rsidR="00A0774E" w14:paraId="464D00A4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0B9DF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B7DF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1,752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156C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E58F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B7CA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D7D3F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EAC6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D5AE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2,201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9146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5.1</w:t>
            </w:r>
          </w:p>
        </w:tc>
      </w:tr>
      <w:tr w:rsidR="00A0774E" w14:paraId="51FEAD90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1E76D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C2A3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18,367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FD93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0170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3BB0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F0C3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803B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6A48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2,281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6BF7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5.2</w:t>
            </w:r>
          </w:p>
        </w:tc>
      </w:tr>
      <w:tr w:rsidR="00A0774E" w14:paraId="19656BCE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555F4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350B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4,909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FB66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8FF8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42FB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B19F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535C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1B8D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3,102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1D76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5.2</w:t>
            </w:r>
          </w:p>
        </w:tc>
      </w:tr>
      <w:tr w:rsidR="00A0774E" w14:paraId="31ADD97D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E572C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7259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28,621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D2DA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1536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CDD4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59D6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7DFC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3A15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2,136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50CB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4.7</w:t>
            </w:r>
          </w:p>
        </w:tc>
      </w:tr>
      <w:tr w:rsidR="00A0774E" w14:paraId="71581C8E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7D559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488E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3,517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940F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2196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9C6E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56D07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88EC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1480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E9BB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2,028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D256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4.6</w:t>
            </w:r>
          </w:p>
        </w:tc>
      </w:tr>
      <w:tr w:rsidR="00A0774E" w14:paraId="0AA2DF6A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4C74F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30DC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11,114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7716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AABB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F4A2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0C38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E1C6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9450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1,646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E441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4.7</w:t>
            </w:r>
          </w:p>
        </w:tc>
      </w:tr>
      <w:tr w:rsidR="00A0774E" w14:paraId="74AB845E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618BF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N1056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42A3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8FBD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6F95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Autumn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BD36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D62CA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7BFD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C65F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2,035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44BA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5.1</w:t>
            </w:r>
          </w:p>
        </w:tc>
      </w:tr>
      <w:tr w:rsidR="00A0774E" w14:paraId="4D3C606A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02021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N1061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17BE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4,947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FA7F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FA92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DF27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020A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5094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51EC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2,623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DF36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4.6</w:t>
            </w:r>
          </w:p>
        </w:tc>
      </w:tr>
      <w:tr w:rsidR="00A0774E" w14:paraId="1DA569C2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4BAE4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68D5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8,479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C3DF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66B1C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BFD3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2386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DA01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85E8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2,159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2EBA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4.5</w:t>
            </w:r>
          </w:p>
        </w:tc>
      </w:tr>
    </w:tbl>
    <w:p w14:paraId="6DD6FECE" w14:textId="77777777" w:rsidR="00A0774E" w:rsidRDefault="00AB080A">
      <w:r>
        <w:br w:type="page"/>
      </w:r>
    </w:p>
    <w:p w14:paraId="6BFA220A" w14:textId="77777777" w:rsidR="00A0774E" w:rsidRDefault="00AB080A">
      <w:pPr>
        <w:pStyle w:val="Heading1"/>
      </w:pPr>
      <w:r>
        <w:lastRenderedPageBreak/>
        <w:t>Table C7</w:t>
      </w:r>
    </w:p>
    <w:p w14:paraId="75F8C78D" w14:textId="77777777" w:rsidR="00A0774E" w:rsidRDefault="00AB080A">
      <w:pPr>
        <w:pStyle w:val="Heading2"/>
      </w:pPr>
      <w:r>
        <w:t>Report appendix page 59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C7"/>
        <w:tblDescription w:val="Data table extracted from the 2025-26 Livestock Farm Monitor Project annual report appendix."/>
      </w:tblPr>
      <w:tblGrid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</w:tblGrid>
      <w:tr w:rsidR="00A0774E" w14:paraId="610C3025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0C580B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Beef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9A868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Gross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27851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Margin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28B47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A02A9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Northern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8F029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63B1A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A40A9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38484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38E54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C1358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2E65D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04AF3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C26B8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A3193D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1712BC79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9FE65E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555F5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37797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3C143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E1369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F8DF5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9C7F7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D3F2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011CD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BB9E7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BC51C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Beef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9AA2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5AD1E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Beef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33DDE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D54707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7D79DCF8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D53B22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4A64A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03A08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 sales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32105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A8D2E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AF11A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45F11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inventory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3DDD2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5957E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Agistment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8D86F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 Beef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7E9F7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variable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B8A93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408F0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variable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BBD68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Gross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221B2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Gross</w:t>
            </w:r>
          </w:p>
        </w:tc>
      </w:tr>
      <w:tr w:rsidR="00A0774E" w14:paraId="45F0C8E5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1F22E2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No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8A1DA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9F880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33170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07BCF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purchases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E829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7A528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change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BCB0E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DA652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686D7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3BC98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AEA6A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3BCBC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046D5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Margin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E3DF0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Margin</w:t>
            </w:r>
          </w:p>
        </w:tc>
      </w:tr>
      <w:tr w:rsidR="00A0774E" w14:paraId="2DD14F10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57C47F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1A04A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31E75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85D36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0C9AA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957F8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4B861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62EA0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B9F78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5A953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1C4E3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F1033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147AF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BF365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94A02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</w:tr>
      <w:tr w:rsidR="00A0774E" w14:paraId="04F7937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D2F08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6345F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7FC8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1,679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2AAB2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F60B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2BEC3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1266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E8B45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5B04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DB04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1,765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53EA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52CD1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9408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0BD3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BC39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</w:tr>
      <w:tr w:rsidR="00A0774E" w14:paraId="51AB4F8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E1D2A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5B9CB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9749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F7487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A3D4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2B431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BA74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243CD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3F5D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E363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5E78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49D49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6D12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62DF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23E8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</w:t>
            </w:r>
          </w:p>
        </w:tc>
      </w:tr>
      <w:tr w:rsidR="00A0774E" w14:paraId="61FA036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176EF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N630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091A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45BF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D0573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AD94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1642E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1102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8DD1B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B330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6B86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128F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2075C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5388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98E6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BD3D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</w:tr>
      <w:tr w:rsidR="00A0774E" w14:paraId="7F6232B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62276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N688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8EFDE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AF4C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0667D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CA95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D1376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4829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62DE6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FBF0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488C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476E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5A99F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D0E4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E691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6792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</w:tr>
      <w:tr w:rsidR="00A0774E" w14:paraId="28C11E5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40300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N707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7F7A8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8B41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49F8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E1E7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6D12C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75B6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D4252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A2D6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0D1F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7F95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96207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6869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A209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5A85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</w:t>
            </w:r>
          </w:p>
        </w:tc>
      </w:tr>
      <w:tr w:rsidR="00A0774E" w14:paraId="5A92C96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B53C4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N708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D65FB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2397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72FCD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59A7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7EC7D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C431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A746A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4D7A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4E91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3719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C7D52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49B2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4752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37ED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</w:t>
            </w:r>
          </w:p>
        </w:tc>
      </w:tr>
      <w:tr w:rsidR="00A0774E" w14:paraId="1DF494E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44C67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N745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7F75F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DE36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1,094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E9A37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3157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084DA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9734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D7BDE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9CF6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9DCD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E58D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703BF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B915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71EE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CA32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</w:tr>
      <w:tr w:rsidR="00A0774E" w14:paraId="03935E9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00917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N802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D8991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7680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1,986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34D98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88E8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46B1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0B5F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4C941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DAAE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772D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2,318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24AC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1,797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F87A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7654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917A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03C4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</w:tr>
      <w:tr w:rsidR="00A0774E" w14:paraId="355F238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9FB9C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A66C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AD4F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1,550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D3DE2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FE46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F3B3E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48D1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95157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6606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03BA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1,461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0684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1350C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0E63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FD4F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1,090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E605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</w:t>
            </w:r>
          </w:p>
        </w:tc>
      </w:tr>
      <w:tr w:rsidR="00A0774E" w14:paraId="076B38E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E2741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8B865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ADB3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CA996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6AB3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7E5EE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0ADC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B1FB1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F9A2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DBF4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4CF5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6CA92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A301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78E4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-104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F0F1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-8</w:t>
            </w:r>
          </w:p>
        </w:tc>
      </w:tr>
      <w:tr w:rsidR="00A0774E" w14:paraId="51E3FDB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726F8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2E3D3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EECA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1,404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DE960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2EC4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2D2FB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8D2B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D8C50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0C89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F163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953B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1945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79AA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8627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B4C4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</w:t>
            </w:r>
          </w:p>
        </w:tc>
      </w:tr>
      <w:tr w:rsidR="00A0774E" w14:paraId="1DA5D44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89B97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9DBFF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DAFC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1AEE1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2D43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72EB6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BD64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B4F35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E7FA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75FC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5FA8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DB5D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950A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B2A8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0269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</w:tr>
      <w:tr w:rsidR="00A0774E" w14:paraId="7F6EBE3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CD905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265C2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AB01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707B3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350A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CFCA0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871E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99B88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484B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9321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807D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53284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3CB5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0194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A2BE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</w:t>
            </w:r>
          </w:p>
        </w:tc>
      </w:tr>
      <w:tr w:rsidR="00A0774E" w14:paraId="2A6619F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83631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7D955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D619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2,571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8D914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0BF9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7B54F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7653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-504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77E16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0F72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A0E9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2,067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1DA7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9DAF4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5A1A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BE17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1,367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8CA3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108</w:t>
            </w:r>
          </w:p>
        </w:tc>
      </w:tr>
      <w:tr w:rsidR="00A0774E" w14:paraId="38CC83B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FDCC6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97587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28DC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2,005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AA0C6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AA33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7BAB7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6E7A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4F314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2257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95A3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1,887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AE6C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74D11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8573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BC79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1,414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8845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</w:t>
            </w:r>
          </w:p>
        </w:tc>
      </w:tr>
      <w:tr w:rsidR="00A0774E" w14:paraId="52BB7BC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E503F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D57BA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F4E7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5FC1F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A16B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99E25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8CC5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75113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2211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08D6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16B2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CC590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7F8B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212D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CAD7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</w:tr>
      <w:tr w:rsidR="00A0774E" w14:paraId="14D0E20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8957C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F9C4F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04FC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6,806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45BEB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B307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1,990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33347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7126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-1,227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CBCD9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9B73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B168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3,654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03AA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1,442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BA924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8B1B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AC64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2,212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8E29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</w:t>
            </w:r>
          </w:p>
        </w:tc>
      </w:tr>
      <w:tr w:rsidR="00A0774E" w14:paraId="5BC2FDC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7BEA5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DA674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B997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07B1E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40B6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9B713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5404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-315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39DC0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BBC9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2DE0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1721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5D8E2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225D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777A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AAB3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</w:tr>
      <w:tr w:rsidR="00A0774E" w14:paraId="0CFD25B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8E829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360AF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4F93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DD532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CCF1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526F9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8FD2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8AEF2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04D0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C2A6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866C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05FC6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AFE2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9C39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4931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93</w:t>
            </w:r>
          </w:p>
        </w:tc>
      </w:tr>
      <w:tr w:rsidR="00A0774E" w14:paraId="73F55A8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9D918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E41DD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5A87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1B2EA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D9C9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06F37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B751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AC853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7F32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B870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B1C3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603D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EDBF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D093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C823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</w:tr>
      <w:tr w:rsidR="00A0774E" w14:paraId="1CC4CCC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9DC3D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6F7D0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1B5E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F374D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D5E8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583B6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EBC4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D1991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EAB7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8735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0E0E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45903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BAFF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E1EF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AC79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</w:t>
            </w:r>
          </w:p>
        </w:tc>
      </w:tr>
    </w:tbl>
    <w:p w14:paraId="44F08320" w14:textId="77777777" w:rsidR="00A0774E" w:rsidRDefault="00AB080A">
      <w:r>
        <w:br w:type="page"/>
      </w:r>
    </w:p>
    <w:p w14:paraId="59E32922" w14:textId="77777777" w:rsidR="00A0774E" w:rsidRDefault="00AB080A">
      <w:pPr>
        <w:pStyle w:val="Heading1"/>
      </w:pPr>
      <w:r>
        <w:lastRenderedPageBreak/>
        <w:t>Table C8</w:t>
      </w:r>
    </w:p>
    <w:p w14:paraId="7AADD444" w14:textId="77777777" w:rsidR="00A0774E" w:rsidRDefault="00AB080A">
      <w:pPr>
        <w:pStyle w:val="Heading2"/>
      </w:pPr>
      <w:r>
        <w:t>Report appendix page 60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C8"/>
        <w:tblDescription w:val="Data table extracted from the 2025-26 Livestock Farm Monitor Project annual report appendix."/>
      </w:tblPr>
      <w:tblGrid>
        <w:gridCol w:w="1399"/>
        <w:gridCol w:w="1399"/>
        <w:gridCol w:w="1399"/>
        <w:gridCol w:w="1399"/>
        <w:gridCol w:w="1399"/>
        <w:gridCol w:w="1399"/>
        <w:gridCol w:w="1399"/>
        <w:gridCol w:w="1399"/>
        <w:gridCol w:w="1399"/>
        <w:gridCol w:w="1399"/>
        <w:gridCol w:w="1399"/>
      </w:tblGrid>
      <w:tr w:rsidR="00A0774E" w14:paraId="171B0E24" w14:textId="77777777">
        <w:trPr>
          <w:tblHeader/>
          <w:jc w:val="center"/>
        </w:trPr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B52983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Beef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068DB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enterprise variable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765F9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3E2F1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summary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A0B21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 Northern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DDBD9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BEB5B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4D733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48C62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E6146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AA0F56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26F9B3B6" w14:textId="77777777">
        <w:trPr>
          <w:tblHeader/>
          <w:jc w:val="center"/>
        </w:trPr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FA41E4" w14:textId="77777777" w:rsidR="00A0774E" w:rsidRDefault="00A0774E">
            <w:pPr>
              <w:spacing w:after="0" w:line="240" w:lineRule="auto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BE796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43E44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9A66E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6A96E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2C778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F2852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EB26D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3D379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Purchased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8A1B2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Home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419B9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grown</w:t>
            </w:r>
          </w:p>
        </w:tc>
      </w:tr>
      <w:tr w:rsidR="00A0774E" w14:paraId="69152C2C" w14:textId="77777777">
        <w:trPr>
          <w:tblHeader/>
          <w:jc w:val="center"/>
        </w:trPr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702322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00BD4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69EBD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Scanning/preg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886C3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AB87A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7F716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Livestock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2D3EB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CB362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E9BAA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supplementary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A9965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FA72D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supplementary</w:t>
            </w:r>
          </w:p>
        </w:tc>
      </w:tr>
      <w:tr w:rsidR="00A0774E" w14:paraId="777783E0" w14:textId="77777777">
        <w:trPr>
          <w:tblHeader/>
          <w:jc w:val="center"/>
        </w:trPr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4C947C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No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E9469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testing,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45FE4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AI &amp; ET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38A11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Animal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88CB2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Health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E6117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Selling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39304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FE5EE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feed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8C6DF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6425C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feed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09225A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146EBE5F" w14:textId="77777777">
        <w:trPr>
          <w:tblHeader/>
          <w:jc w:val="center"/>
        </w:trPr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0B1685" w14:textId="77777777" w:rsidR="00A0774E" w:rsidRDefault="00A0774E">
            <w:pPr>
              <w:spacing w:after="0" w:line="240" w:lineRule="auto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6BC6C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B4BD2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C9F96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71DC1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14C84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53290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5A9D7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5855A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DA6C3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773D12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56DBDE41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8A0C6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N584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0A35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C326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B83E0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30E2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6CF1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77E3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5FA91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E616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F0284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4631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</w:tr>
      <w:tr w:rsidR="00A0774E" w14:paraId="51CB3335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EA4F6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N599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F63DC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ACB6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EA3F9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96EE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552CD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A5BD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70F8D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06FC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1BA89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1EB9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</w:tr>
      <w:tr w:rsidR="00A0774E" w14:paraId="0919E6E7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785F8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N630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F4BD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0CC4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D08A3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53FD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26ADA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E1BF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863D4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E8E7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FCF0D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AF8F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</w:tr>
      <w:tr w:rsidR="00A0774E" w14:paraId="086CC3AF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BBE28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N688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EEB1E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2CE3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23A91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1AA8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C4EB9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8E6F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5C0A7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0A2E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AAACB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B038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2349DB47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9BBEA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N707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EE01B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C44B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A2A94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4405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9D2FC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3EB2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4EA30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D067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1244D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E8E2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</w:tr>
      <w:tr w:rsidR="00A0774E" w14:paraId="480350D3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6E088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N708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495BA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4D52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52CF9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F387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A83F2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8A9B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7F0DE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4607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97D8A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5E98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</w:tr>
      <w:tr w:rsidR="00A0774E" w14:paraId="6D8FA16A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40816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N745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B0161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4D59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69FDC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3AAA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A98C6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7B9B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1933D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E715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3E15F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DED4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</w:tr>
      <w:tr w:rsidR="00A0774E" w14:paraId="465A5EE2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304E8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N802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4258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4C17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305F8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CCA5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EA0DA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1AE3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95024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8450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FF034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2D49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4A782FD5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F6E84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N1017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39E6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47D1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2A15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7FA7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44C48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33DD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D4107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87F4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B9D67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6562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</w:tr>
      <w:tr w:rsidR="00A0774E" w14:paraId="781D3016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CFE9B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N1023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474FC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CB73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11842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0738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1968F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DC49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0A420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930C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52CF0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DC51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A0774E" w14:paraId="55365690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CAC53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N1025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FB8C6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5BC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6BFAC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8155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CD1B7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A25E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15BA4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991E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30F82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AC4D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A0774E" w14:paraId="0011F61B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A3BE8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D00A2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21F8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47E04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74F0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28C7E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8AE6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C066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2137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502F5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3602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A0774E" w14:paraId="3F3D4619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1B06F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E6B1B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3D3A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F6A21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B42A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CCD05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62A3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2D21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58B7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8943C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FADE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</w:t>
            </w:r>
          </w:p>
        </w:tc>
      </w:tr>
      <w:tr w:rsidR="00A0774E" w14:paraId="7F3A809C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B7103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F5CD6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D482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A3975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F23B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D315E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FB88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B414F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9561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CC814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87F1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</w:tr>
      <w:tr w:rsidR="00A0774E" w14:paraId="5B01072B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64EA0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72735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BFD3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1959A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9250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38C4A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DD52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AC063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76E0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98A96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A86A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</w:tr>
      <w:tr w:rsidR="00A0774E" w14:paraId="153C2F70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7CE85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EB3FA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F4E9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AA7C5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71F0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199EE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F13E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FE9FB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41BE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31E1C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AFC5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A0774E" w14:paraId="5135843F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F49FA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9D737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63F6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FFC40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102B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54D6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B125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ECE6D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6009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5BBC2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4DA1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</w:tr>
      <w:tr w:rsidR="00A0774E" w14:paraId="39E8614D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1F359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57870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E3A8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BA8C7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ACC3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C2F8C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CFA3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C89C1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19EF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FE7D5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1A81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A0774E" w14:paraId="06EB7AD0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E99C7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N1056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2464B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3962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85B3F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565C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39D6E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F583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CE384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5299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E5C6D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0932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53004CFE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D3395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N1061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4C2FF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D859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F1C74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77BF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06B5E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7C43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34239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4519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E32F8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A354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A0774E" w14:paraId="0FA91DD2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96995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8696F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5A90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68064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C5AD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9294C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6398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E8BA2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3B06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7322C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0ACE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</w:tr>
    </w:tbl>
    <w:p w14:paraId="65E9C4DF" w14:textId="77777777" w:rsidR="00A0774E" w:rsidRDefault="00AB080A">
      <w:r>
        <w:br w:type="page"/>
      </w:r>
    </w:p>
    <w:p w14:paraId="54329912" w14:textId="77777777" w:rsidR="00A0774E" w:rsidRDefault="00AB080A">
      <w:pPr>
        <w:pStyle w:val="Heading1"/>
      </w:pPr>
      <w:r>
        <w:lastRenderedPageBreak/>
        <w:t>Table C10</w:t>
      </w:r>
    </w:p>
    <w:p w14:paraId="34271D42" w14:textId="77777777" w:rsidR="00A0774E" w:rsidRDefault="00AB080A">
      <w:pPr>
        <w:pStyle w:val="Heading2"/>
      </w:pPr>
      <w:r>
        <w:t>Report appendix page 61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C10"/>
        <w:tblDescription w:val="Data table extracted from the 2025-26 Livestock Farm Monitor Project annual report appendix."/>
      </w:tblPr>
      <w:tblGrid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</w:tblGrid>
      <w:tr w:rsidR="00A0774E" w14:paraId="23EF29B7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9A3F06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Prime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709F0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926F5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C6509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Production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0EB7F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Information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B3D24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97927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DAA57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Northern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099B1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8FC6A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C4D3D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FF39B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56092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AB128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F2F008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3DB9654D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201DE9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28319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040FD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E00FE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CF139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2F7FA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41879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FC1FE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Ewes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60852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Ewes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E2329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Ewe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BCA95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BA706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77503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4E748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D836C0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6E3253FD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701710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317D5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A2DCE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0189B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0E399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C3D0D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2F750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AAC00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(+2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96997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years) (1-2 years)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89ABB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8E5F2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E45D4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DBB3B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8ACA3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7CDCE0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269B35FC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CD1037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F3D8D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D24ED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26E0A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842A2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51CD5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3F853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E60CB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annual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8350E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annual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C3882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annual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4A4E8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B26FB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74E34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3FD0F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Average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407A2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Average</w:t>
            </w:r>
          </w:p>
        </w:tc>
      </w:tr>
      <w:tr w:rsidR="00A0774E" w14:paraId="3BE4F469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72DC24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74118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D0D6E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D0858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9F555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991D8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0DBB3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Major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D45FF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average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731E1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average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552BA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average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784A9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D30B3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clean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619D2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D619F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AFC35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</w:t>
            </w:r>
          </w:p>
        </w:tc>
      </w:tr>
      <w:tr w:rsidR="00A0774E" w14:paraId="3EF0CE2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812EE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Farm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F0DD5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68E7E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95DF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Stocking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AC86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Supp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BD05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feed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7B5A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lambing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5EBA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marking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2401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marking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670E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marking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9ED24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F625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wool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1880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Lamb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133F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sale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78D0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sale</w:t>
            </w:r>
          </w:p>
        </w:tc>
      </w:tr>
      <w:tr w:rsidR="00A0774E" w14:paraId="565A3ED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21864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No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2969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Ewe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BC4C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Breed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E13E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rate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39CC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 the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7733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diet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0E2D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period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FF32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rate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53EB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rate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8FB3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rate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E70B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Micron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A769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cut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955E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sold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6135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price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3B63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price</w:t>
            </w:r>
          </w:p>
        </w:tc>
      </w:tr>
      <w:tr w:rsidR="00A0774E" w14:paraId="5109458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29ED10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785DA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AE67A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CC29A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676C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 of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B83DC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262E5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CCAAE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C5496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9E5E1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8D935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5A66C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2558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B864E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04965D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448AAE2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BD1A6A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AB548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D7DC1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2479D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63DC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total 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1452B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B75B0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2CF09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17B0A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E07C3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0A0E6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D6E5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kg/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406A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CWT/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3064B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946F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$/kg</w:t>
            </w:r>
          </w:p>
        </w:tc>
      </w:tr>
      <w:tr w:rsidR="00A0774E" w14:paraId="577ECA7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48F3E1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C0B80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61EF9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3058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DSE/yr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C11E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consumed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BB8D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2BB8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season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56AB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0474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0645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A10E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μ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B08A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C9E1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D105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$/head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C3F4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CWT</w:t>
            </w:r>
          </w:p>
        </w:tc>
      </w:tr>
      <w:tr w:rsidR="00A0774E" w14:paraId="290E954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2B0BE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75803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C517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3487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5,198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4B1B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75FD6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8858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A9A4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119%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18E3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E5EC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9CB9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97D2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74B1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C5A7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B34F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10.1</w:t>
            </w:r>
          </w:p>
        </w:tc>
      </w:tr>
      <w:tr w:rsidR="00A0774E" w14:paraId="3D86B7F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80F48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N616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32641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36C0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7AB8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0452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EA918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DCD5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E6F5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6555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9AFC3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CB6F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8621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B44D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08A6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DDD6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10.3</w:t>
            </w:r>
          </w:p>
        </w:tc>
      </w:tr>
      <w:tr w:rsidR="00A0774E" w14:paraId="7E8A873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4B4BE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N630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AABA7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C095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378F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2,588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8282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DBF5A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6CA4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F439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106%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40B13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DC032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716C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63C2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3240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D3BE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4CC0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10.7</w:t>
            </w:r>
          </w:p>
        </w:tc>
      </w:tr>
      <w:tr w:rsidR="00A0774E" w14:paraId="34981C9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716B0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N688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23815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2607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024C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15,098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2E2E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B6FEA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5467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152A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11CC0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CD8A8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4830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7159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7618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870B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E0D6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11.2</w:t>
            </w:r>
          </w:p>
        </w:tc>
      </w:tr>
      <w:tr w:rsidR="00A0774E" w14:paraId="1CB9D36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8E793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CE20E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D229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8AE6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8,068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C706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6066E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5821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0FE1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116%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5B2E6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1099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D64E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9820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32E8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18F0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C514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11.4</w:t>
            </w:r>
          </w:p>
        </w:tc>
      </w:tr>
      <w:tr w:rsidR="00A0774E" w14:paraId="25A050D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F0057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0E610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ADF9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5326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F018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D5DC2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6AC6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Autumn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5158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B1E2C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562AA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B06A7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F150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B71A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7BBF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7416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12.5</w:t>
            </w:r>
          </w:p>
        </w:tc>
      </w:tr>
      <w:tr w:rsidR="00A0774E" w14:paraId="4D70AC4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4A6B0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F7B4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D429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406B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2,540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56A4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E2CBC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B019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C4F6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3269D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1249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978D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1E21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F73B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B788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F977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11.2</w:t>
            </w:r>
          </w:p>
        </w:tc>
      </w:tr>
      <w:tr w:rsidR="00A0774E" w14:paraId="1D2B231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8DA20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8E44B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EE9C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084E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BC3D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8FD28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8D6B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7045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26D9C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7E5DF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E6E9E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A8066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0B76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D517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FDFE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15.8</w:t>
            </w:r>
          </w:p>
        </w:tc>
      </w:tr>
      <w:tr w:rsidR="00A0774E" w14:paraId="5204B91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EF2A7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3DC92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5B1C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570A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3,359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89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4DA09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1618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Autumn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C3F0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ECAF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114%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06D9F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E541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2125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9C3E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0C6C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AD0E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11.5</w:t>
            </w:r>
          </w:p>
        </w:tc>
      </w:tr>
      <w:tr w:rsidR="00A0774E" w14:paraId="529C4B0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3DC02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00C03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DA5B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ECFB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4,353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8894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B4D1B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DDC80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4F5B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7C0E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51A9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ED7A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776D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BFCE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5167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F2CC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11.6</w:t>
            </w:r>
          </w:p>
        </w:tc>
      </w:tr>
      <w:tr w:rsidR="00A0774E" w14:paraId="6262B5F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F62C8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Prime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17BF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Lamb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2491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Gross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FF15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Margin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DA59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–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9F94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Northern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0E8DD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6536D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F4E07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542EB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9000A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7539D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39CC8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67E04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132AEF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692EB1F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EBA5D5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45EC2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81F6F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ECA7F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F5869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38A44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03CAD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8A05D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0E80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Total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7558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Prime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DD3DC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975A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Prime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8ADD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Prime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6CC4C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C64A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Prime</w:t>
            </w:r>
          </w:p>
        </w:tc>
      </w:tr>
      <w:tr w:rsidR="00A0774E" w14:paraId="067F247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6F3BFC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5CFCC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5B1E8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AF545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43A77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7B23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Stock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132E0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D8F4F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3B8E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Prime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CAA0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Lamb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6BF48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90FA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Lamb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E796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Lamb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84E88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D9D9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Lamb</w:t>
            </w:r>
          </w:p>
        </w:tc>
      </w:tr>
      <w:tr w:rsidR="00A0774E" w14:paraId="5773EFB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A6085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Farm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9B1D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C738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Stock sales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CE61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Stock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8552D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C879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Inventory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F634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Wool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396F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sales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7A92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Lamb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503D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variable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59483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335F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variable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E5D0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Gross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6AB00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EEDB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Gross</w:t>
            </w:r>
          </w:p>
        </w:tc>
      </w:tr>
      <w:tr w:rsidR="00A0774E" w14:paraId="6753594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C1077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No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47557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A680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income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A76E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purchases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4A934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0232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change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5E6C1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6486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income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8954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Income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7EE8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costs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9F6B2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DDD9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costs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EB48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Margin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3F795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1E0F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Margin</w:t>
            </w:r>
          </w:p>
        </w:tc>
      </w:tr>
      <w:tr w:rsidR="00A0774E" w14:paraId="3BEAF02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955B15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D3D70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ECC2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006A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EF6DE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57D9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4413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A67FA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7C8A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CFBB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53FF5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7829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E7FB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9B000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5CE5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</w:tr>
      <w:tr w:rsidR="00A0774E" w14:paraId="0E457C6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0CE49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AA1A1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B7EF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1,402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5D61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6DE6B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3996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620F7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F86B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355F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1,425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B04C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6BBBD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1275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33CC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3392C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91CB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</w:t>
            </w:r>
          </w:p>
        </w:tc>
      </w:tr>
      <w:tr w:rsidR="00A0774E" w14:paraId="0F0798F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C3377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N616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33B03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FBFB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F04A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554E9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B461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-431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18CDB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99A4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46B2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4D33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CD144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8F25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8C83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AC8F7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0835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</w:t>
            </w:r>
          </w:p>
        </w:tc>
      </w:tr>
      <w:tr w:rsidR="00A0774E" w14:paraId="03F7E0A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83CCE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N630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58112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970C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C9D2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A79CF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3DA1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79ADA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08C8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12CD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5CC7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6D59A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1473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A35C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240D1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15CA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</w:t>
            </w:r>
          </w:p>
        </w:tc>
      </w:tr>
      <w:tr w:rsidR="00A0774E" w14:paraId="5CAC6DB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7234E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N688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6400F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850F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BF7E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6CE0A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F2A2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5E9D1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BCC2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8C4D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8286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75199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62F2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0C20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1,005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350C7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2C61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110</w:t>
            </w:r>
          </w:p>
        </w:tc>
      </w:tr>
      <w:tr w:rsidR="00A0774E" w14:paraId="6C598E5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F9B19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1FAD5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4A1C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458C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2C6F8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C07F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D778E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462B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1026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A58C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1D508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A6DD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7A1F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22AF2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A711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</w:t>
            </w:r>
          </w:p>
        </w:tc>
      </w:tr>
      <w:tr w:rsidR="00A0774E" w14:paraId="06A452D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B66EF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CB6E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5208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2,218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1F38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2,815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C69B2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3A0F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1,879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77BC1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783F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2387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1,281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0AC8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AF38F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2895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05A7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FA1DB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5316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</w:tr>
      <w:tr w:rsidR="00A0774E" w14:paraId="2799181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0A4DB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54DA0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3DD3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E3F6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737AE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3F3F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787DB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7BD6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D58B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1,382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4F6B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DC517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2D0F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AB20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05576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F770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108</w:t>
            </w:r>
          </w:p>
        </w:tc>
      </w:tr>
      <w:tr w:rsidR="00A0774E" w14:paraId="6493537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3D2A7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927BA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9EBB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1,543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99F3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19133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0311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-467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B6D04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6100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6F07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7AF3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DE1D8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1E70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D260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D822F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C221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</w:tr>
      <w:tr w:rsidR="00A0774E" w14:paraId="0D771B9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F6307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ACE63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09C3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9065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9260B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9489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62F88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E532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CC62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E040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0CDB0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3B22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7D1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1595B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1E96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</w:tr>
      <w:tr w:rsidR="00A0774E" w14:paraId="6BB592A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6A8A3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44FF7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0A33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6BF8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38F6C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6045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5065D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6061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7D7E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68E0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6A864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AF73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EF81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4B7A9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AB9D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</w:t>
            </w:r>
          </w:p>
        </w:tc>
      </w:tr>
    </w:tbl>
    <w:p w14:paraId="2FC900A4" w14:textId="77777777" w:rsidR="00A0774E" w:rsidRDefault="00AB080A">
      <w:r>
        <w:br w:type="page"/>
      </w:r>
    </w:p>
    <w:p w14:paraId="4D2A6EEA" w14:textId="77777777" w:rsidR="00A0774E" w:rsidRDefault="00AB080A">
      <w:pPr>
        <w:pStyle w:val="Heading1"/>
      </w:pPr>
      <w:r>
        <w:lastRenderedPageBreak/>
        <w:t>Table C11</w:t>
      </w:r>
    </w:p>
    <w:p w14:paraId="6FEDF0F4" w14:textId="77777777" w:rsidR="00A0774E" w:rsidRDefault="00AB080A">
      <w:pPr>
        <w:pStyle w:val="Heading2"/>
      </w:pPr>
      <w:r>
        <w:t>Report appendix page 62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C11"/>
        <w:tblDescription w:val="Data table extracted from the 2025-26 Livestock Farm Monitor Project annual report appendix."/>
      </w:tblPr>
      <w:tblGrid>
        <w:gridCol w:w="999"/>
        <w:gridCol w:w="988"/>
        <w:gridCol w:w="1010"/>
        <w:gridCol w:w="1152"/>
        <w:gridCol w:w="1012"/>
        <w:gridCol w:w="994"/>
        <w:gridCol w:w="1003"/>
        <w:gridCol w:w="1007"/>
        <w:gridCol w:w="995"/>
        <w:gridCol w:w="991"/>
        <w:gridCol w:w="1008"/>
        <w:gridCol w:w="994"/>
        <w:gridCol w:w="1177"/>
        <w:gridCol w:w="997"/>
        <w:gridCol w:w="1177"/>
      </w:tblGrid>
      <w:tr w:rsidR="00A0774E" w14:paraId="6FE48C3D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41BAB4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Prime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A43AD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71634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variable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FB791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60FAF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summary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89860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E713A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Northern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E9E37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C7DEB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B8CD6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ACD2F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2632C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780A5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30741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E30FDE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06BFEEDE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E50323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B61CA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76CCD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9D7C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CE265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A2228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12D0E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Contract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E6366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C184C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108A9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A1555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54A5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5C36B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Purchased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AC1A0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Home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6FF2B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grown</w:t>
            </w:r>
          </w:p>
        </w:tc>
      </w:tr>
      <w:tr w:rsidR="00A0774E" w14:paraId="393C5649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3B6297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41E73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4FF0D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D7230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Scanning/preg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6687F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7C290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3F319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shearing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5E0FE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93C9A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AD191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A84B0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Livestock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52B31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AE57A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supplementary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65355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BD74F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supplementary</w:t>
            </w:r>
          </w:p>
        </w:tc>
      </w:tr>
      <w:tr w:rsidR="00A0774E" w14:paraId="312357CD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C6F75A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No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0C177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EC9C3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testing,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3223C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AI &amp;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945B4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7F34B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Animal Health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15727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D45AD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crutching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AD419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B94D9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Selling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E3562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6BFE8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feed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0FCF3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8D52D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feed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AFBE46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3F8D41F5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EC1B2E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DB870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D8172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FCCD1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54E5B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FD68B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A6CFA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7A1D9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CD88A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00A9B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7AB8A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09BD5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B1D66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7AE37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743E78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45345A0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282EF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9EA73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8137D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4793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00429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06F1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E44A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4CB9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87505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20D22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2AC1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4ACF8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086D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6EB91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BEF7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6126AC9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6E4BA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N616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593DB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A0FBC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E7F5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D0AAD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375F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58EBA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553A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A6191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1D05C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73AA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68046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7D64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75B8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35A5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3A8B3B3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B83EA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N630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47602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41BFA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62DF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30D62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935F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D1A41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91A5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891B3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E5022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8FE2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F7677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48A2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9CA3F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4B37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7F6E528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6BC33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N688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2CCFB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29D5A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F571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01F18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9CA4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4CCF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B77A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E93FB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3D602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9DFB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CDEBD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DCE9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012EE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70B2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0CBA485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61349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2BC1E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BA791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C4F7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65F18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F018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EB5F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CBB4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CA364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90DE9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B730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DCBC4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2EE0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62D0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DC91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</w:tr>
      <w:tr w:rsidR="00A0774E" w14:paraId="7D4EC05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75CEA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86AEF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F33E0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A070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09FC5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2204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03136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0C7A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B39D5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A7F12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DBBA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9F6B9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EE86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A99FE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6859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</w:t>
            </w:r>
          </w:p>
        </w:tc>
      </w:tr>
      <w:tr w:rsidR="00A0774E" w14:paraId="4C2AF77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35FBB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0645D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B12E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4FF5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8CF5A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B8B4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FED6F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8A0F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727A4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CA4FE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686E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5551E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3334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8147A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A795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</w:tr>
      <w:tr w:rsidR="00A0774E" w14:paraId="3379DD4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65A00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B9CF3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4E54A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1374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74968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C023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21600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6E75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92A18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4CACC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8E74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15D49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8A62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EDDB5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037A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46ACF26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2B066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A1387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001D0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6649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1795F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E13A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88DCF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9218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C18F8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AC296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BC20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497C7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37FD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0ABA2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940C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7494CD1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DD617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F0131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18B6D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2A2D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2106A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083B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CE8FD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71A3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99F7E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C9598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7C51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4ADF1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5C47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224A9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93FE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</w:tr>
      <w:tr w:rsidR="00A0774E" w14:paraId="4A9194F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8D440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Wool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7865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Sheep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E994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Production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E08CD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88B6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Information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C3B4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–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FFAF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Northern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043F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FBFA6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C328E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05D33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845A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87BD8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7E507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E29596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55FC662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0C190D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29DB5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D08DB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D9A20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2922B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2651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0CAA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Ewes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E322A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B49B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Ewes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C1913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EC24D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4E721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7B033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3642C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AD5757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746F7AF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E856FD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5DF9C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45422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06D43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080ED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2ECF5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D4DF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(+2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95A3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years)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B2F8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(1-2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ECB7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years)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5244C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253BB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70C8D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D71AB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2869CB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519B372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CE51D7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2690C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8CFCE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CE34B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C9C07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E9DA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683E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annual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24F58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ECC9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annual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EC1B8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E7DFA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7C07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48C50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BC2EC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5C7FB0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4873579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A010E3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B4AB0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113DB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78CB1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1389F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9FCD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Major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ABBB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4E15C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A759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0E34D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0DB56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F625E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1A2E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645AB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FA1E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Clean</w:t>
            </w:r>
          </w:p>
        </w:tc>
      </w:tr>
      <w:tr w:rsidR="00A0774E" w14:paraId="1A88CAE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F467E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Farm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4271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Ewe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07C1B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9E66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Stocking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CF86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Supp feed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7377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lambing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AF30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marking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D3E3A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D151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marking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33D21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108E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Stock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3AC1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Clean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1557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Clean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C79E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1988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wool price</w:t>
            </w:r>
          </w:p>
        </w:tc>
      </w:tr>
      <w:tr w:rsidR="00A0774E" w14:paraId="55B124F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DC18F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No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B6A5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breed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0777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rate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80F2A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EA83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 the diet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C98F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period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8C9E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rate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B3E52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6BC1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rate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EFB52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062C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sales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EA05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wool cut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D0E6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wool cut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2C10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micron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90DE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received</w:t>
            </w:r>
          </w:p>
        </w:tc>
      </w:tr>
      <w:tr w:rsidR="00A0774E" w14:paraId="76D0EC9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E48BED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D8B54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B0194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C6652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2351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 of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E8346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307DA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528A0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86E8A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97C63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9B7EA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56845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1FD5D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5CA4C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2B2FAE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2E3A9E7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106605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26A4A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87AEE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CAC2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7539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total 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36201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7A174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DBE17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65C14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B40D2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69FE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kg LWT/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5C9E8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3951F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09624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0CA5A0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5D0D787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DD8BE1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4BF20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9004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DSE/yr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FE11A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F95B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consumed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4504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season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DAA5F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1D61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3CC4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4AEE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A379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78F2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kg/head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F537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kg/ha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56E3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μ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5918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$/kg</w:t>
            </w:r>
          </w:p>
        </w:tc>
      </w:tr>
      <w:tr w:rsidR="00A0774E" w14:paraId="3E57501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D3F74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C31F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8A82D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CA8B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23,023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6446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E8AC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33044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384B0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A2EB3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2756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3345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0469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436B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7AB9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16.3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24D6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24.7</w:t>
            </w:r>
          </w:p>
        </w:tc>
      </w:tr>
      <w:tr w:rsidR="00A0774E" w14:paraId="68C3EF4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A963F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N586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6BF4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93D94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02E2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3,708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B104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01FD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78C8F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C29C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104%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005BE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D19C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8025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310A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65F4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6B91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C5C2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23.9</w:t>
            </w:r>
          </w:p>
        </w:tc>
      </w:tr>
      <w:tr w:rsidR="00A0774E" w14:paraId="143E8A8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BF993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N589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668B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F7461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49F3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2,421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0585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DFD3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BADDB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D953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58FC6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D7DC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310A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626D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0409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E7BB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FDF2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21.5</w:t>
            </w:r>
          </w:p>
        </w:tc>
      </w:tr>
      <w:tr w:rsidR="00A0774E" w14:paraId="0E95AEC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54E27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N599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7FBF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E3538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08C9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8,207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26EA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F930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CD16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DB27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8B526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E525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D27D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29AB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A35C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227E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16.2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4DFA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22.2</w:t>
            </w:r>
          </w:p>
        </w:tc>
      </w:tr>
      <w:tr w:rsidR="00A0774E" w14:paraId="2E533AC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5E3D5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N616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500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CD9E0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3348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4,540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725D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8462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D6CA6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1F64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6EAE1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1956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1300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19F2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6F0E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7E37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313F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22.0</w:t>
            </w:r>
          </w:p>
        </w:tc>
      </w:tr>
      <w:tr w:rsidR="00A0774E" w14:paraId="587C622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03ED8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N745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BBC4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69BED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CC07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8,576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3F93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0B2A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706AF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C460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C4138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2D68B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175C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4ECA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AA68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8577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15.4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413A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22.9</w:t>
            </w:r>
          </w:p>
        </w:tc>
      </w:tr>
      <w:tr w:rsidR="00A0774E" w14:paraId="524BD94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CEC75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C225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268C7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E7F5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BDEB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0DBA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BC667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B37F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2B77A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99DE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E905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95F1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626E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4437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0895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23.8</w:t>
            </w:r>
          </w:p>
        </w:tc>
      </w:tr>
      <w:tr w:rsidR="00A0774E" w14:paraId="28B9B96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DBA82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CDAE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BDFD5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ABE0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C79A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87750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A0CAB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8D5AB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DD297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8BB88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3303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0C25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023D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0B78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107D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19.7</w:t>
            </w:r>
          </w:p>
        </w:tc>
      </w:tr>
      <w:tr w:rsidR="00A0774E" w14:paraId="65B471F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0A01F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F9B2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36302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E262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E4A9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400A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E093D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938A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2D69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34D61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074A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CDE8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5B6A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0912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0C9B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17.8</w:t>
            </w:r>
          </w:p>
        </w:tc>
      </w:tr>
      <w:tr w:rsidR="00A0774E" w14:paraId="0128835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847C0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97D3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9866C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ABC5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4,136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BFA8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B4D7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AF6CA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E923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15323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3340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3EE3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99D8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08BC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3090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119F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20.8</w:t>
            </w:r>
          </w:p>
        </w:tc>
      </w:tr>
      <w:tr w:rsidR="00A0774E" w14:paraId="29FABEB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43C7B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50D3C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D85B2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2DEC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5,776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E98F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325F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7D77A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6484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4C85E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BB1C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3222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5FC2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A29D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8971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CAF3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21.9</w:t>
            </w:r>
          </w:p>
        </w:tc>
      </w:tr>
    </w:tbl>
    <w:p w14:paraId="1373C40F" w14:textId="77777777" w:rsidR="00A0774E" w:rsidRDefault="00AB080A">
      <w:r>
        <w:br w:type="page"/>
      </w:r>
    </w:p>
    <w:p w14:paraId="5B3528CC" w14:textId="77777777" w:rsidR="00A0774E" w:rsidRDefault="00AB080A">
      <w:pPr>
        <w:pStyle w:val="Heading1"/>
      </w:pPr>
      <w:r>
        <w:lastRenderedPageBreak/>
        <w:t>Table C13</w:t>
      </w:r>
    </w:p>
    <w:p w14:paraId="216B008A" w14:textId="77777777" w:rsidR="00A0774E" w:rsidRDefault="00AB080A">
      <w:pPr>
        <w:pStyle w:val="Heading2"/>
      </w:pPr>
      <w:r>
        <w:t>Report appendix page 63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C13"/>
        <w:tblDescription w:val="Data table extracted from the 2025-26 Livestock Farm Monitor Project annual report appendix."/>
      </w:tblPr>
      <w:tblGrid>
        <w:gridCol w:w="1025"/>
        <w:gridCol w:w="1024"/>
        <w:gridCol w:w="1024"/>
        <w:gridCol w:w="1025"/>
        <w:gridCol w:w="1025"/>
        <w:gridCol w:w="1024"/>
        <w:gridCol w:w="1024"/>
        <w:gridCol w:w="1025"/>
        <w:gridCol w:w="1024"/>
        <w:gridCol w:w="1025"/>
        <w:gridCol w:w="1023"/>
        <w:gridCol w:w="1024"/>
        <w:gridCol w:w="1094"/>
        <w:gridCol w:w="1024"/>
        <w:gridCol w:w="1094"/>
      </w:tblGrid>
      <w:tr w:rsidR="00A0774E" w14:paraId="26D896B1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006D3A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Wool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6AFB4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Sheep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37796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Gross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39931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Margin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CC294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 Northern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5764E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C7A86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95064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1EEA3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0B6B8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294BC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4CBF1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4B152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76ECB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6495ED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0DAA805D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19C5DD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C886A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E2869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51309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C2928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7C5EB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4AA79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0C115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01128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wool Wool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300D5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sheep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7DD0E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Wool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C4DEA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sheep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9E7C3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Wool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112C9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sheep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E977E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Wool sheep</w:t>
            </w:r>
          </w:p>
        </w:tc>
      </w:tr>
      <w:tr w:rsidR="00A0774E" w14:paraId="65F2120F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0B2B5A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8B050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4D5FA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sales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5C19D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56E93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inventory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3F07E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1FFA9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Wool sales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DE725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sheep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D53F8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F2382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variable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6095B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5C891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variable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04EC2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E3C2F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gross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BA9BA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gross</w:t>
            </w:r>
          </w:p>
        </w:tc>
      </w:tr>
      <w:tr w:rsidR="00A0774E" w14:paraId="202F015E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ABB2BA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No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F444E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04997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7FC5D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purchases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D4B22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change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C24F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66C5C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BD5AD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53199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0978C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6AD8E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10371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1E3C0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F1CE1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margin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7CBB6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margin</w:t>
            </w:r>
          </w:p>
        </w:tc>
      </w:tr>
      <w:tr w:rsidR="00A0774E" w14:paraId="74D5136E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54328A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23A53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86C51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44CCF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77FAF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E4C54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70266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7F1F4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E0C8F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8B10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FBB45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41DA2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59E5C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D0C95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C9552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</w:tr>
      <w:tr w:rsidR="00A0774E" w14:paraId="4DAFAED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5767B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336C0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C4A6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2817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257B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FF8C2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B1A0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1,531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717A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2,078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68538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5869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C80A7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4546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B8FCD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C86E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4770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</w:t>
            </w:r>
          </w:p>
        </w:tc>
      </w:tr>
      <w:tr w:rsidR="00A0774E" w14:paraId="177E4B9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D3CB1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N586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223E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BB90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A4F6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84A9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54A65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7D3D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A0D9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CC15D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6DED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48F3D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BF70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4D84D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EE58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C3B8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</w:t>
            </w:r>
          </w:p>
        </w:tc>
      </w:tr>
      <w:tr w:rsidR="00A0774E" w14:paraId="68CA114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26387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N589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50326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AB3E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7F7E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1D4F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-466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7FC12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2300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CB22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FD4C1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5DE0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7AC24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7B08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F210F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8230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9009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</w:tr>
      <w:tr w:rsidR="00A0774E" w14:paraId="6CD7849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05A21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28294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C3F8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2269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3BE2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7C19A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F0C0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1429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1,081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876F5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C7C7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434A7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8C16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4784C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BE08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6795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</w:tr>
      <w:tr w:rsidR="00A0774E" w14:paraId="56523AB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0651A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N616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76269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B342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1B50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E431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3A977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D17E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F2D9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A1F5B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5D0E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128DF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DC02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6B4C5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5DB5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0E72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</w:t>
            </w:r>
          </w:p>
        </w:tc>
      </w:tr>
      <w:tr w:rsidR="00A0774E" w14:paraId="31B0541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A3D04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N745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7A246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D3AA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3599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5B4D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B55E2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E8FF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A02C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C5A25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F0E9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47FD4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CD5A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08423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E10C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B1FF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</w:tr>
      <w:tr w:rsidR="00A0774E" w14:paraId="2E3800C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95C0F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18340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8F91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DE3E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12F1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D151F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42CE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EB31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DB3B8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86E4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F939D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2D25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12FFB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E97E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A11F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</w:t>
            </w:r>
          </w:p>
        </w:tc>
      </w:tr>
      <w:tr w:rsidR="00A0774E" w14:paraId="52D3235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82FD8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44199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9602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F764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D907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-679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F086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74AF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7407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5D718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DA6C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7FF2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7DD6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A61D8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C70D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5A78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</w:tr>
      <w:tr w:rsidR="00A0774E" w14:paraId="3991521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FE97F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17D74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A9EF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5974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CED4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C9BD1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66FC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E93E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0DE25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B153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EFDAD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AC34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7403C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C282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1C66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</w:t>
            </w:r>
          </w:p>
        </w:tc>
      </w:tr>
      <w:tr w:rsidR="00A0774E" w14:paraId="5CDD8C2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06F99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A14AB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BBAE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1,540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1356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E627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-283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7656A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E803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1,964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C968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3,261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B9117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DFEE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D070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6FCC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F1FA0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1203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2,473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1E77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131</w:t>
            </w:r>
          </w:p>
        </w:tc>
      </w:tr>
      <w:tr w:rsidR="00A0774E" w14:paraId="10FBE6C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56B7E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D98C1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E0BF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18B2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9753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-191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6EFDB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07DC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A6BD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B696F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CA58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AF072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B1DD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7BECF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3D79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6CB8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</w:t>
            </w:r>
          </w:p>
        </w:tc>
      </w:tr>
      <w:tr w:rsidR="00A0774E" w14:paraId="332DAF6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D2000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Wool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5786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Sheep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CEB4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variable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FB55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cost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1647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summary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D3FA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–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39AD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Northern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C1621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DDB3E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4A5AD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8BA20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D2C72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2FAF6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69337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E88B1D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3C2642B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AFC4E8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21F01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048D4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ACBE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Scanning/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0F493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7826E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78818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0DA7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Contract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ED3C8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38A55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2BFCA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8985A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D8AF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Purchased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C93AA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DC7F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Home grown</w:t>
            </w:r>
          </w:p>
        </w:tc>
      </w:tr>
      <w:tr w:rsidR="00A0774E" w14:paraId="5B4AA47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DAE08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Farm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E406F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EBF1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preg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9C5E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testing,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EA7A8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6C7EF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4F9A5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E159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shearing and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37E3F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30F4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Livestock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211C8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4F75A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624E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supplementary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6A90D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436A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supplementary</w:t>
            </w:r>
          </w:p>
        </w:tc>
      </w:tr>
      <w:tr w:rsidR="00A0774E" w14:paraId="76C1494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9533F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No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F75B6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7B56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AI &amp;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B1D6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ET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8C09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Animal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6064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Health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08AF5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3BA1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crutching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B93A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Selling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FFCB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costs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22B10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EE23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feed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C3647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F212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feed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C28050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5E397A3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248520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140B2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FC61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2CF50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BFE5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DEE8E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997E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9F376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1D4D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239A6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E6ADC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A618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12DC4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9934C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8BB8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</w:tr>
      <w:tr w:rsidR="00A0774E" w14:paraId="1EF1EDE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12DCC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ABE89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06310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93F3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FAB92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9F0E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0B6AB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08D9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937F5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89F1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025F6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12596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FC37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F98C4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8882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</w:tr>
      <w:tr w:rsidR="00A0774E" w14:paraId="31C7DBA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40DE8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N586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A5EDE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A4C9B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DAD1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B1CC4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F579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38BF4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0FB1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28EF5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71CE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13351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E8968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E4D8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59077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8036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1819417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420F9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N589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5D457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3D9FE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2BF5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79CD8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CE20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B2C63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6BD3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A077D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2200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7AB58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91B86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5C3D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B06D6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6300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7A99D68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F26CE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494DA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35218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5385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39CEE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C21D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05A97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41F3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253A6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3D46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B9E2E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424E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B806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CD4B0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C46D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4CE89E7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C71A2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N616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4458B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0C1DA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DA59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B5ACE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B7EA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B760C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07EB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ED5AC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C07F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EA165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680AC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735C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B80D0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D8A2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6B887D8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13A7F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N745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1FE18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1B213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D58D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ADB70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5290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89266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92AD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06E7E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FB6A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36509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BDBFB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709E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8A129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F71F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255C6B1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4594C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68F7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EBAA5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F19D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35DF9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CECA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3A1CA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6B3D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165B0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B030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3CE2A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D05D0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8E14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C2252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18AA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1B65A13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84055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CD2A0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D319F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9768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8A2B5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ACA3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FF025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09EA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668BE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133B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D891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65436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D835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8F93C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24E4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365971A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E6385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N1037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0CED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0202A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2D99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6626C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EB70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55F22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37A5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D5DA1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1DCC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33755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28B25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4E8E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BD5E4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D68F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6B5486A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6A6DF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08483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C7FA8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E36A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807A4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E043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9D62A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DF8D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3B64D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9743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0EDB7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063F5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B8E8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A99B2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B1D5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36B140C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BF151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987AB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A82E7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0AAA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3037C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D796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BCEB4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99E6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1DEE1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4365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9FC9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04192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462C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1EBA8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E783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</w:tbl>
    <w:p w14:paraId="490F0036" w14:textId="77777777" w:rsidR="00A0774E" w:rsidRDefault="00AB080A">
      <w:r>
        <w:br w:type="page"/>
      </w:r>
    </w:p>
    <w:p w14:paraId="5F88035D" w14:textId="77777777" w:rsidR="00A0774E" w:rsidRDefault="00AB080A">
      <w:pPr>
        <w:pStyle w:val="Heading1"/>
      </w:pPr>
      <w:r>
        <w:lastRenderedPageBreak/>
        <w:t>Table C15</w:t>
      </w:r>
    </w:p>
    <w:p w14:paraId="7FF5E843" w14:textId="77777777" w:rsidR="00A0774E" w:rsidRDefault="00AB080A">
      <w:pPr>
        <w:pStyle w:val="Heading2"/>
      </w:pPr>
      <w:r>
        <w:t>Report appendix page 64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C15"/>
        <w:tblDescription w:val="Data table extracted from the 2025-26 Livestock Farm Monitor Project annual report appendix."/>
      </w:tblPr>
      <w:tblGrid>
        <w:gridCol w:w="1020"/>
        <w:gridCol w:w="1021"/>
        <w:gridCol w:w="1023"/>
        <w:gridCol w:w="1078"/>
        <w:gridCol w:w="1024"/>
        <w:gridCol w:w="1017"/>
        <w:gridCol w:w="1020"/>
        <w:gridCol w:w="1016"/>
        <w:gridCol w:w="1020"/>
        <w:gridCol w:w="1021"/>
        <w:gridCol w:w="1094"/>
        <w:gridCol w:w="1015"/>
        <w:gridCol w:w="1021"/>
        <w:gridCol w:w="1094"/>
        <w:gridCol w:w="1020"/>
      </w:tblGrid>
      <w:tr w:rsidR="00A0774E" w14:paraId="2128EC01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DC5E9C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Beef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263B5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Trading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BF936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production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86E11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76D15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Information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495B6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44811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Northern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19472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CC011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53436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4D6AA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02921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AC5AE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26EBE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352DBF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27F58E84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F2A041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FAB8C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906C7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9EACF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5F148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A2E50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39AFC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19953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7E986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AA7CF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8800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7E2A6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2EAAF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62440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D8F9D8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1E76EC97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691687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91F1D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Stocking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F792C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C7D08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Supp feed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98009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5BA57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weight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E8267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197C3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BE94D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weight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6177B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Purchase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3A7F6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Sale price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3552D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B7576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Purchase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A0A95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8E3AE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Sale price</w:t>
            </w:r>
          </w:p>
        </w:tc>
      </w:tr>
      <w:tr w:rsidR="00A0774E" w14:paraId="219FDFEC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5F1E91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No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2485F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rate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34B7D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7D7BC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the diet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02C63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purchased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7AA03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614A5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weight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6D450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sold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FD95C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gain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66C4C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price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982B4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received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C1684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CB81F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price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46478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32317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received</w:t>
            </w:r>
          </w:p>
        </w:tc>
      </w:tr>
      <w:tr w:rsidR="00A0774E" w14:paraId="0F3102CD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5E1DCE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AA1CB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1D3B4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%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77EAA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of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7317E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6830E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29457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5BCD5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E2336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DB4E7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5CEBD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D15A9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8C725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0B9BF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6B588D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521A1D2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452366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6BF15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16AF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total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532A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90748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D3A82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E6A7B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BD4FF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B1251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E9FC2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7BBDD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2E87C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1B5F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3B7BA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02D7B5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5DA4B11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DC8E26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4617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DSE/yr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0A19A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882F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consumed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8030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kg LWT/hd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DCF07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0267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kg LWT/hd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49FB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4A36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LWT/hd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2928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$/kg LWT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F7A5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$/kg LWT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917D2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7BB4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BB650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20B3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$/hd</w:t>
            </w:r>
          </w:p>
        </w:tc>
      </w:tr>
      <w:tr w:rsidR="00A0774E" w14:paraId="4B3C545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2ABF9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03A2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82872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87B1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AD3B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CE506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EEED3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0F052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44E55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1FC5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E8997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5530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2000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D1D2B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8D2E77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11D74B9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7D320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F5F4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7,390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AD67B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7175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A676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1E24A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7043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E9C1B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B990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EF24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4D52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53C6E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015C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1,793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553E5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4478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3,034</w:t>
            </w:r>
          </w:p>
        </w:tc>
      </w:tr>
      <w:tr w:rsidR="00A0774E" w14:paraId="73CAAB9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7C7EA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14BF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2,234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FD363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1491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1144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6EAFD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5C20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5F2DD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6EA7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2A8E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A777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B3172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8CF3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5D29F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2057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2,242</w:t>
            </w:r>
          </w:p>
        </w:tc>
      </w:tr>
      <w:tr w:rsidR="00A0774E" w14:paraId="12EF38B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266A2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C2FA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3,242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FE267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17B5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8A52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936AE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7809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FE98A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33DD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C510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264E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9E639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5F38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1,474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FCCE8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8BF9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2,638</w:t>
            </w:r>
          </w:p>
        </w:tc>
      </w:tr>
      <w:tr w:rsidR="00A0774E" w14:paraId="3F24167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5F3AB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Beef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5D4D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Trading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6CAC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gross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27E5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margin –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9FE6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Northern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4CB87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4D687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AEC3F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A1209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6D1C3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E093D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9496D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6B99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FF374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F7A93B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7E7119F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7FECB6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A8F58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DF4B9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632DF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E6C4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Stock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1415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Total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8175B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8D285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50B8E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D1DA4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AF61E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4CD1A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131C8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3A377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6DC025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576DA86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FE005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Farm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6084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Stock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DAC7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sales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1B17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Stock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6731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inventory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F5AC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Beef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E0B7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trading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FC0B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Beef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48C3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trading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EA3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Beef trading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20FB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Beef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64A6B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5DA1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trading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F6CF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Beef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8AD7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trading</w:t>
            </w:r>
          </w:p>
        </w:tc>
      </w:tr>
      <w:tr w:rsidR="00A0774E" w14:paraId="605B3C4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E21CB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No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751D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income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F21E5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82C3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purchases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9C75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change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6471B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6A6B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Income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A7B2B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804E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variable costs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5928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variable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73F5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costs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9DBC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gross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5C90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margin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0EC3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gross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652C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margin</w:t>
            </w:r>
          </w:p>
        </w:tc>
      </w:tr>
      <w:tr w:rsidR="00A0774E" w14:paraId="6F12C7A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23D8B8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3DC0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0B9DD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B31A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00C8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273B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34B04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5C42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7301F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1FC8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5550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EECC8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2899F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A7E43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EBB8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</w:tr>
      <w:tr w:rsidR="00A0774E" w14:paraId="46CB5F3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81CC3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8390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4A6AE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F38D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13,368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7954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13,368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B21AB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B866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3F46E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9019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1,775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27BC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6AC0F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79D3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-1,775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C2BDF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FDF13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1C82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-126</w:t>
            </w:r>
          </w:p>
        </w:tc>
      </w:tr>
      <w:tr w:rsidR="00A0774E" w14:paraId="7C32FAB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113BF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3745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3,127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7CE09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C04C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2,779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5145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D6A99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3581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ABEA8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5065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621F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555C9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CD3F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FCAD8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99354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9D07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</w:tr>
      <w:tr w:rsidR="00A0774E" w14:paraId="3D2FFB0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C97D6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DC85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1,946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E72DC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D366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190C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FE41B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2B98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890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8AB36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112D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0541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BE89A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B35E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662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3958C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0FAF7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CA8A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117</w:t>
            </w:r>
          </w:p>
        </w:tc>
      </w:tr>
      <w:tr w:rsidR="00A0774E" w14:paraId="11BD945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BF4EE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4205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1,691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CD578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A2C6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5,730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AAF5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4,797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93F0B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856C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90E4F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AC57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AE7A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A8CF9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3120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B8113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79082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39A6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A0774E" w14:paraId="64F2EC9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EFDF8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Beef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5F6B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Trading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9D9B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variable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53B3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cost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2A34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summary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1FD1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–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A3B6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Northern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9CC04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89996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CF831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E53F2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B3C82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1260F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1F246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C335C8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66EA9B9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6BE3ED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13F15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1E3BD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EAB1D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B6A12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508F8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A0449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74B81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C8072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C73C1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59C8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Purchased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7EF6C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CD3A3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3ED2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Home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2DC4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grown</w:t>
            </w:r>
          </w:p>
        </w:tc>
      </w:tr>
      <w:tr w:rsidR="00A0774E" w14:paraId="27E6CB7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5FB17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Farm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290D1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E8B8F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0C0A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Scanning/preg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FEDAD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1DFC0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59E8D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4558C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6C26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Livestock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0B3D2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34D5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supplementary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ECD0E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15FB2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505E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supplementary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50FC2A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5513164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18B04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No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3087E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D9EA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testing,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0065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AI &amp;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371B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ET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2A1C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Animal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A5F0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Health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09F9E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C52B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Selling costs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1BD4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feed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A70DE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CD04B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3A37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feed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644FD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586478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2F24C2B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97A1A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DE24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188E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2D6CD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B5ECB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471C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24A7F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4B82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EA5E5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3127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C3B22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959B2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6D974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5191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562DB8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30DF18D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4DA16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N599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366AA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A647E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2174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8B07C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B5802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0260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4CB77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263A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8BE49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CC95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89545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764B1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2B093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0C8F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</w:tr>
      <w:tr w:rsidR="00A0774E" w14:paraId="0372A09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C873C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0E6F5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D1179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83F4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3A10E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A813A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062F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F9EB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87AA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96151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B500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CF19E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22B64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B85E9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11D7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</w:tr>
      <w:tr w:rsidR="00A0774E" w14:paraId="62EC0CD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87057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E871F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68766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943D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FB60F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C4462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C490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D8FCE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6BF4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9E1AF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7DCE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620AE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48AF8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81F08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F577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</w:tr>
      <w:tr w:rsidR="00A0774E" w14:paraId="41F1B56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B672D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60AC4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BDD12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0E53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A0CA1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767E4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D6FE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F5E68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98B5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7DE33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82B8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EC180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63B4F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22467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F527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</w:tr>
    </w:tbl>
    <w:p w14:paraId="70C8F0C7" w14:textId="77777777" w:rsidR="00A0774E" w:rsidRDefault="00AB080A">
      <w:r>
        <w:br w:type="page"/>
      </w:r>
    </w:p>
    <w:p w14:paraId="67CA039E" w14:textId="77777777" w:rsidR="00A0774E" w:rsidRDefault="00AB080A">
      <w:pPr>
        <w:pStyle w:val="Heading1"/>
      </w:pPr>
      <w:r>
        <w:lastRenderedPageBreak/>
        <w:t>Table C18</w:t>
      </w:r>
    </w:p>
    <w:p w14:paraId="4BF9B205" w14:textId="77777777" w:rsidR="00A0774E" w:rsidRDefault="00AB080A">
      <w:pPr>
        <w:pStyle w:val="Heading2"/>
      </w:pPr>
      <w:r>
        <w:t>Report appendix page 65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C18"/>
        <w:tblDescription w:val="Data table extracted from the 2025-26 Livestock Farm Monitor Project annual report appendix."/>
      </w:tblPr>
      <w:tblGrid>
        <w:gridCol w:w="1399"/>
        <w:gridCol w:w="1399"/>
        <w:gridCol w:w="1399"/>
        <w:gridCol w:w="1399"/>
        <w:gridCol w:w="1399"/>
        <w:gridCol w:w="1399"/>
        <w:gridCol w:w="1399"/>
        <w:gridCol w:w="1399"/>
        <w:gridCol w:w="1399"/>
        <w:gridCol w:w="1399"/>
        <w:gridCol w:w="1399"/>
      </w:tblGrid>
      <w:tr w:rsidR="00A0774E" w14:paraId="48CE136F" w14:textId="77777777">
        <w:trPr>
          <w:tblHeader/>
          <w:jc w:val="center"/>
        </w:trPr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2F39B1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Historic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C506E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Whole Farm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A6B05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Economic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C722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933EC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Performance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DC34F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E94F1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Northern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8CBB6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FEADF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64E27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5144EE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4D46C304" w14:textId="77777777">
        <w:trPr>
          <w:tblHeader/>
          <w:jc w:val="center"/>
        </w:trPr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CC7347" w14:textId="77777777" w:rsidR="00A0774E" w:rsidRDefault="00A0774E">
            <w:pPr>
              <w:spacing w:after="0" w:line="240" w:lineRule="auto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6F268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25408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28C2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A8314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76529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4C669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089DF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A141A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Earnings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61A37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C85A8E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793BC4BD" w14:textId="77777777">
        <w:trPr>
          <w:tblHeader/>
          <w:jc w:val="center"/>
        </w:trPr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B44A98" w14:textId="77777777" w:rsidR="00A0774E" w:rsidRDefault="00A0774E">
            <w:pPr>
              <w:spacing w:after="0" w:line="240" w:lineRule="auto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9E706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4AE85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BF87E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CC806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66DC1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153A3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661E4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Before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A35CC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Interest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2B60B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Return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2994B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Return</w:t>
            </w:r>
          </w:p>
        </w:tc>
      </w:tr>
      <w:tr w:rsidR="00A0774E" w14:paraId="31018140" w14:textId="77777777">
        <w:trPr>
          <w:tblHeader/>
          <w:jc w:val="center"/>
        </w:trPr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F77BC7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Year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54312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Gross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EF417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AE91C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1C21B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Variable Costs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4644D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CAEFF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Overhead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6417F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 and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F74A2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Tax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E4663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on Assets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32916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on Equity</w:t>
            </w:r>
          </w:p>
        </w:tc>
      </w:tr>
      <w:tr w:rsidR="00A0774E" w14:paraId="3ACB5B2E" w14:textId="77777777">
        <w:trPr>
          <w:tblHeader/>
          <w:jc w:val="center"/>
        </w:trPr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C843C0" w14:textId="77777777" w:rsidR="00A0774E" w:rsidRDefault="00A0774E">
            <w:pPr>
              <w:spacing w:after="0" w:line="240" w:lineRule="auto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DBEBE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REAL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F4C30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EA7E1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REAL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F3378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A72A3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REAL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0B3B7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F5735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REAL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56970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ED2A9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8768C6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7D5CF482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75D917" w14:textId="77777777" w:rsidR="00A0774E" w:rsidRDefault="00A0774E">
            <w:pPr>
              <w:spacing w:after="0" w:line="240" w:lineRule="auto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1617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A2BCB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2FA6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1668C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BECB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A0169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8F33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B8EDB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83F18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D67BEC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35DB243E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1D0F0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2004-05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D60CF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BBDA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B10C3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2E65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FBE98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3AEF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04082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BA83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41BE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1.1%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2A5A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-0.2%</w:t>
            </w:r>
          </w:p>
        </w:tc>
      </w:tr>
      <w:tr w:rsidR="00A0774E" w14:paraId="0D87A2BC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0A3DE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2005-06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F5CFE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3512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1F2C6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F7FE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FBC62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EEA4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337C6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38FB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2477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1.5%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FA04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0.0%</w:t>
            </w:r>
          </w:p>
        </w:tc>
      </w:tr>
      <w:tr w:rsidR="00A0774E" w14:paraId="002F45FF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7ACC6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2006-07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01726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8E96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218EF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761E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726D0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CCF3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94B68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2A39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DC48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E74A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-1.8%</w:t>
            </w:r>
          </w:p>
        </w:tc>
      </w:tr>
      <w:tr w:rsidR="00A0774E" w14:paraId="6645D56D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9CEF2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2007-08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8E6DE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1AFF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C991E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EECC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2210C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E98C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B4D43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3D87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8578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2.4%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7BD9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1.5%</w:t>
            </w:r>
          </w:p>
        </w:tc>
      </w:tr>
      <w:tr w:rsidR="00A0774E" w14:paraId="5B076E65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199BF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2008-09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81967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7557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BCCD0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11D8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BD2C4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58BA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099CC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CF57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655C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9D63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-1.3%</w:t>
            </w:r>
          </w:p>
        </w:tc>
      </w:tr>
      <w:tr w:rsidR="00A0774E" w14:paraId="7C7ADABD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230FC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2009-10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202AA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10B3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B0675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7921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0C4A6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8FF3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877A9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7621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E102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2.5%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2975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2.0%</w:t>
            </w:r>
          </w:p>
        </w:tc>
      </w:tr>
      <w:tr w:rsidR="00A0774E" w14:paraId="05886AA6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267F0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2010-11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E3AE1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9BA3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E775F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A663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45B6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6E48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E756A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F574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76E5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4.5%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4588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4.9%</w:t>
            </w:r>
          </w:p>
        </w:tc>
      </w:tr>
      <w:tr w:rsidR="00A0774E" w14:paraId="37A5620F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7017A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2011-12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48481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02A6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ADBD9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4E97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0B87D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666C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6291E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83A8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D6AF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2.9%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0CC3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2.6%</w:t>
            </w:r>
          </w:p>
        </w:tc>
      </w:tr>
      <w:tr w:rsidR="00A0774E" w14:paraId="03675705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AFBA5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2012-13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8C236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36D5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B0FF1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3788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87D9B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B838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6F373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A757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C5A4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0.6%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3A94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-1.8%</w:t>
            </w:r>
          </w:p>
        </w:tc>
      </w:tr>
      <w:tr w:rsidR="00A0774E" w14:paraId="51BBF9EC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8212F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2013-14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1D5CE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81C9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2E87A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164F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0078B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23C7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99A98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0A6B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BD84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2.0%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8B01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0.9%</w:t>
            </w:r>
          </w:p>
        </w:tc>
      </w:tr>
      <w:tr w:rsidR="00A0774E" w14:paraId="02A01D37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6FAE5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2014-15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8151F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3280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7EF75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E388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FAF2D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4356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52E89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B2E0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490B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1.9%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58F4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1.0%</w:t>
            </w:r>
          </w:p>
        </w:tc>
      </w:tr>
      <w:tr w:rsidR="00A0774E" w14:paraId="56DBCD8A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8D7D2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2015-16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07278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840E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38C77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49A0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AFD63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B959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AEC16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3DAA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B108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1.4%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A083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0.5%</w:t>
            </w:r>
          </w:p>
        </w:tc>
      </w:tr>
      <w:tr w:rsidR="00A0774E" w14:paraId="4E32BB24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6909A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2016-17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A4932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AD20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CC1FF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F3DF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DD08A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A282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7473E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8F99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034D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4.3%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BD60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4.4%</w:t>
            </w:r>
          </w:p>
        </w:tc>
      </w:tr>
      <w:tr w:rsidR="00A0774E" w14:paraId="1C28343C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423C4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2017-18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10493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D584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916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44E02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56DF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C5399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3F91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CB27E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C746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E4A3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2.7%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68F2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2.7%</w:t>
            </w:r>
          </w:p>
        </w:tc>
      </w:tr>
      <w:tr w:rsidR="00A0774E" w14:paraId="29D11C53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689AF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2018-19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0DE64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47DE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30A56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4546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BD6BB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D987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3C5C4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ADEE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937B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0863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-0.7%</w:t>
            </w:r>
          </w:p>
        </w:tc>
      </w:tr>
      <w:tr w:rsidR="00A0774E" w14:paraId="4DA1B88E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385C5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2019-20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3C4F2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B640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1105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DCD43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C61C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4E572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7239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0A398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4E4A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8597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1.2%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02E1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1.4%</w:t>
            </w:r>
          </w:p>
        </w:tc>
      </w:tr>
      <w:tr w:rsidR="00A0774E" w14:paraId="7A95F047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3204A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2020-21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E9C8D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CBE8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1253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92412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D9FD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CD1EE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268B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B198E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431F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1D10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2.1%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FF92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2.1%</w:t>
            </w:r>
          </w:p>
        </w:tc>
      </w:tr>
      <w:tr w:rsidR="00A0774E" w14:paraId="5E7FD4DA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2FC10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2021-22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0D702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955C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1315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0A283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B582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62DF6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21EB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425F9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5AA5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7926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2.2%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C8CD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3.0%</w:t>
            </w:r>
          </w:p>
        </w:tc>
      </w:tr>
      <w:tr w:rsidR="00A0774E" w14:paraId="4EB0DF1A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15A1F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2022-23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F424D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3787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1066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57447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E9B3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9E49F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884D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23D04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F9FB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37F0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0.8%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1495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1.3%</w:t>
            </w:r>
          </w:p>
        </w:tc>
      </w:tr>
      <w:tr w:rsidR="00A0774E" w14:paraId="4A37232C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6BB56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2023-24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1AD27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07D8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FBEBE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956B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4E1B1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71E5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7FFB6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DDA7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-43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6C82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-0.2%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D624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-2.3%</w:t>
            </w:r>
          </w:p>
        </w:tc>
      </w:tr>
      <w:tr w:rsidR="00A0774E" w14:paraId="470E1696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4D31D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2024-25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7CE8C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FC04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42782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075C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657B0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2CD7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5789D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5073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7624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-0.2%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72B8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-1.0%</w:t>
            </w:r>
          </w:p>
        </w:tc>
      </w:tr>
      <w:tr w:rsidR="00A0774E" w14:paraId="50733990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85617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2025-26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F8FE6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580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1248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09F3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C921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27613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C9F0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0BC20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1E3D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1F17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1.0%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E230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1.5%</w:t>
            </w:r>
          </w:p>
        </w:tc>
      </w:tr>
      <w:tr w:rsidR="00A0774E" w14:paraId="0E700694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7430C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80894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2039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4E684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02CF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EC74D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4A96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8DA9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99D5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AF8B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1.6%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7682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0.9%</w:t>
            </w:r>
          </w:p>
        </w:tc>
      </w:tr>
      <w:tr w:rsidR="00A0774E" w14:paraId="68F51AE7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B9251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Note: ‘Real’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D1E9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dollar values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F512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are the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DE32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nominal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4E2D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values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418A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converted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6AC1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 2025-26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8052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dollar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F747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equivalents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862A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by the C.P.I. to allow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1DB6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for inflation.</w:t>
            </w:r>
          </w:p>
        </w:tc>
      </w:tr>
    </w:tbl>
    <w:p w14:paraId="1E1601E3" w14:textId="77777777" w:rsidR="00A0774E" w:rsidRDefault="00AB080A">
      <w:r>
        <w:br w:type="page"/>
      </w:r>
    </w:p>
    <w:p w14:paraId="4D531F81" w14:textId="77777777" w:rsidR="00A0774E" w:rsidRDefault="00AB080A">
      <w:pPr>
        <w:pStyle w:val="Heading1"/>
      </w:pPr>
      <w:r>
        <w:lastRenderedPageBreak/>
        <w:t>Table C19</w:t>
      </w:r>
    </w:p>
    <w:p w14:paraId="08EC80FE" w14:textId="77777777" w:rsidR="00A0774E" w:rsidRDefault="00AB080A">
      <w:pPr>
        <w:pStyle w:val="Heading2"/>
      </w:pPr>
      <w:r>
        <w:t>Report appendix page 66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C19"/>
        <w:tblDescription w:val="Data table extracted from the 2025-26 Livestock Farm Monitor Project annual report appendix."/>
      </w:tblPr>
      <w:tblGrid>
        <w:gridCol w:w="1710"/>
        <w:gridCol w:w="1710"/>
        <w:gridCol w:w="1710"/>
        <w:gridCol w:w="1710"/>
        <w:gridCol w:w="1710"/>
        <w:gridCol w:w="1710"/>
        <w:gridCol w:w="1710"/>
        <w:gridCol w:w="1710"/>
        <w:gridCol w:w="1710"/>
      </w:tblGrid>
      <w:tr w:rsidR="00A0774E" w14:paraId="2C6663D8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1D3DAD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Historic Gross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D418E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Margins For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CBFD8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Livestock Enterprises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CB0DC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DD237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Northern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A5D28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8AB0D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AF88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0C6AB5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54BCCD63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1110E2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Year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C1AFE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Wool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85154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Sheep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8EADE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B2074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Prime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CD130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5F68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37087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Beef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4CFE1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Cattle</w:t>
            </w:r>
          </w:p>
        </w:tc>
      </w:tr>
      <w:tr w:rsidR="00A0774E" w14:paraId="3FD5EED4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2033BE" w14:textId="77777777" w:rsidR="00A0774E" w:rsidRDefault="00A0774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6DE5A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REAL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0F10A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REAL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FEB54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7E349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REAL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B595F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REAL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464B1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BC8E7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REAL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B18F5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REAL</w:t>
            </w:r>
          </w:p>
        </w:tc>
      </w:tr>
      <w:tr w:rsidR="00A0774E" w14:paraId="64BF5A72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380127" w14:textId="77777777" w:rsidR="00A0774E" w:rsidRDefault="00A0774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90E93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50D29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AB568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24307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635B5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B4990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5ED19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9B956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</w:tr>
      <w:tr w:rsidR="00A0774E" w14:paraId="1065E634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FDB2F0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2004-05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C66DC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26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6DC41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227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0919C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2F86B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5011F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CF0C4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15CEF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B199CC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14D9BE21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3D0A1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2005-06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BA07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C63F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90835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0BFC8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E3589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C9EC9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858FD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EB9C59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4AC54787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5FA98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2006-07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F709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2B47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55761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A1134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6E1F8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BB69F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DDC56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EA3378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604590A6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55E41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2007-08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1BAB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9059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BAB65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F320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40D3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118DF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801CA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D7863C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25A22456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CB285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2008-09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D76A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3086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B2980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7F83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E8D8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C8941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E6A5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661E38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17CB7121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58B07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2009-10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777C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F248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E470C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C87E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A341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07001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9BF9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C280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528</w:t>
            </w:r>
          </w:p>
        </w:tc>
      </w:tr>
      <w:tr w:rsidR="00A0774E" w14:paraId="06AE9111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BFBDC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2010-11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E05D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6AFC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73DE6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2855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6358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40348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2B16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006E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535</w:t>
            </w:r>
          </w:p>
        </w:tc>
      </w:tr>
      <w:tr w:rsidR="00A0774E" w14:paraId="41768660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FFF2A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2011-12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0C89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16BE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9322D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ABEC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96B0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0A8C1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ACDE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CE17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411</w:t>
            </w:r>
          </w:p>
        </w:tc>
      </w:tr>
      <w:tr w:rsidR="00A0774E" w14:paraId="4A544B96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0DEBD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2012-13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1D5E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B425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225C1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3397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48E0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CEBDC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544C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FB00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346</w:t>
            </w:r>
          </w:p>
        </w:tc>
      </w:tr>
      <w:tr w:rsidR="00A0774E" w14:paraId="593B0FDD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E49DE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2013-14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8A43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454E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D5B0D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EE69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43A0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71515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49BC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D876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433</w:t>
            </w:r>
          </w:p>
        </w:tc>
      </w:tr>
      <w:tr w:rsidR="00A0774E" w14:paraId="0A9C93B2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DC77D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2014-15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EF26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9D9A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3995B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30A8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BF0F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CDF89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C5F5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7077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377</w:t>
            </w:r>
          </w:p>
        </w:tc>
      </w:tr>
      <w:tr w:rsidR="00A0774E" w14:paraId="5721DD80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DAD04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2015-16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7531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0AF2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11781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39E1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9F0D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E19DE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72BF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2172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573</w:t>
            </w:r>
          </w:p>
        </w:tc>
      </w:tr>
      <w:tr w:rsidR="00A0774E" w14:paraId="206FFD96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3B63D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2016-17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7248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4DD0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382C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0B83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CEB4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ED0FE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878A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DB0C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627</w:t>
            </w:r>
          </w:p>
        </w:tc>
      </w:tr>
      <w:tr w:rsidR="00A0774E" w14:paraId="28E07E48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601D0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2017-18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6CF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8B2E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8CCED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E8FC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1A84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4792F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DE4E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772C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570</w:t>
            </w:r>
          </w:p>
        </w:tc>
      </w:tr>
      <w:tr w:rsidR="00A0774E" w14:paraId="7BFAAAD3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59480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2018-19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2E07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F1A8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DE99B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BC56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57F5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708C2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BE92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F9F3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260</w:t>
            </w:r>
          </w:p>
        </w:tc>
      </w:tr>
      <w:tr w:rsidR="00A0774E" w14:paraId="75C58319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7851A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2019-20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E0FD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6950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2F9EB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E8B6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B165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990E4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C594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F13D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423</w:t>
            </w:r>
          </w:p>
        </w:tc>
      </w:tr>
      <w:tr w:rsidR="00A0774E" w14:paraId="64350F31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43516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2020-21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9728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030E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3E69C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6CD0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85F8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8F21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070F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E827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640</w:t>
            </w:r>
          </w:p>
        </w:tc>
      </w:tr>
      <w:tr w:rsidR="00A0774E" w14:paraId="751209E4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94BD1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2021-22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260F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1DBD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0EB4F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41D6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DB4E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52A89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1A11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1A7B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1021</w:t>
            </w:r>
          </w:p>
        </w:tc>
      </w:tr>
      <w:tr w:rsidR="00A0774E" w14:paraId="5440FC6E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12704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2022-23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6954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D568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1970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F5E3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24D7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779F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2CDF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92EA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690</w:t>
            </w:r>
          </w:p>
        </w:tc>
      </w:tr>
      <w:tr w:rsidR="00A0774E" w14:paraId="5F016497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20FA2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2023-24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297D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B19E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129EA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5D4C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5550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F137D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F92C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3F00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311</w:t>
            </w:r>
          </w:p>
        </w:tc>
      </w:tr>
      <w:tr w:rsidR="00A0774E" w14:paraId="27C323BF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7CD7D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2024-25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7104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C8B7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2C8DE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4C2E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B054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9DBAA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0F4F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7CB8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361</w:t>
            </w:r>
          </w:p>
        </w:tc>
      </w:tr>
      <w:tr w:rsidR="00A0774E" w14:paraId="312512DA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3F1F8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2025-26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A8EF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FBFE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663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6A9F8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7668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9DEA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3C7B7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5966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B6DC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622</w:t>
            </w:r>
          </w:p>
        </w:tc>
      </w:tr>
      <w:tr w:rsidR="00A0774E" w14:paraId="003ABBE4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51022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CC34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FADA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AC6BA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AA54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7328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F264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FE87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94EC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513</w:t>
            </w:r>
          </w:p>
        </w:tc>
      </w:tr>
      <w:tr w:rsidR="00A0774E" w14:paraId="274E5E3C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46D2D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Note: ‘Real’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13B1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dollar values are the nominal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8AFF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values converted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7544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CA07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2025-26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88AC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dollar equivalents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5469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by the C.P.I.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6D61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 allow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50C9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for inflation.</w:t>
            </w:r>
          </w:p>
        </w:tc>
      </w:tr>
    </w:tbl>
    <w:p w14:paraId="0481E284" w14:textId="77777777" w:rsidR="00A0774E" w:rsidRDefault="00AB080A">
      <w:r>
        <w:lastRenderedPageBreak/>
        <w:br w:type="page"/>
      </w:r>
    </w:p>
    <w:p w14:paraId="05DB96B5" w14:textId="77777777" w:rsidR="00A0774E" w:rsidRDefault="00AB080A">
      <w:pPr>
        <w:pStyle w:val="Heading1"/>
      </w:pPr>
      <w:r>
        <w:lastRenderedPageBreak/>
        <w:t>Table C20</w:t>
      </w:r>
    </w:p>
    <w:p w14:paraId="54314C6F" w14:textId="77777777" w:rsidR="00A0774E" w:rsidRDefault="00AB080A">
      <w:pPr>
        <w:pStyle w:val="Heading2"/>
      </w:pPr>
      <w:r>
        <w:t>Report appendix page 67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C20"/>
        <w:tblDescription w:val="Data table extracted from the 2025-26 Livestock Farm Monitor Project annual report appendix."/>
      </w:tblPr>
      <w:tblGrid>
        <w:gridCol w:w="1539"/>
        <w:gridCol w:w="1539"/>
        <w:gridCol w:w="1539"/>
        <w:gridCol w:w="1539"/>
        <w:gridCol w:w="1539"/>
        <w:gridCol w:w="1539"/>
        <w:gridCol w:w="1539"/>
        <w:gridCol w:w="1539"/>
        <w:gridCol w:w="1539"/>
        <w:gridCol w:w="1539"/>
      </w:tblGrid>
      <w:tr w:rsidR="00A0774E" w14:paraId="20738F4B" w14:textId="77777777">
        <w:trPr>
          <w:tblHeader/>
          <w:jc w:val="center"/>
        </w:trPr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4E1E63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Historic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F06A3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Data For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26DCC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Selected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F09C3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Enterprise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A6DEE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Measures –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C1F85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Northern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620DA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B3BCC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5D0B3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83DAF4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03318C05" w14:textId="77777777">
        <w:trPr>
          <w:tblHeader/>
          <w:jc w:val="center"/>
        </w:trPr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4D031F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Year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7D6BB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Stocking Rate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993E5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F87B2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Wool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9A32C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Sheep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9BF14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845F4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Prime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48E87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0AC87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Beef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B94FA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Cattle</w:t>
            </w:r>
          </w:p>
        </w:tc>
      </w:tr>
      <w:tr w:rsidR="00A0774E" w14:paraId="48EDAEC8" w14:textId="77777777">
        <w:trPr>
          <w:tblHeader/>
          <w:jc w:val="center"/>
        </w:trPr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D540E9" w14:textId="77777777" w:rsidR="00A0774E" w:rsidRDefault="00A0774E">
            <w:pPr>
              <w:spacing w:after="0" w:line="240" w:lineRule="auto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27DAB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FFD9C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51B16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Wool Cut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10AD9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Net Wool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E0519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A7290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 Sale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DDF89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95924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1A02E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 Sale</w:t>
            </w:r>
          </w:p>
        </w:tc>
      </w:tr>
      <w:tr w:rsidR="00A0774E" w14:paraId="1B91CBF6" w14:textId="77777777">
        <w:trPr>
          <w:tblHeader/>
          <w:jc w:val="center"/>
        </w:trPr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571335" w14:textId="77777777" w:rsidR="00A0774E" w:rsidRDefault="00A0774E">
            <w:pPr>
              <w:spacing w:after="0" w:line="240" w:lineRule="auto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88CF5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8621F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Micron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D16B1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(Gr.)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05A53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Price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A0561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12CCA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Price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40F90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9E78C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Calving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B5D9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Price</w:t>
            </w:r>
          </w:p>
        </w:tc>
      </w:tr>
      <w:tr w:rsidR="00A0774E" w14:paraId="07B53991" w14:textId="77777777">
        <w:trPr>
          <w:tblHeader/>
          <w:jc w:val="center"/>
        </w:trPr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4A6400" w14:textId="77777777" w:rsidR="00A0774E" w:rsidRDefault="00A0774E">
            <w:pPr>
              <w:spacing w:after="0" w:line="240" w:lineRule="auto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EB205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44FA0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39D15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21B44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REAL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0ECDC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FA3DE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REAL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25169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E0729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9A40D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REAL</w:t>
            </w:r>
          </w:p>
        </w:tc>
      </w:tr>
      <w:tr w:rsidR="00A0774E" w14:paraId="4D7BBA08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6E2686" w14:textId="77777777" w:rsidR="00A0774E" w:rsidRDefault="00A0774E">
            <w:pPr>
              <w:spacing w:after="0" w:line="240" w:lineRule="auto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C8BB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DSE/HA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BB8E9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597C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kg/ha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0F4D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($/KG) GR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2BBA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A58E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$/HD)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552C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A7B2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7E18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($/HD)</w:t>
            </w:r>
          </w:p>
        </w:tc>
      </w:tr>
      <w:tr w:rsidR="00A0774E" w14:paraId="7A3BC97C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9C93B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2004-05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DC4A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9.3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1265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19.2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DC7F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1AD6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8.8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9598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0302A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8A66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9DBDF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8DA690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4C7E8476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AD9ED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2005-06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B2B3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9.8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8B24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025B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724E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8.9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38B3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4CE1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83C8F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C1885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985EEE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3B4E5B42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AC7EF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2006-07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8F39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9.7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9F80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1979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4F0E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E895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C21AC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895E5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F41B1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C06779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68337F58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0FC5B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2007-08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202B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8.2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405E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70C0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92B0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9.9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813A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A98A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222D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410EF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E7DDC3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67F05084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A9365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2008-09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95E2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8.5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1D16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F59D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A404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8.9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4FA5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96EC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EB84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4B9AE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838E21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07D852B5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4DD19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2009-10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6D53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8.8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2C65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4E22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8FD6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9.2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3372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B396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A3CF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111%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5A77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A256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966</w:t>
            </w:r>
          </w:p>
        </w:tc>
      </w:tr>
      <w:tr w:rsidR="00A0774E" w14:paraId="2B2972AE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E9954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2010-11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10FF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9.4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32B6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9B30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9A1B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12.9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228E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BF12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4565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105%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58F4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B288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1,242</w:t>
            </w:r>
          </w:p>
        </w:tc>
      </w:tr>
      <w:tr w:rsidR="00A0774E" w14:paraId="26CEDAAA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213AF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2011-12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DF6F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9.3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D462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C67A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5D89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12.1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7D66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CB75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7949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107%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FA9D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7BB4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1,174</w:t>
            </w:r>
          </w:p>
        </w:tc>
      </w:tr>
      <w:tr w:rsidR="00A0774E" w14:paraId="6AF1CFF1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A77DB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2012-13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8F3D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9.4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43F8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A07A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8099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9B8E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B593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FA6D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111%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35A0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698A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1,140</w:t>
            </w:r>
          </w:p>
        </w:tc>
      </w:tr>
      <w:tr w:rsidR="00A0774E" w14:paraId="074589BF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C3532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2013-14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59C9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9.8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9C8D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F807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4E1F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9.9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12A8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C602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6BB9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109%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C8CC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93%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50CF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954</w:t>
            </w:r>
          </w:p>
        </w:tc>
      </w:tr>
      <w:tr w:rsidR="00A0774E" w14:paraId="77A5EEF2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C2254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2014-15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1CD3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F67C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1F6F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FA4C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4920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7E48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B21E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112%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4E56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4A7C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1,252</w:t>
            </w:r>
          </w:p>
        </w:tc>
      </w:tr>
      <w:tr w:rsidR="00A0774E" w14:paraId="3819CC5F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CCBBF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2015-16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54BF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8.8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3D2B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C223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CF5B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F2D3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A659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B296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119%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5592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D7FD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1,569</w:t>
            </w:r>
          </w:p>
        </w:tc>
      </w:tr>
      <w:tr w:rsidR="00A0774E" w14:paraId="50CF33D5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C2247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2016-17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FEB0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9.9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BE01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5691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25FC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15.2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6450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7BF6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A0F1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113%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6EAE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2C19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2,041</w:t>
            </w:r>
          </w:p>
        </w:tc>
      </w:tr>
      <w:tr w:rsidR="00A0774E" w14:paraId="040E7A6C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0453B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2017-18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0C45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C319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C5CC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5531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51C7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89%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5F09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EF42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118%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CFB7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89%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BCAB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1,643</w:t>
            </w:r>
          </w:p>
        </w:tc>
      </w:tr>
      <w:tr w:rsidR="00A0774E" w14:paraId="672E1EAD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7B433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2018-19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CFA2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A18C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9A3A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C2C6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16.8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541D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F6AB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30B5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114%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AC9F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7615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1,355</w:t>
            </w:r>
          </w:p>
        </w:tc>
      </w:tr>
      <w:tr w:rsidR="00A0774E" w14:paraId="54C4A4A2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5BB33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2019-20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F6C2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9.6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8B0F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E33C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96B5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13.4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B921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340A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79AF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109%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4097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02BA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1,672</w:t>
            </w:r>
          </w:p>
        </w:tc>
      </w:tr>
      <w:tr w:rsidR="00A0774E" w14:paraId="7A7D282D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ECBF1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2020-21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6C4A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5F97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4997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3BFA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13.9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058C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93%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F9D2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2083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119%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5785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B18D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2,365</w:t>
            </w:r>
          </w:p>
        </w:tc>
      </w:tr>
      <w:tr w:rsidR="00A0774E" w14:paraId="07323227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7B3B3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2021-22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9C54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5F95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E775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9C9A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16.1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D05A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3324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137A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118%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584F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E9B7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2,930</w:t>
            </w:r>
          </w:p>
        </w:tc>
      </w:tr>
      <w:tr w:rsidR="00A0774E" w14:paraId="69E304FB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BAA49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2022-23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47EA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12.1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ECAD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C341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B82D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12.8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ADB4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E2B2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D8FC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123%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5A8F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37E1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2,349</w:t>
            </w:r>
          </w:p>
        </w:tc>
      </w:tr>
      <w:tr w:rsidR="00A0774E" w14:paraId="5A89726E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4300C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2023-24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0B1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13.5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2076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7D5D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7991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D3D3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6300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272F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131%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4422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F88E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1,522</w:t>
            </w:r>
          </w:p>
        </w:tc>
      </w:tr>
      <w:tr w:rsidR="00A0774E" w14:paraId="5B0330C1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F7CA8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2024-25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2106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13.5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F470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8938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5A7C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6F92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95%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5DF6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BC73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125%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A315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78B6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1,672</w:t>
            </w:r>
          </w:p>
        </w:tc>
      </w:tr>
      <w:tr w:rsidR="00A0774E" w14:paraId="37F5EBF1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72360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2025-26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8F83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12.7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A877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F739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685E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14.8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F55A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A94D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0773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117%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DBE2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9569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2,159</w:t>
            </w:r>
          </w:p>
        </w:tc>
      </w:tr>
      <w:tr w:rsidR="00A0774E" w14:paraId="6442E807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695A2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B3C5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ADE3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0DB5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0022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12.2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4370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F3F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4CE5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113%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175B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12D3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1,647</w:t>
            </w:r>
          </w:p>
        </w:tc>
      </w:tr>
      <w:tr w:rsidR="00A0774E" w14:paraId="39BAD490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CC478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Note: ‘Real’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E20B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dollar values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EC4D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are the nominal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5BB7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values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971A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converted to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DF4E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2025-26 dollar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DB12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equivalents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5FB5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by the C.P.I.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BFBC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 allow for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ACE4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inflation.</w:t>
            </w:r>
          </w:p>
        </w:tc>
      </w:tr>
    </w:tbl>
    <w:p w14:paraId="4F796AF5" w14:textId="77777777" w:rsidR="00A0774E" w:rsidRDefault="00AB080A">
      <w:r>
        <w:br w:type="page"/>
      </w:r>
    </w:p>
    <w:p w14:paraId="00092042" w14:textId="77777777" w:rsidR="00A0774E" w:rsidRDefault="00AB080A">
      <w:pPr>
        <w:pStyle w:val="Heading1"/>
      </w:pPr>
      <w:r>
        <w:lastRenderedPageBreak/>
        <w:t>Table D1</w:t>
      </w:r>
    </w:p>
    <w:p w14:paraId="792742FD" w14:textId="77777777" w:rsidR="00A0774E" w:rsidRDefault="00AB080A">
      <w:pPr>
        <w:pStyle w:val="Heading2"/>
      </w:pPr>
      <w:r>
        <w:t>Report appendix page 68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D1"/>
        <w:tblDescription w:val="Data table extracted from the 2025-26 Livestock Farm Monitor Project annual report appendix."/>
      </w:tblPr>
      <w:tblGrid>
        <w:gridCol w:w="1026"/>
        <w:gridCol w:w="1026"/>
        <w:gridCol w:w="1026"/>
        <w:gridCol w:w="1026"/>
        <w:gridCol w:w="1028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</w:tblGrid>
      <w:tr w:rsidR="00A0774E" w14:paraId="227CA831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41DAE5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777BE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Whole-farm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D9185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Profit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88CAF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DFCA5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Performance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62263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604E0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Gippsland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9DC10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03E22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0777C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8B4BD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E9273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9224B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96B7F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1BC5B5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111F7F03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4D27F5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02B8C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77447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898BF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CACE8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6113E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45C4D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Earnings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9C1A0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9E8C4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7859A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136D8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5D873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194B9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755D9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94F247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3DD1EFF7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585B41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B172D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Gross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8EFAE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3CF1A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10275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C1A52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EA52C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before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76E60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6266F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Interest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13F65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DDD8F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DA785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487DC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0ED82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87DA63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58A50B27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EFB511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021AF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D0CAF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068A9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Variable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00AE0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Overhead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21528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68EFE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Interest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C8FE8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D8AFE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lease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E0D74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AFBEF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Net 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3F0E4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Return on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14C61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Return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002E9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on Variable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07D5E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Overhead</w:t>
            </w:r>
          </w:p>
        </w:tc>
      </w:tr>
      <w:tr w:rsidR="00A0774E" w14:paraId="58046F53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A9BF05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No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11F33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AC5B0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2BD68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D2F15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812B5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694E5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and Tax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EEA13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AAB9E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A9C7D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64CB3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D5C33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Assets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AF0FF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Equity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0346C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 ratio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BFED6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 ratio</w:t>
            </w:r>
          </w:p>
        </w:tc>
      </w:tr>
      <w:tr w:rsidR="00A0774E" w14:paraId="2A7F3D3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2F9F3D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FCCA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E0BF0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0D22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F6E9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5AAB6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6F21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69FDB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3678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ADEA9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0E31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87F2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7025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4913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VC/GFI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8F10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OH/GFI</w:t>
            </w:r>
          </w:p>
        </w:tc>
      </w:tr>
      <w:tr w:rsidR="00A0774E" w14:paraId="05D42E8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5C8A0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G555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27EB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869B0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F585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18F1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F2414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BE3A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E92C9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5F5C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6A238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E0FE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9071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0.6%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55B5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0E0B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D1B9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0.33</w:t>
            </w:r>
          </w:p>
        </w:tc>
      </w:tr>
      <w:tr w:rsidR="00A0774E" w14:paraId="312B4B3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0A93D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G653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D676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9D111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A501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4432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5FB36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7176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D99D9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7FDA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EF9F9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CA84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4FCC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-0.8%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731E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-1.1%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5630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7FFD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0.46</w:t>
            </w:r>
          </w:p>
        </w:tc>
      </w:tr>
      <w:tr w:rsidR="00A0774E" w14:paraId="081924D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F080E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G663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8DD9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2003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D1D3E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BB8A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CE8F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60377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3C89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841DB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73EB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3116E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48C5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DB3A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6F69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2AE1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073F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0.38</w:t>
            </w:r>
          </w:p>
        </w:tc>
      </w:tr>
      <w:tr w:rsidR="00A0774E" w14:paraId="0DB73E1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A8448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G667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5A77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2300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B729A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C660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8091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617B2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BF6B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92AF4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5B12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D0861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B411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2312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8E0C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944A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EF8B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0.26</w:t>
            </w:r>
          </w:p>
        </w:tc>
      </w:tr>
      <w:tr w:rsidR="00A0774E" w14:paraId="7283636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D6625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G698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8821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2889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6755C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522C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89A9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371D4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6B58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2779A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7218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2CD3A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C137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75DF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0A11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4E23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AF3B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0.70</w:t>
            </w:r>
          </w:p>
        </w:tc>
      </w:tr>
      <w:tr w:rsidR="00A0774E" w14:paraId="4BB45C5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8A0DA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G755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39F3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32810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8BC8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9E48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6348A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E756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DD4F0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2E51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04380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E549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4ACD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BB5C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E41D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4BDE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0.50</w:t>
            </w:r>
          </w:p>
        </w:tc>
      </w:tr>
      <w:tr w:rsidR="00A0774E" w14:paraId="26A05B3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47C75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B6CB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9CE87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8E1D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0517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5663D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4161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46B02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E1F3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57F13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CD99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7E31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4F2C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69AE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531D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0.42</w:t>
            </w:r>
          </w:p>
        </w:tc>
      </w:tr>
      <w:tr w:rsidR="00A0774E" w14:paraId="7E97DDF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D76BE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5251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1565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1284F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851F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287E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8AF08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3A9C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8ECCB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509C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9510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B6F8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575E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DE66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0.9%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1F5F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9F7D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0.28</w:t>
            </w:r>
          </w:p>
        </w:tc>
      </w:tr>
      <w:tr w:rsidR="00A0774E" w14:paraId="108C58C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2C81B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7909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6FFEF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9488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32F6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1B8F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5C98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5674B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C8F3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2A310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A8B1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AFD1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3.8%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0BAB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CB66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1C23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0.25</w:t>
            </w:r>
          </w:p>
        </w:tc>
      </w:tr>
      <w:tr w:rsidR="00A0774E" w14:paraId="36C5F9E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357BA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D51D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E3C44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EE2D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5F6F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3B03E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1163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32442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6C43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6F616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F8B2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D218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F440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10.4%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6E21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F69B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0.33</w:t>
            </w:r>
          </w:p>
        </w:tc>
      </w:tr>
      <w:tr w:rsidR="00A0774E" w14:paraId="44329EB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0FCDA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508F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A69E2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0EE2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0FD9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081B2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0577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BF05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5591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AE61A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E43C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0019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-0.1%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E39D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-0.1%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271F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E967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0.55</w:t>
            </w:r>
          </w:p>
        </w:tc>
      </w:tr>
      <w:tr w:rsidR="00A0774E" w14:paraId="406251E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008B2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E756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FB8A1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ED64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2AF7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1203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53F8A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77C7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317F7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F2EE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C3565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D3A2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-814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0E7F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3146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-3.5%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6E3B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EA37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0.55</w:t>
            </w:r>
          </w:p>
        </w:tc>
      </w:tr>
      <w:tr w:rsidR="00A0774E" w14:paraId="4BFB5A7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EDC28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4D39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9DBF8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CA9B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BF53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EBCFA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8AC8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3BFB8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2D0F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C160C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AACF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E411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8F1F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B3DE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65DD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0.40</w:t>
            </w:r>
          </w:p>
        </w:tc>
      </w:tr>
      <w:tr w:rsidR="00A0774E" w14:paraId="13A7171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CA624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28BF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39AC4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9234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E942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A1392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1B25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7980B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4C3D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DB9BF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FB11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DBFD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9502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0.6%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A011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C2BB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0.38</w:t>
            </w:r>
          </w:p>
        </w:tc>
      </w:tr>
      <w:tr w:rsidR="00A0774E" w14:paraId="6F8F152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2DCA7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BDDD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F78FA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4E1F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0B2B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898F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4E44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-473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AB4D1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B886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FB8AB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06B3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-486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0FE8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-2.7%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5EA8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-2.7%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739E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0.75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8536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0.61</w:t>
            </w:r>
          </w:p>
        </w:tc>
      </w:tr>
      <w:tr w:rsidR="00A0774E" w14:paraId="321F166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2CAEF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416C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FAFF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2AC2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681F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82B69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A43D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D999D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EEDA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31852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CE75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75D0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C02E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CF7F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63F0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0.26</w:t>
            </w:r>
          </w:p>
        </w:tc>
      </w:tr>
      <w:tr w:rsidR="00A0774E" w14:paraId="0923C0E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AA765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8B69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5002A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837A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F85C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055E5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019D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0FAC1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4A00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0C363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87FD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0389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CD52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4.9%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DE44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FDA1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0.27</w:t>
            </w:r>
          </w:p>
        </w:tc>
      </w:tr>
      <w:tr w:rsidR="00A0774E" w14:paraId="70FAA81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AB40A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DBC9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D462C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DEA5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8653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301A2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689C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53E1E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0F14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86868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E2A9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8010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2.8%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F425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4C9F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941B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0.35</w:t>
            </w:r>
          </w:p>
        </w:tc>
      </w:tr>
      <w:tr w:rsidR="00A0774E" w14:paraId="44E04E8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0F4B8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D062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6F76A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2903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68A2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37D92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931C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BBA75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0F85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712D4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E1DA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76EA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1.9%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0E4E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EBEC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E76A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0.38</w:t>
            </w:r>
          </w:p>
        </w:tc>
      </w:tr>
      <w:tr w:rsidR="00A0774E" w14:paraId="624EDCA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31949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1F49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5CB7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F842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2765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2881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01C36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B1E5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C19AE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60BA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D81E2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0878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09A6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4015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8F4A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17E2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0.16</w:t>
            </w:r>
          </w:p>
        </w:tc>
      </w:tr>
      <w:tr w:rsidR="00A0774E" w14:paraId="0FA46DB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73F01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CECB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60930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F49A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1195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D62F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D9E5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562A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1390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A1EC8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FC74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00C61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BD77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AA5D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D68E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2B7A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F824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0.12</w:t>
            </w:r>
          </w:p>
        </w:tc>
      </w:tr>
      <w:tr w:rsidR="00A0774E" w14:paraId="29BA727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1125E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E6BE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28AED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C942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0370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FDF25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4722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114CB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B970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24BFB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DCB1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92F8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2.9%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5282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2.8%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6E5C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D260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0.32</w:t>
            </w:r>
          </w:p>
        </w:tc>
      </w:tr>
      <w:tr w:rsidR="00A0774E" w14:paraId="473CFA7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C6001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FF64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B6C8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3655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7628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F414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D34F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8FF4C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ADD1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3F951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47DE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3AA4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1.8%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D045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0260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4EF5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0.39</w:t>
            </w:r>
          </w:p>
        </w:tc>
      </w:tr>
      <w:tr w:rsidR="00A0774E" w14:paraId="7611EDC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613C4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G1045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5297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9B766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1936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5B7F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38287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7485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2F11D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CC59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888E5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C992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FC51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C6FB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-1.1%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A23D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2A33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0.34</w:t>
            </w:r>
          </w:p>
        </w:tc>
      </w:tr>
      <w:tr w:rsidR="00A0774E" w14:paraId="775CD72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DBCEE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9C2A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0F143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87C9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4A9B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413EB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0ED6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49DFB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18A9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351A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3401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2BEF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0.6%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82E4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-0.6%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866A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B0D8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0.46</w:t>
            </w:r>
          </w:p>
        </w:tc>
      </w:tr>
      <w:tr w:rsidR="00A0774E" w14:paraId="0CAF460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B756C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89C9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0C6A1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4FC5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56FB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ED3B3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04B0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-91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F7C9B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01DC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6F39F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10A2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2AC7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-0.2%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43D9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-0.5%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EED7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CD5E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0.62</w:t>
            </w:r>
          </w:p>
        </w:tc>
      </w:tr>
      <w:tr w:rsidR="00A0774E" w14:paraId="29B8724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1DE86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69DF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B51B6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E7FD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EE55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656F8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7547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3AF94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7903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83BF9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5AAA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5C05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1.4%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42B9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E28F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9DD3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0.27</w:t>
            </w:r>
          </w:p>
        </w:tc>
      </w:tr>
      <w:tr w:rsidR="00A0774E" w14:paraId="7852E8C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04BB8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99EF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8D637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2DCA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B813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D579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A4F8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-4224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D6994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C259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ECE23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AF46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-4804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2AB3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-9.5%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360A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-15.9%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491C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CDFC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7.68</w:t>
            </w:r>
          </w:p>
        </w:tc>
      </w:tr>
      <w:tr w:rsidR="00A0774E" w14:paraId="270D81E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B9301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7626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B51DF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4B9C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BAA3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2CDD0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274C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AE9BE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9E9D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1C128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0002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-395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686A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0.9%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B875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-7.3%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71F3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920D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0.46</w:t>
            </w:r>
          </w:p>
        </w:tc>
      </w:tr>
      <w:tr w:rsidR="00A0774E" w14:paraId="2280032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3C49A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E1D5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BCB6F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C490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E960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2C2B2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8008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-1297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D4E87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E6A5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5B6C9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60B9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-2044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B9B1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-2.4%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D4BC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-7.2%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431F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27CA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1.20</w:t>
            </w:r>
          </w:p>
        </w:tc>
      </w:tr>
      <w:tr w:rsidR="00A0774E" w14:paraId="43F389F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050D1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D3E7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6E73A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57FC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7225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1F746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C116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8004C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44D4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9E327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0354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-108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C124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AAE0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6E46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83FF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0.66</w:t>
            </w:r>
          </w:p>
        </w:tc>
      </w:tr>
    </w:tbl>
    <w:p w14:paraId="710018C6" w14:textId="77777777" w:rsidR="00A0774E" w:rsidRDefault="00AB080A">
      <w:r>
        <w:br w:type="page"/>
      </w:r>
    </w:p>
    <w:p w14:paraId="2BC35A8B" w14:textId="77777777" w:rsidR="00A0774E" w:rsidRDefault="00AB080A">
      <w:pPr>
        <w:pStyle w:val="Heading1"/>
      </w:pPr>
      <w:r>
        <w:lastRenderedPageBreak/>
        <w:t>Table D2</w:t>
      </w:r>
    </w:p>
    <w:p w14:paraId="00754EA8" w14:textId="77777777" w:rsidR="00A0774E" w:rsidRDefault="00AB080A">
      <w:pPr>
        <w:pStyle w:val="Heading2"/>
      </w:pPr>
      <w:r>
        <w:t>Report appendix page 69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D2"/>
        <w:tblDescription w:val="Data table extracted from the 2025-26 Livestock Farm Monitor Project annual report appendix."/>
      </w:tblPr>
      <w:tblGrid>
        <w:gridCol w:w="1710"/>
        <w:gridCol w:w="1710"/>
        <w:gridCol w:w="1710"/>
        <w:gridCol w:w="1710"/>
        <w:gridCol w:w="1710"/>
        <w:gridCol w:w="1710"/>
        <w:gridCol w:w="1710"/>
        <w:gridCol w:w="1710"/>
        <w:gridCol w:w="1710"/>
      </w:tblGrid>
      <w:tr w:rsidR="00A0774E" w14:paraId="161BB818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573370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Whole-farm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5D103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Feed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4368E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Information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1D3FE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 Gippsland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2AAD2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40CE1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30036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00651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32B377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0C4548A1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723EB8" w14:textId="77777777" w:rsidR="00A0774E" w:rsidRDefault="00A0774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DCF60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D84F6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6BE86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Financial Year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C0AA0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Grazed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471E1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Homegrown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59438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Purchased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7FC5C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D43D6C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764944A1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000DA5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1865E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stocking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095B0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financial year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F50F5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Rainfall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5ACF4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pasture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CFB47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supp feed in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4BC80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feed in the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4552E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Phosphorus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89BDF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Phosphorus</w:t>
            </w:r>
          </w:p>
        </w:tc>
      </w:tr>
      <w:tr w:rsidR="00A0774E" w14:paraId="21B3EC10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DAD284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No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CAFFE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rate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C6F9D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rainfall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6B48D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percentage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D5CEC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consumption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6B5A8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the diet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7CAE9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diet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4347A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applied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2189E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applied</w:t>
            </w:r>
          </w:p>
        </w:tc>
      </w:tr>
      <w:tr w:rsidR="00A0774E" w14:paraId="611341F9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73DB70" w14:textId="77777777" w:rsidR="00A0774E" w:rsidRDefault="00A0774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B60D5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2A782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5151A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B7594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E9B7B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% of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38B72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% of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D803D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17A49E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4A90FA96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D6E1F9" w14:textId="77777777" w:rsidR="00A0774E" w:rsidRDefault="00A0774E">
            <w:pPr>
              <w:spacing w:after="0" w:line="240" w:lineRule="auto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A7D23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3964A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D608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 of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08171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6B51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otal ME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1175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total ME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E133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kg/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6EAA87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3AA588ED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EA201D" w14:textId="77777777" w:rsidR="00A0774E" w:rsidRDefault="00A0774E">
            <w:pPr>
              <w:spacing w:after="0" w:line="240" w:lineRule="auto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DEC7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DSE/ha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9011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mm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0362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average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E3F9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tDM/ha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E62C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consumed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4489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consumed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675C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pasture ha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5980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 kg/DSE</w:t>
            </w:r>
          </w:p>
        </w:tc>
      </w:tr>
      <w:tr w:rsidR="00A0774E" w14:paraId="6D8018AD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82AE8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G555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6F82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13.0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E318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3299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41D0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E089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12DB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713F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AD46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</w:t>
            </w:r>
          </w:p>
        </w:tc>
      </w:tr>
      <w:tr w:rsidR="00A0774E" w14:paraId="31D83F7D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3F986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G653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C5EB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14.4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E495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407E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3CBC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12D1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FF62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6812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A53B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1.1</w:t>
            </w:r>
          </w:p>
        </w:tc>
      </w:tr>
      <w:tr w:rsidR="00A0774E" w14:paraId="65DD5DA2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08745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G663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6487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23.2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B4B4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936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894A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F75B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6.7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85FA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F958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C23C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8921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1.0</w:t>
            </w:r>
          </w:p>
        </w:tc>
      </w:tr>
      <w:tr w:rsidR="00A0774E" w14:paraId="61B8C095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5DF8C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G667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1CC2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15.7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70D9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1169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65EC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35D2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D022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BF60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F700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D642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1.6</w:t>
            </w:r>
          </w:p>
        </w:tc>
      </w:tr>
      <w:tr w:rsidR="00A0774E" w14:paraId="3D71C047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C0EF7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G698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AF92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24.3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87C2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39E5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2631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6.9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479D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7AC8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6CBD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A3A1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0.6</w:t>
            </w:r>
          </w:p>
        </w:tc>
      </w:tr>
      <w:tr w:rsidR="00A0774E" w14:paraId="61571BA1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EA41A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G755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E67A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23.9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F7E1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1051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85EA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8A3C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6.6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2DD8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E0E9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59BD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D4AF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</w:t>
            </w:r>
          </w:p>
        </w:tc>
      </w:tr>
      <w:tr w:rsidR="00A0774E" w14:paraId="51EDF50E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CBE1D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G1017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A362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6.2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15E6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283C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A792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995E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B9CD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1ACF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91A1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0.0</w:t>
            </w:r>
          </w:p>
        </w:tc>
      </w:tr>
      <w:tr w:rsidR="00A0774E" w14:paraId="146CB4D6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DF0B7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G1018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C734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28EC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0A86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E8D7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B04D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AA6B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DB44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CF43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0.8</w:t>
            </w:r>
          </w:p>
        </w:tc>
      </w:tr>
      <w:tr w:rsidR="00A0774E" w14:paraId="1F2BBEC2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6226F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7DDE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14.9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DCD9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8263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3440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9566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900A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DF93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2302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</w:t>
            </w:r>
          </w:p>
        </w:tc>
      </w:tr>
      <w:tr w:rsidR="00A0774E" w14:paraId="4A1BE265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41EC9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1F68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9.8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092B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E72F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169D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A789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533C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3A94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6E2F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1.0</w:t>
            </w:r>
          </w:p>
        </w:tc>
      </w:tr>
      <w:tr w:rsidR="00A0774E" w14:paraId="097BEA21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C924D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9738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19.5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5AA6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BCC2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9126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86D8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2097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5889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B07B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1.0</w:t>
            </w:r>
          </w:p>
        </w:tc>
      </w:tr>
      <w:tr w:rsidR="00A0774E" w14:paraId="256FC0BB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D1AC2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C769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15.5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30F3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FA15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1A51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C829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EC33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9274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81CB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</w:t>
            </w:r>
          </w:p>
        </w:tc>
      </w:tr>
      <w:tr w:rsidR="00A0774E" w14:paraId="6F8CF513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419CB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2565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13.3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C337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4132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2DEB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A590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97BC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1DB0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148D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1.6</w:t>
            </w:r>
          </w:p>
        </w:tc>
      </w:tr>
      <w:tr w:rsidR="00A0774E" w14:paraId="3783C6F0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A2CD1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A1E6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03A1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697C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E329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C511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42EC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879E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CB33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0.7</w:t>
            </w:r>
          </w:p>
        </w:tc>
      </w:tr>
      <w:tr w:rsidR="00A0774E" w14:paraId="368AE7FC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73AE5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F33E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12.9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A076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F891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F379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7D8A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2C67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86B0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277A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0.8</w:t>
            </w:r>
          </w:p>
        </w:tc>
      </w:tr>
      <w:tr w:rsidR="00A0774E" w14:paraId="6159A5E5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F2817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5E9B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81AB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A36A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4816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96E1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4CBB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CF85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3B5C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0.0</w:t>
            </w:r>
          </w:p>
        </w:tc>
      </w:tr>
      <w:tr w:rsidR="00A0774E" w14:paraId="55852238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3E2FE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BFEE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23.6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2614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E10D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CF5A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6.7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BD0A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4D2D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E8F2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B8C5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</w:t>
            </w:r>
          </w:p>
        </w:tc>
      </w:tr>
      <w:tr w:rsidR="00A0774E" w14:paraId="4F03AB16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7E8F0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4264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23.4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1746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E9B3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A2D3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6.8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877A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6061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9A0B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B738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1.0</w:t>
            </w:r>
          </w:p>
        </w:tc>
      </w:tr>
      <w:tr w:rsidR="00A0774E" w14:paraId="05BEC596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C752D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C1F8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12.3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7532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2591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5285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DBF9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072D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79DE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59A2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0.5</w:t>
            </w:r>
          </w:p>
        </w:tc>
      </w:tr>
      <w:tr w:rsidR="00A0774E" w14:paraId="4ADEC79B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AEB95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096B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30.7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6C8F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D54E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2702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6.5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A821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20D3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4D4E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B9ED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</w:t>
            </w:r>
          </w:p>
        </w:tc>
      </w:tr>
      <w:tr w:rsidR="00A0774E" w14:paraId="62AAAF6E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9C581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ECD2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14.3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596D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DD54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F732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4761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86A4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5F36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C72A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3.5</w:t>
            </w:r>
          </w:p>
        </w:tc>
      </w:tr>
      <w:tr w:rsidR="00A0774E" w14:paraId="37C0D801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19050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E381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13.5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E79F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E30C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5203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508E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784E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6831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358F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0.9</w:t>
            </w:r>
          </w:p>
        </w:tc>
      </w:tr>
      <w:tr w:rsidR="00A0774E" w14:paraId="48294AC7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2B713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A3E0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43.9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EBD9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14F1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8689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12.3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5E6F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D70E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4D86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3682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</w:t>
            </w:r>
          </w:p>
        </w:tc>
      </w:tr>
      <w:tr w:rsidR="00A0774E" w14:paraId="6E7A9B49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26846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B1D0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39.5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A579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3DD7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90A8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9.6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A248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BFC9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9924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1DD4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0.0</w:t>
            </w:r>
          </w:p>
        </w:tc>
      </w:tr>
      <w:tr w:rsidR="00A0774E" w14:paraId="40B86CC3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A42A4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G1047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F752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9.2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35BD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ADB1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91E2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A337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98FF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8B51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C7A2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</w:t>
            </w:r>
          </w:p>
        </w:tc>
      </w:tr>
      <w:tr w:rsidR="00A0774E" w14:paraId="3207CA61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314B6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25C0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5996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1139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EDAB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117%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E55C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1874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3492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F6C1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61BF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0.8</w:t>
            </w:r>
          </w:p>
        </w:tc>
      </w:tr>
      <w:tr w:rsidR="00A0774E" w14:paraId="0953A022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EBB9D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G1051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4535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1C01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84B6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5D0E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08E4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34F0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E931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1FF0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0.1</w:t>
            </w:r>
          </w:p>
        </w:tc>
      </w:tr>
      <w:tr w:rsidR="00A0774E" w14:paraId="5E946624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32F51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G1052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F265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14.9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3284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1C4F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3174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5060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9963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7BB4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BF43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2.1</w:t>
            </w:r>
          </w:p>
        </w:tc>
      </w:tr>
      <w:tr w:rsidR="00A0774E" w14:paraId="4306BCF7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1F5D8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G1053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54C8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19.4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9644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BFE1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2F6B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3AC3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761D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55F6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E2B3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</w:t>
            </w:r>
          </w:p>
        </w:tc>
      </w:tr>
      <w:tr w:rsidR="00A0774E" w14:paraId="4012F8B6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8C179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G1054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71B6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24.9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7CB4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34AA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7EE8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6.6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9B90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F141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5E0C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182A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</w:t>
            </w:r>
          </w:p>
        </w:tc>
      </w:tr>
      <w:tr w:rsidR="00A0774E" w14:paraId="632B7417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DC47D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BCE8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270E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5326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F3EA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8916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43AF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C093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DBFA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0.8</w:t>
            </w:r>
          </w:p>
        </w:tc>
      </w:tr>
    </w:tbl>
    <w:p w14:paraId="151182A1" w14:textId="77777777" w:rsidR="00A0774E" w:rsidRDefault="00AB080A">
      <w:r>
        <w:br w:type="page"/>
      </w:r>
    </w:p>
    <w:p w14:paraId="5BCD2005" w14:textId="77777777" w:rsidR="00A0774E" w:rsidRDefault="00AB080A">
      <w:pPr>
        <w:pStyle w:val="Heading1"/>
      </w:pPr>
      <w:r>
        <w:lastRenderedPageBreak/>
        <w:t>Table D3</w:t>
      </w:r>
    </w:p>
    <w:p w14:paraId="67524F3C" w14:textId="77777777" w:rsidR="00A0774E" w:rsidRDefault="00AB080A">
      <w:pPr>
        <w:pStyle w:val="Heading2"/>
      </w:pPr>
      <w:r>
        <w:t>Report appendix page 70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D3"/>
        <w:tblDescription w:val="Data table extracted from the 2025-26 Livestock Farm Monitor Project annual report appendix."/>
      </w:tblPr>
      <w:tblGrid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</w:tblGrid>
      <w:tr w:rsidR="00A0774E" w14:paraId="10FC8745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B68E75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Pasture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83FA4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25D64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 Gippsland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9A432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0DFA9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53562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1C4A0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514CD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FE449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9B8A8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1D9C1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F998F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6DEC3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0B9B1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49F302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41B55744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DE18FD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71813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771CF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9FA8A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15852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A2006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F5B0E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91619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58DFF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Contract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954DA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D1566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ECEA5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E5D5A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434D2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F39C05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0B3D7108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E1914F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907A1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A8778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FE789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Weed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643C8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Hay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73B9F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B1791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8045A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FCAB4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pasture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44731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FF927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A2D50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Other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D2E8F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406F3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F7C49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</w:tr>
      <w:tr w:rsidR="00A0774E" w14:paraId="1E3753F9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25FEC5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ABB49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3CDE3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252B6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and pest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FF2FB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&amp; Silage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D7424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163E6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64365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85109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renovation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DAC6D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Casual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0B6A0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F0017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pasture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74E13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Irrigation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F0AA2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pasture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BDB78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pasture</w:t>
            </w:r>
          </w:p>
        </w:tc>
      </w:tr>
      <w:tr w:rsidR="00A0774E" w14:paraId="1BD7C41E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9D3054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No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53DB2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Fertiliser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0C7DA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Seed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3D58D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control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87176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Making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99098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Fuel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0F74B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&amp;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FD167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Oil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540E2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operations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B0B59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labour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33CC4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31B3B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C9269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DB1D7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07370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</w:tr>
      <w:tr w:rsidR="00A0774E" w14:paraId="4A2F00C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8B76EF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5E85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638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E278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2D6F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1FFE3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67E9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7F7B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A9881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D7D6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513E9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DA32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CFE2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2A0F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A06A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</w:tr>
      <w:tr w:rsidR="00A0774E" w14:paraId="12B81EA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3DFA9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G555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C2FE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AEE1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FE2C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0057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37CB6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82C3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8654E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7363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BD19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98F05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4A1A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E268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C76D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C904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</w:tr>
      <w:tr w:rsidR="00A0774E" w14:paraId="7BC4642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7CA41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G653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B0D6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1887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04DF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EE86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A93D4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A184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53885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A346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E6DF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15528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0CC6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32E5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9B9A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6FA9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</w:tr>
      <w:tr w:rsidR="00A0774E" w14:paraId="33D966E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4277D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G663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FD61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A0D3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E26C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73B9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A9E21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52DF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4B66C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B1BF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FB0D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3DB3F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2D96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FECC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0973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8D8F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</w:tr>
      <w:tr w:rsidR="00A0774E" w14:paraId="6217B86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4C7F4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G667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BBDA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ADD5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D8F2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CC8A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E9BC5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EB5B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13CEB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ED1D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96DF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F760E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4CF7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D2E4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920D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2D1F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</w:t>
            </w:r>
          </w:p>
        </w:tc>
      </w:tr>
      <w:tr w:rsidR="00A0774E" w14:paraId="47F03EB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09131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G698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2D44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BCD1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CFB6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A156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92C67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D53A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3A7D1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DE73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1387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44D8C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3C79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1A43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AED4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0B63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</w:tr>
      <w:tr w:rsidR="00A0774E" w14:paraId="30BA537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A3522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G755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9310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EC43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F8D3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D0A4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4FDB9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A703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4D473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B155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2FE3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2CEFB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F498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948E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272B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CB2E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</w:tr>
      <w:tr w:rsidR="00A0774E" w14:paraId="487687F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20228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D9F8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0ED9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AC93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B16D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B1C8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5BCC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C75CF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552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7922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22EF1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3B7E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798D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4757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FD5A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7FB4799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4BC80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44B9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7C67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9A13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DBA2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F196F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3A5E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51A25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CF00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4BC2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7DD05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ADD8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5739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46F5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4A69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</w:tr>
      <w:tr w:rsidR="00A0774E" w14:paraId="12A5243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AA732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1131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A9D4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533C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331C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CFD48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196D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83F60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821B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593C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6F17F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F6D1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E2DB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1B3C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FD54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</w:tr>
      <w:tr w:rsidR="00A0774E" w14:paraId="2669360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6B4FE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E66A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955E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4628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8A13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07B75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10BA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C428A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580D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1AD1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DA7F2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4C10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34D1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5E33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E962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</w:tr>
      <w:tr w:rsidR="00A0774E" w14:paraId="7EC8B8C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4AEC9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63E1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CA35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7C2B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A00A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D2069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53AC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13DF7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7156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1D31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0D3C9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D9B3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D4E9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1ABE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1B9F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</w:tr>
      <w:tr w:rsidR="00A0774E" w14:paraId="715C893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65DF2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2F61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AAB6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29BA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DC10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61CAD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AEC8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4944B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DF06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001E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B1CA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A984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4519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E384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5942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</w:tr>
      <w:tr w:rsidR="00A0774E" w14:paraId="6C79AFD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093EF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C1CC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D3B4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BC6F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0379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61D23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CAC6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1ABA0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606C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3213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2E75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5E2A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8AC4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981F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09A1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</w:tr>
      <w:tr w:rsidR="00A0774E" w14:paraId="78C9618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5B992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105E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F487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0A28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B7E1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5C077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9771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E7D6A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221C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A0F3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B5AB1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7113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0CC5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1360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71E0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</w:tr>
      <w:tr w:rsidR="00A0774E" w14:paraId="26BA167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B0329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91B9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75EF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64C8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7BBA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A4366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C73C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62E7A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5D59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2FB1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B4B0F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F63F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EA92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0D4A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F421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</w:tr>
      <w:tr w:rsidR="00A0774E" w14:paraId="13174B1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FCC77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7C2F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3E53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16F4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A7FA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3965B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00C5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A0B2D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F8C5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C0AD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D8BF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32DC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46F8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A557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2107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</w:tr>
      <w:tr w:rsidR="00A0774E" w14:paraId="5B94793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A8B05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828E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A8EB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4E27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5D2B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598C1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60EF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C2A0A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98F9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ABB2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F37A9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B376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DAF5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F6E5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D82F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</w:tr>
      <w:tr w:rsidR="00A0774E" w14:paraId="28F88B3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FB6C0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6D21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AE62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10BD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3F8A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A3398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E1ED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5091E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F9ED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1A77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65C9C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FA9D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8A58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66B6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7177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</w:tr>
      <w:tr w:rsidR="00A0774E" w14:paraId="2360F5E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00D8C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8A0F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9207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24BB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396E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4C02C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12BA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99BF8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55AF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39CA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26723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F799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C758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87D5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224F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</w:tr>
      <w:tr w:rsidR="00A0774E" w14:paraId="7ED3F0C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C5E78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50B6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80F7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93FE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948A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8377A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929B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697ED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3350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B179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98FB1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E585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438C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7FAF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8D3F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</w:tr>
      <w:tr w:rsidR="00A0774E" w14:paraId="1A63E2D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CA0E4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9305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4D7A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689E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9B82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E5739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8F61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9F7E2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B75C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6A85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94465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5BC9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5304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E622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B373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</w:tr>
      <w:tr w:rsidR="00A0774E" w14:paraId="5BF17B8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0292C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C483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E839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00FD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0ACB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2EEFA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ADC6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B038D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810A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6DBF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6B5BB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AAA9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482A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8C7C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98FB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</w:tr>
      <w:tr w:rsidR="00A0774E" w14:paraId="367ECD7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1DC7F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8CE5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5BED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BF0E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A841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F86D7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8D21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48950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8A61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D7A7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384D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EF7B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64B0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D55F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CDA6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</w:tr>
      <w:tr w:rsidR="00A0774E" w14:paraId="6C5A934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9D8A6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G1045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D262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1AFD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7E1E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53E7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E0A04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72BB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7D5CF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6492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45BA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1180A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81FF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3F5A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6D90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4B07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</w:tr>
      <w:tr w:rsidR="00A0774E" w14:paraId="1A1DF18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D0F9E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1047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A202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55A6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D761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D5A7C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926A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199A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3652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F8E1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DDA6C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5312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F7CB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5615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88FB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</w:tr>
      <w:tr w:rsidR="00A0774E" w14:paraId="1B9EA31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C763C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4B37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AF99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B23C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D7F9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8701A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57A1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CE89F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8FD4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D416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780CC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8FCF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103A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987A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B1AF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</w:tr>
      <w:tr w:rsidR="00A0774E" w14:paraId="048BA32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E48BB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CFDE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909B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9DC7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F824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AE201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1129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6A7C3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2C0C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E909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121E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241B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4384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3CAB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8F46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</w:tr>
      <w:tr w:rsidR="00A0774E" w14:paraId="16C6DEF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FEAD3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47EA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FFE4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F556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13DE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54FE6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B0BE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84B74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78EE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72A7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8DFCA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2371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BCC6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252C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272B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</w:t>
            </w:r>
          </w:p>
        </w:tc>
      </w:tr>
      <w:tr w:rsidR="00A0774E" w14:paraId="2411048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6363C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F75A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55DE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4482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5416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F31F8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0D70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9780B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32D5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4054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06672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AF39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4A2F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0DA8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1775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</w:tr>
      <w:tr w:rsidR="00A0774E" w14:paraId="328D460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E7DB8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DDA9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AE1D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B707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ADED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74CBE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BF5A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08441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2850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AD3E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4BE23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3191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AF4B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EF84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AD97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</w:tr>
      <w:tr w:rsidR="00A0774E" w14:paraId="5B75B7F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C3781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E301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BD11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521D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3413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E24B3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6BCE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DBF35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12F0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AACC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7A8A9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22E3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8609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2CBA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FED6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</w:tr>
    </w:tbl>
    <w:p w14:paraId="4E1F75CA" w14:textId="77777777" w:rsidR="00A0774E" w:rsidRDefault="00AB080A">
      <w:r>
        <w:br w:type="page"/>
      </w:r>
    </w:p>
    <w:p w14:paraId="27F6B847" w14:textId="77777777" w:rsidR="00A0774E" w:rsidRDefault="00AB080A">
      <w:pPr>
        <w:pStyle w:val="Heading1"/>
      </w:pPr>
      <w:r>
        <w:lastRenderedPageBreak/>
        <w:t>Table D4</w:t>
      </w:r>
    </w:p>
    <w:p w14:paraId="3F0832DE" w14:textId="77777777" w:rsidR="00A0774E" w:rsidRDefault="00AB080A">
      <w:pPr>
        <w:pStyle w:val="Heading2"/>
      </w:pPr>
      <w:r>
        <w:t>Report appendix page 71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D4"/>
        <w:tblDescription w:val="Data table extracted from the 2025-26 Livestock Farm Monitor Project annual report appendix."/>
      </w:tblPr>
      <w:tblGrid>
        <w:gridCol w:w="1026"/>
        <w:gridCol w:w="1026"/>
        <w:gridCol w:w="1026"/>
        <w:gridCol w:w="1026"/>
        <w:gridCol w:w="1027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</w:tblGrid>
      <w:tr w:rsidR="00A0774E" w14:paraId="113B95B1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943588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D675C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Overhead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7219A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500AB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B8EF6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Gippsland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C4BD6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A2C57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7DACF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62221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C22DA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5D8DE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1A6A0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63745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72893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05EC00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12A0E329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EA6B09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1919E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03806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6175A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EACAF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79ADD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0FD76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C7FF6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9F1DF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4D61F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B5689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Other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7AA42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cash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F9301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B6786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Owner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3530E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</w:tr>
      <w:tr w:rsidR="00A0774E" w14:paraId="336844B5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3750F2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291E7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82B12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Permanent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D394B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FD160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Repairs and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42295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39981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electricity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BC8B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A0476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E057B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91054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overhead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8374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11276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208EA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operator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0E65E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overhead</w:t>
            </w:r>
          </w:p>
        </w:tc>
      </w:tr>
      <w:tr w:rsidR="00A0774E" w14:paraId="733E1351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209BE9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No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0A106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staff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24730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5D6FC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96849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maintenance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6906B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32A7D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5DC06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AA9BA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insurance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2197D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Rates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CB65A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07A1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C19EB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Depreciation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F3A2F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labour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C06DB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 cost</w:t>
            </w:r>
          </w:p>
        </w:tc>
      </w:tr>
      <w:tr w:rsidR="00A0774E" w14:paraId="018954D0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7804B6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597E6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5214E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F978B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994C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2B627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6C95C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BA5EB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CF61A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E203B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B6026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86678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3F996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EC4CE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4ED68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</w:tr>
      <w:tr w:rsidR="00A0774E" w14:paraId="3149D97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87598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G555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8238B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C735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4D6D2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6166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9DC55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A7F4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4928C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AD2B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7596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1347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A384E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2E7E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BD22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E39E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280</w:t>
            </w:r>
          </w:p>
        </w:tc>
      </w:tr>
      <w:tr w:rsidR="00A0774E" w14:paraId="57E3E25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29571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G653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FE0C0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2055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73DAA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9942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900A9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F3EF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3F3E2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404A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8016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DE48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A2A03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E978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CB74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4E0A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363</w:t>
            </w:r>
          </w:p>
        </w:tc>
      </w:tr>
      <w:tr w:rsidR="00A0774E" w14:paraId="6E3C8D8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702DF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G663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9FC28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F5B9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C876D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8512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1E736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3DBB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60B7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6473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AD7C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9050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7B231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FE56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5276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9E2D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768</w:t>
            </w:r>
          </w:p>
        </w:tc>
      </w:tr>
      <w:tr w:rsidR="00A0774E" w14:paraId="109DD25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0E7AD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G667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8B5B4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389B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B5B49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DCE7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B5AE7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F2E2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F758F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1CB3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12AF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D32A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19C17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1F9A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7E55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A07B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588</w:t>
            </w:r>
          </w:p>
        </w:tc>
      </w:tr>
      <w:tr w:rsidR="00A0774E" w14:paraId="0DAC2A5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9ABF4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G698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A9BE3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F25A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77A4D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FB76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F2F8F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4605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51D80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D9AB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8622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F391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2F733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6424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D657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F3E5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2031</w:t>
            </w:r>
          </w:p>
        </w:tc>
      </w:tr>
      <w:tr w:rsidR="00A0774E" w14:paraId="32E7876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E2406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G755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CC6FC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E800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69047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DD70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22364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8897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2D0B7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1DE5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FDBA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E403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79D83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680D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E714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0452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684</w:t>
            </w:r>
          </w:p>
        </w:tc>
      </w:tr>
      <w:tr w:rsidR="00A0774E" w14:paraId="4AF2E59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42A40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9C8FE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49F4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2EF8B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0808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3915A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011E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FE1AD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5830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53FC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FCAD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8F1E4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8891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9B9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6D5F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246</w:t>
            </w:r>
          </w:p>
        </w:tc>
      </w:tr>
      <w:tr w:rsidR="00A0774E" w14:paraId="5BE6244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5F8C0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8BDA2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3C32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61A52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09E7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0E1EA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BBBB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0494C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CC95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7FBA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199D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C5501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9EB3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4FE5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267F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436</w:t>
            </w:r>
          </w:p>
        </w:tc>
      </w:tr>
      <w:tr w:rsidR="00A0774E" w14:paraId="21EEACD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0A242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1A227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A92C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28EB8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E043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97E9A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EC3F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493D0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B794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CFAE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5AD6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DC713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F0F1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62FD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96E5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208</w:t>
            </w:r>
          </w:p>
        </w:tc>
      </w:tr>
      <w:tr w:rsidR="00A0774E" w14:paraId="352D2E8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69E2C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2D3C3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6AE6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0AB6D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15E4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FDF02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F233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B7254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1E3C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08E7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B51C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0C77B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597F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8F3A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CF2E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300</w:t>
            </w:r>
          </w:p>
        </w:tc>
      </w:tr>
      <w:tr w:rsidR="00A0774E" w14:paraId="4736E1D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5FBC0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BC319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C7C6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15EE9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6F00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7612E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C0A3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4B6A1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30C8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7EE9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E24A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4C0DC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B981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A54A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1EFF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902</w:t>
            </w:r>
          </w:p>
        </w:tc>
      </w:tr>
      <w:tr w:rsidR="00A0774E" w14:paraId="00DA1A1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83775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84E8F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EB23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B24DF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64FE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8085D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9A8F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911BC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E31A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86FF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FE65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7C4E8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DC9E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C9D1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8267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1203</w:t>
            </w:r>
          </w:p>
        </w:tc>
      </w:tr>
      <w:tr w:rsidR="00A0774E" w14:paraId="5DFF0B9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2784C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1E78E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10FF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20D37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5D90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6F7D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40FC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1AC71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54E7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3C84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B4C2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A5D09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3F0A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805A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21BA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330</w:t>
            </w:r>
          </w:p>
        </w:tc>
      </w:tr>
      <w:tr w:rsidR="00A0774E" w14:paraId="3605603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6D760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56BFC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07A3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13D6F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2BB9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8393B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C592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A4DBC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8F98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D5F1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AEAA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BE7AD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7BFD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CC02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901F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498</w:t>
            </w:r>
          </w:p>
        </w:tc>
      </w:tr>
      <w:tr w:rsidR="00A0774E" w14:paraId="5F21716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48F3E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C28BB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75A8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CBD82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305F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DE035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33B3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7D998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7772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6554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7574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05565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CEDB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B603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BAA3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799</w:t>
            </w:r>
          </w:p>
        </w:tc>
      </w:tr>
      <w:tr w:rsidR="00A0774E" w14:paraId="1C52492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07543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36310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0471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79809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45E5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8C2E5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DA00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5B43B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4214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0937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A239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72CF7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8D96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CF60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C291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536</w:t>
            </w:r>
          </w:p>
        </w:tc>
      </w:tr>
      <w:tr w:rsidR="00A0774E" w14:paraId="41485C7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CD6AB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83802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D8A0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7F0A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C482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BF6F0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13C5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9803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DB1B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CB06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C527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7DD36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23E4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F8FA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A8BC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563</w:t>
            </w:r>
          </w:p>
        </w:tc>
      </w:tr>
      <w:tr w:rsidR="00A0774E" w14:paraId="3CC62FF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0F678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04148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94D2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50766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DADD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68C0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A5D7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4D57C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2C90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ABD0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68A5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9810B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C641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CACE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72DE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693</w:t>
            </w:r>
          </w:p>
        </w:tc>
      </w:tr>
      <w:tr w:rsidR="00A0774E" w14:paraId="2EDB04A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2C1A3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F5610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982F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5863D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FB09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A9FC8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4A8C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E9F9F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26B5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030C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FB89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CDBE6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0D96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5E67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A422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360</w:t>
            </w:r>
          </w:p>
        </w:tc>
      </w:tr>
      <w:tr w:rsidR="00A0774E" w14:paraId="4A71E61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4F531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34597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5869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D1032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724A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A7BD7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1B75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8282C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DFE6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9237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722B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F5EAA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388D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8D80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7FA1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816</w:t>
            </w:r>
          </w:p>
        </w:tc>
      </w:tr>
      <w:tr w:rsidR="00A0774E" w14:paraId="3744E97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95DB4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09E61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CDF6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89764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8B02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ED614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BA49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9214A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3002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D202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AC23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D78A2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DAC7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2B91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7A42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359</w:t>
            </w:r>
          </w:p>
        </w:tc>
      </w:tr>
      <w:tr w:rsidR="00A0774E" w14:paraId="2000EE3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BDD7B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0984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3F9A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26643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DF52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75344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63AD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FF72C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E2FE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4B70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31BC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068A6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F818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D7E3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358A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397</w:t>
            </w:r>
          </w:p>
        </w:tc>
      </w:tr>
      <w:tr w:rsidR="00A0774E" w14:paraId="2745E7C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BF0F0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B0DDC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3911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6AF99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F720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B242B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B67C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CFB3D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3233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EC39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6ED5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0C2B4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E42F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ED3E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87FE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1251</w:t>
            </w:r>
          </w:p>
        </w:tc>
      </w:tr>
      <w:tr w:rsidR="00A0774E" w14:paraId="657DF1D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DA25D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EBAEA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984A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66918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EA05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DDB84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F250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12DBB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8385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ABE5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A0E2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1D6EA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2B2B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2CD8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7599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1259</w:t>
            </w:r>
          </w:p>
        </w:tc>
      </w:tr>
      <w:tr w:rsidR="00A0774E" w14:paraId="7539986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B4E9E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G1047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7E205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AC09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0635F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5065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4438C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4398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325E7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5F3D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CDB0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FF91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78D00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D0EF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8148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B92E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181</w:t>
            </w:r>
          </w:p>
        </w:tc>
      </w:tr>
      <w:tr w:rsidR="00A0774E" w14:paraId="6DD4B43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9962B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6CED8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E064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84040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9AD0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4C809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EDD8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95AB9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E484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B5D8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3980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04D61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9543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4229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3344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625</w:t>
            </w:r>
          </w:p>
        </w:tc>
      </w:tr>
      <w:tr w:rsidR="00A0774E" w14:paraId="32432CD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1322E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2F18A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D116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64C4C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DD44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8E772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7DDB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4B364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6F41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338C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958A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E1613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5B68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C5CC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33B8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541</w:t>
            </w:r>
          </w:p>
        </w:tc>
      </w:tr>
      <w:tr w:rsidR="00A0774E" w14:paraId="0F2A339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1AEE9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401E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E0DF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DF17B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9DBB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224BD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C474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B7882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EF3E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4EB0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DB5E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C9A17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4483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67A9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EF15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1820</w:t>
            </w:r>
          </w:p>
        </w:tc>
      </w:tr>
      <w:tr w:rsidR="00A0774E" w14:paraId="0BA2AB4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091A2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3DAAF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D429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48418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06BC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86A9F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3355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596C8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A49A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BF9A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A7E0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69C1B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3A78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3B33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312D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520</w:t>
            </w:r>
          </w:p>
        </w:tc>
      </w:tr>
      <w:tr w:rsidR="00A0774E" w14:paraId="01926F2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90816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C12D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F697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1F5C0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1B21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F1A51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583A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D5A31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DDAB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F6FB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2C22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37029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6B6C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4021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4CBA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1699</w:t>
            </w:r>
          </w:p>
        </w:tc>
      </w:tr>
      <w:tr w:rsidR="00A0774E" w14:paraId="53C91FB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BE608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8A6B4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4212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DC03C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89DD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0953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CB49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DD830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F91C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B718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314D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6835D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E741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C663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F4F0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709</w:t>
            </w:r>
          </w:p>
        </w:tc>
      </w:tr>
    </w:tbl>
    <w:p w14:paraId="65D333C8" w14:textId="77777777" w:rsidR="00A0774E" w:rsidRDefault="00AB080A">
      <w:r>
        <w:br w:type="page"/>
      </w:r>
    </w:p>
    <w:p w14:paraId="72765A3E" w14:textId="77777777" w:rsidR="00A0774E" w:rsidRDefault="00AB080A">
      <w:pPr>
        <w:pStyle w:val="Heading1"/>
      </w:pPr>
      <w:r>
        <w:lastRenderedPageBreak/>
        <w:t>Table D5</w:t>
      </w:r>
    </w:p>
    <w:p w14:paraId="4170ED84" w14:textId="77777777" w:rsidR="00A0774E" w:rsidRDefault="00AB080A">
      <w:pPr>
        <w:pStyle w:val="Heading2"/>
      </w:pPr>
      <w:r>
        <w:t>Report appendix page 72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D5"/>
        <w:tblDescription w:val="Data table extracted from the 2025-26 Livestock Farm Monitor Project annual report appendix."/>
      </w:tblPr>
      <w:tblGrid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</w:tblGrid>
      <w:tr w:rsidR="00A0774E" w14:paraId="3071F4C7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54B77F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Enterprise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10551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Mix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9DE21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and Labour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F6B0A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E3773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Gippsland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60770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C42F4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566C7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8B06F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97ECF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6A2CB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41A39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2EE772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67CFBF71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C85382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38543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032EA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21756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A1440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Labour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BCDF4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CE428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DAA3B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C83EB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1A96A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Proportion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13140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of cash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F5598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78F806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18F3DB55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F033E9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042DA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58993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F9BCB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CAE45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A5FE3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16A1D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4C1D8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Beef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15D57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AB98E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15281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AEC15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3CAE3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Other</w:t>
            </w:r>
          </w:p>
        </w:tc>
      </w:tr>
      <w:tr w:rsidR="00A0774E" w14:paraId="5E6D0D36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320892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7FA7D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561AD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51D95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0ADF7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Owner/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2B359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Labour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B4A52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Labour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315A5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cattle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6438F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Sheep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E92DE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Wool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929AC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Grain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49D14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Agistment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EDDE1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farm</w:t>
            </w:r>
          </w:p>
        </w:tc>
      </w:tr>
      <w:tr w:rsidR="00A0774E" w14:paraId="5CBE43E5" w14:textId="77777777">
        <w:trPr>
          <w:tblHeader/>
          <w:jc w:val="center"/>
        </w:trPr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A0C50F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No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B48E4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Permanent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C29AE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Contract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BE2FD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Casual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3F333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Operator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9C771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efficiency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92348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efficiency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F50FB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sales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685A3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sales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5A949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sales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02C80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sales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BFD13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184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C8FDD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</w:tr>
      <w:tr w:rsidR="00A0774E" w14:paraId="66A0E552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3F8388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A5BB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 of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29D2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 of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8F49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 of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0F82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 of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12709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771DF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C63C6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088F9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7A637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466F2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22D10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B90927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2AD0DEBE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8A77EB" w14:textId="77777777" w:rsidR="00A0774E" w:rsidRDefault="00A0774E">
            <w:pPr>
              <w:spacing w:after="0" w:line="240" w:lineRule="auto"/>
            </w:pP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2759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total FTE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97AE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total FTE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193A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total FTE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DC6B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total FTE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25A2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ha/FTE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EAA4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DSE/FTE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BDF4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55A0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F973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CB55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9C21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CADE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</w:tr>
      <w:tr w:rsidR="00A0774E" w14:paraId="69BC0809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FDFB3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G555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9A23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61EE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F476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677A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D5BF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2DEA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5,012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848E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6C33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0562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8DBB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5535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F36D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</w:tr>
      <w:tr w:rsidR="00A0774E" w14:paraId="2B1261E4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8D20E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G653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3328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B45B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27A2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96E6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02CD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98E5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3,227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96F1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ABFE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49E4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D728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48EE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E505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6E7D1AF6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422AB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G663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6E76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BFC8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7F3D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7649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EA5A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AFB2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4,281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66A2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86AA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5483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4D27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E19F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9FC6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</w:tr>
      <w:tr w:rsidR="00A0774E" w14:paraId="6202DABE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804B7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G667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DB4C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1F10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C99E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CABD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D877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6625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4,506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A97B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F30A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DD41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143B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4513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199F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</w:tr>
      <w:tr w:rsidR="00A0774E" w14:paraId="46AB83EE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8E9AD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G698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D61E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C39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4147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5A31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1FD5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427F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1,694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1231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EECE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6873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326F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E3F0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84B1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</w:tr>
      <w:tr w:rsidR="00A0774E" w14:paraId="716D890A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F1145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G755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A5D6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295D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F4C9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D956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CE87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2C5B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6,258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C1C6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F793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E59F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346C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41FF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F8A2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087DD76B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2F26F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G1017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F5AB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AE8C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51C2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ADEF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BD8F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3523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2,745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A058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7575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304F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65EF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94CA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3676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</w:tr>
      <w:tr w:rsidR="00A0774E" w14:paraId="1118F8CD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BDCB8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G1018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3517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D0FC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6178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5101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A263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C3C7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7,219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CA94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BD77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9837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83A2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044A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ABA6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</w:tr>
      <w:tr w:rsidR="00A0774E" w14:paraId="66E4A936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0D95D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3AD4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E569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0E87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7CDE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6807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915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F8BF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13,234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E94D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5BBB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4140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49E2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7816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F486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48B1B41E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3C70A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BBAA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9895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AAFA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666A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0B64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1E3F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3,440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7FCB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9F09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3292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1F7F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7D5E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9A90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1AB5B152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57C88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B3BC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4137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EBC3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A984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5D84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A8DE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2,854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7E08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25DD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B11B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7CB1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AB87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792C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</w:tr>
      <w:tr w:rsidR="00A0774E" w14:paraId="6A18F695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6049E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FF85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9EFE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A23D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2E17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4357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7DC8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7,516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72E0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165C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DBF9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054F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C558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DC28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6FFFFA5D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B8B0D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64BB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6C0C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33DB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7025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5EA9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97CF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6,920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065E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5BF2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7FA6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2FD7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6E03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9ABA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</w:tr>
      <w:tr w:rsidR="00A0774E" w14:paraId="041F2440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34BD9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5940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013D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B331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81D6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0DEC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4040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7,196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044F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7246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0625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CC7F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3A56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09B2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</w:tr>
      <w:tr w:rsidR="00A0774E" w14:paraId="08A2EA56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BE50A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286F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4C7B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297F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FE51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7D1C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C64B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2,369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465B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2285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64DC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5D56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BDBA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A204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0F537B55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04A59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5206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C772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8799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248C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27CB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B30F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2,481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6491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2478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2408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615E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6029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1965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74857C83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AF22B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D411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BFF7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8309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1060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5693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53CF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2,366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3C48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A589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AB80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5C8E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D0B0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088F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10%</w:t>
            </w:r>
          </w:p>
        </w:tc>
      </w:tr>
      <w:tr w:rsidR="00A0774E" w14:paraId="775CE526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06A78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54A1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BF01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A251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1A83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3BB1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0390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5,031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DA66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AC56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7533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49AC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5E55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FA10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</w:tr>
      <w:tr w:rsidR="00A0774E" w14:paraId="7CC42EF2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CFDBE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3381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02F7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EA77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F285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F2A1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2F05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5,634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F907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9CC5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58EC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7B4B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0CA4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1745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23B072DF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49F4F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46CB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FF49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BBC3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5A27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9C30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0F90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6,241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20D8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1DCB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04F4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15F6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A4DA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6B05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10C2B5B5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338B1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6C90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F27A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4685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6E79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4122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CE9B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8,902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39E7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6655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E469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A6D8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CB8F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4ADB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14B003BE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C1906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CDD3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3F65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303E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D728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2B0F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F594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5,950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3C68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7CD5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0C44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9F1C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23AA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5569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</w:tr>
      <w:tr w:rsidR="00A0774E" w14:paraId="0E6DA912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8C4C3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53C8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3307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BAE4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E181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1EC3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44B1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4,241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6091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CD58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C7F1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81CF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F0ED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DA07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3DAD457A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FBD91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C491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1AAA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0A38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31D2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5EFA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AE38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3,867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C10E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4D93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30FF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B698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0838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6632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11%</w:t>
            </w:r>
          </w:p>
        </w:tc>
      </w:tr>
      <w:tr w:rsidR="00A0774E" w14:paraId="33D79733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4F2A7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G1047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1D0C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7801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E7EB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50FB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C81C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0925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7,635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E515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79B8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B5D7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291F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B79A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B3E1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</w:tr>
      <w:tr w:rsidR="00A0774E" w14:paraId="060725E4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D050F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BF4B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B8CA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2D13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50C7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146C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229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8606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2,291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A34A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7CAD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1302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5C79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B8A9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57D8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</w:tr>
      <w:tr w:rsidR="00A0774E" w14:paraId="1CF0939C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4548C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G1051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0620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106A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D776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E93E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06EB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7FD9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4,951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C4FC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175C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36C0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7B06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A921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6F53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</w:tr>
      <w:tr w:rsidR="00A0774E" w14:paraId="49267783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5B912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G1052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DD4C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CAE7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226E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0779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C1B5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332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639C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4,953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7298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612F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76D9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9617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05F5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9C52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</w:tr>
      <w:tr w:rsidR="00A0774E" w14:paraId="68179926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C3AA8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G1053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7160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843A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C9EB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5CBC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C7F2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211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B24A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4,098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D9FF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396D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1BFB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9400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D5E6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0147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</w:tr>
      <w:tr w:rsidR="00A0774E" w14:paraId="4799F5D4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5B2F6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G1054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3672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C57B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315E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0889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8F62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CAEC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2,077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D866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EB65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ABCD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FD0A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8FA9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77A8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</w:tr>
      <w:tr w:rsidR="00A0774E" w14:paraId="3E5A1B24" w14:textId="77777777">
        <w:trPr>
          <w:jc w:val="center"/>
        </w:trPr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78A7A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C458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8EC3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F2C7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E43F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6A95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327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F353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4,918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D4BC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4468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72D2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FBDF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AF47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1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478F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</w:tr>
    </w:tbl>
    <w:p w14:paraId="21CFF98A" w14:textId="77777777" w:rsidR="00A0774E" w:rsidRDefault="00AB080A">
      <w:r>
        <w:br w:type="page"/>
      </w:r>
    </w:p>
    <w:p w14:paraId="42A4E538" w14:textId="77777777" w:rsidR="00A0774E" w:rsidRDefault="00AB080A">
      <w:pPr>
        <w:pStyle w:val="Heading1"/>
      </w:pPr>
      <w:r>
        <w:lastRenderedPageBreak/>
        <w:t>Table D6</w:t>
      </w:r>
    </w:p>
    <w:p w14:paraId="4AFA7720" w14:textId="77777777" w:rsidR="00A0774E" w:rsidRDefault="00AB080A">
      <w:pPr>
        <w:pStyle w:val="Heading2"/>
      </w:pPr>
      <w:r>
        <w:t>Report appendix page 73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D6"/>
        <w:tblDescription w:val="Data table extracted from the 2025-26 Livestock Farm Monitor Project annual report appendix."/>
      </w:tblPr>
      <w:tblGrid>
        <w:gridCol w:w="1710"/>
        <w:gridCol w:w="1710"/>
        <w:gridCol w:w="1710"/>
        <w:gridCol w:w="1710"/>
        <w:gridCol w:w="1710"/>
        <w:gridCol w:w="1710"/>
        <w:gridCol w:w="1710"/>
        <w:gridCol w:w="1710"/>
        <w:gridCol w:w="1710"/>
      </w:tblGrid>
      <w:tr w:rsidR="00A0774E" w14:paraId="2D123CA3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B8E20B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Beef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C4643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Production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44550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Information –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7E2A2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Gippsland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251B9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A0A43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C8671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287F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B23117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2F27EA66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AD07AB" w14:textId="77777777" w:rsidR="00A0774E" w:rsidRDefault="00A0774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0BE56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6CF97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ABEC0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8B9F0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Cows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61273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Heifers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292D4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BB22F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39F2E4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6476346F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580F2B" w14:textId="77777777" w:rsidR="00A0774E" w:rsidRDefault="00A0774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4A9C5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5DA1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05014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0E97C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(+2 years)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E23DE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(1-2 years)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6CD99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E49BE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3D8DD0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257A41A3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C6784B" w14:textId="77777777" w:rsidR="00A0774E" w:rsidRDefault="00A0774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01934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7C40A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C8CDB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889BC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annual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CDFBD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annual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431DF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E0F1F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Average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B009F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Average</w:t>
            </w:r>
          </w:p>
        </w:tc>
      </w:tr>
      <w:tr w:rsidR="00A0774E" w14:paraId="1AE99531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34D0F2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40BFB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Stocking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0877B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Supp feed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E6BC2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Major calving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CD991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average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7798B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average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29B01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56455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price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AFF22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price</w:t>
            </w:r>
          </w:p>
        </w:tc>
      </w:tr>
      <w:tr w:rsidR="00A0774E" w14:paraId="4E2589EE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0D362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No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E3E0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rate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2455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 the diet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E4EB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period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3512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calving rate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0E96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calving rate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AEFF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Beef sold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A4B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received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9160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received</w:t>
            </w:r>
          </w:p>
        </w:tc>
      </w:tr>
      <w:tr w:rsidR="00A0774E" w14:paraId="7BCCAC71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2948DB" w14:textId="77777777" w:rsidR="00A0774E" w:rsidRDefault="00A0774E">
            <w:pPr>
              <w:spacing w:after="0" w:line="240" w:lineRule="auto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DCA16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2977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 of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ECF0F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E4F53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A035B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3A900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B4BD8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D8B60C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549428EF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007331" w14:textId="77777777" w:rsidR="00A0774E" w:rsidRDefault="00A0774E">
            <w:pPr>
              <w:spacing w:after="0" w:line="240" w:lineRule="auto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5020A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0178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total ME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6F9B2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9EECF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F5D7D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65FC6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90656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8E77BB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09E5DC95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F33728" w14:textId="77777777" w:rsidR="00A0774E" w:rsidRDefault="00A0774E">
            <w:pPr>
              <w:spacing w:after="0" w:line="240" w:lineRule="auto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97ED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DSE/yr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85A7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consumed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82D5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season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358B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3A62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EF03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kg LWT/ha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78BC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$/hd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E93D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$/kg LWT</w:t>
            </w:r>
          </w:p>
        </w:tc>
      </w:tr>
      <w:tr w:rsidR="00A0774E" w14:paraId="060229A0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4C082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G663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E0EF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3,639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5296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68ED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6010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5FEB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E86C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9F13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2,502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AAB5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4.7</w:t>
            </w:r>
          </w:p>
        </w:tc>
      </w:tr>
      <w:tr w:rsidR="00A0774E" w14:paraId="753F6E26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03A58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G698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F32E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1,315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5B00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20AB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6FCC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0FE4E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CD60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F69F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2,076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5502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5.0</w:t>
            </w:r>
          </w:p>
        </w:tc>
      </w:tr>
      <w:tr w:rsidR="00A0774E" w14:paraId="15C897CA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71908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G755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C36F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8,373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8738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8BD7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E894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8EB7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2C0F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670E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1,725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96D0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4.9</w:t>
            </w:r>
          </w:p>
        </w:tc>
      </w:tr>
      <w:tr w:rsidR="00A0774E" w14:paraId="7DCEFD7E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73CE1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G1018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B61A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12,607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2577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541F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4101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F287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53AC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1A6F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1,693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2F83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4.1</w:t>
            </w:r>
          </w:p>
        </w:tc>
      </w:tr>
      <w:tr w:rsidR="00A0774E" w14:paraId="106C9702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DFB6E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784D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34,118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3782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8FF6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DE74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1942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2814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9AB2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1,570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C576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3.9</w:t>
            </w:r>
          </w:p>
        </w:tc>
      </w:tr>
      <w:tr w:rsidR="00A0774E" w14:paraId="33AECFCF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E9E21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939F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9,375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611A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47F6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BF96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EE1F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3CBE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6659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2,083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8815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4.1</w:t>
            </w:r>
          </w:p>
        </w:tc>
      </w:tr>
      <w:tr w:rsidR="00A0774E" w14:paraId="6D87B6A8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67040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1253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1,794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19BF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C7CF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7EBC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2020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958E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826D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1,791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B3B0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4.0</w:t>
            </w:r>
          </w:p>
        </w:tc>
      </w:tr>
      <w:tr w:rsidR="00A0774E" w14:paraId="2D92A2B8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772AC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B166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12,918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BA90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35BF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Summer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0A38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1F2FC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79A4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96E1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2,269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6660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6.3</w:t>
            </w:r>
          </w:p>
        </w:tc>
      </w:tr>
      <w:tr w:rsidR="00A0774E" w14:paraId="7E95BD8E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7927C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F92E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15,938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7AD4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3601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D9A4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81E7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985A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DA7D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2,074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0E7B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4.5</w:t>
            </w:r>
          </w:p>
        </w:tc>
      </w:tr>
      <w:tr w:rsidR="00A0774E" w14:paraId="5D8FA616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95EF5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0CA9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14,140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CFE1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0CCB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EF3B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C11B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491D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FC7D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2,230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5D04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4.2</w:t>
            </w:r>
          </w:p>
        </w:tc>
      </w:tr>
      <w:tr w:rsidR="00A0774E" w14:paraId="45817293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E38F1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F5D4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3,702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F850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33B0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FFA0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C45F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924F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EDCE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2,140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1F94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5.2</w:t>
            </w:r>
          </w:p>
        </w:tc>
      </w:tr>
      <w:tr w:rsidR="00A0774E" w14:paraId="4AFDE668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15560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9248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1,615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F6F6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6741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Autumn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35D3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FDC7E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EBD7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B8C0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1,425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BAA9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4.4</w:t>
            </w:r>
          </w:p>
        </w:tc>
      </w:tr>
      <w:tr w:rsidR="00A0774E" w14:paraId="7CDEF362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7D122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2E2B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997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3467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7D3F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Autumn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F0D9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DEE1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767A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54C1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2,415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9B10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4.7</w:t>
            </w:r>
          </w:p>
        </w:tc>
      </w:tr>
      <w:tr w:rsidR="00A0774E" w14:paraId="6D2EDB62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2C020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573B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9,097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8656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A165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D030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DEC5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401C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88C4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2,022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EA28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4.8</w:t>
            </w:r>
          </w:p>
        </w:tc>
      </w:tr>
      <w:tr w:rsidR="00A0774E" w14:paraId="79DA63DD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A33FD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D574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12,680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ED9C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AB32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B78E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D8E1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5A4F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A61B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2,230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7552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4.4</w:t>
            </w:r>
          </w:p>
        </w:tc>
      </w:tr>
      <w:tr w:rsidR="00A0774E" w14:paraId="789B2C52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3601A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E970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7,452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8DD7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9A1D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5AD4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9212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D34E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7103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1,828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9A39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4.9</w:t>
            </w:r>
          </w:p>
        </w:tc>
      </w:tr>
      <w:tr w:rsidR="00A0774E" w14:paraId="323C0F8A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00386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81AA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7,811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76E8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D208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9D69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E7FA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729F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5037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2,351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6509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5.2</w:t>
            </w:r>
          </w:p>
        </w:tc>
      </w:tr>
      <w:tr w:rsidR="00A0774E" w14:paraId="0BDBBF2A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2CED8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A26B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17,955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FA64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FF96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30CB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0C614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FC7E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9DB1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1,249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B305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4.3</w:t>
            </w:r>
          </w:p>
        </w:tc>
      </w:tr>
      <w:tr w:rsidR="00A0774E" w14:paraId="65AC7C5A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4159D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2168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4,192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B4A6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761E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8F67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82EE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0DED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5499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1,799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8552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4.5</w:t>
            </w:r>
          </w:p>
        </w:tc>
      </w:tr>
      <w:tr w:rsidR="00A0774E" w14:paraId="5452C4B3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2B63A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G1051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9B11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6,566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FB43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64E3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717E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FEB5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8339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52AB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2,279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89CB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4.3</w:t>
            </w:r>
          </w:p>
        </w:tc>
      </w:tr>
      <w:tr w:rsidR="00A0774E" w14:paraId="1753AABC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50F72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G1053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252F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20,179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ABDA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F21C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34D2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739D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6EEC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686E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1,911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649F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4.3</w:t>
            </w:r>
          </w:p>
        </w:tc>
      </w:tr>
      <w:tr w:rsidR="00A0774E" w14:paraId="361900BB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C99C4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G1054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7E24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2,121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398D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F215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33EB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D1C7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D510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F557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1,726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2C0D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4.0</w:t>
            </w:r>
          </w:p>
        </w:tc>
      </w:tr>
      <w:tr w:rsidR="00A0774E" w14:paraId="06870E08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3DC86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Average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3DA8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9,295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875F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6B4B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29E1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CB06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79%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D091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643F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1,972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F142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4.6</w:t>
            </w:r>
          </w:p>
        </w:tc>
      </w:tr>
    </w:tbl>
    <w:p w14:paraId="063203A7" w14:textId="77777777" w:rsidR="00A0774E" w:rsidRDefault="00AB080A">
      <w:r>
        <w:br w:type="page"/>
      </w:r>
    </w:p>
    <w:p w14:paraId="47C2E0BB" w14:textId="77777777" w:rsidR="00A0774E" w:rsidRDefault="00AB080A">
      <w:pPr>
        <w:pStyle w:val="Heading1"/>
      </w:pPr>
      <w:r>
        <w:lastRenderedPageBreak/>
        <w:t>Table D7</w:t>
      </w:r>
    </w:p>
    <w:p w14:paraId="1A342F37" w14:textId="77777777" w:rsidR="00A0774E" w:rsidRDefault="00AB080A">
      <w:pPr>
        <w:pStyle w:val="Heading2"/>
      </w:pPr>
      <w:r>
        <w:t>Report appendix page 74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D7"/>
        <w:tblDescription w:val="Data table extracted from the 2025-26 Livestock Farm Monitor Project annual report appendix."/>
      </w:tblPr>
      <w:tblGrid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</w:tblGrid>
      <w:tr w:rsidR="00A0774E" w14:paraId="6ED2C185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041D2E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Beef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E0638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Gross Margin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55EDA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8B1CC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Gippsland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DCA4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B2407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5F3AA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598EA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C1837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DC4E6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B9BDA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ACCA5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DC3BD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EF4ED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B145E2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6338A91F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570407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424BF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6A4C1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F672F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A5285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08D3C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B1CBD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E5E0D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EF0A2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65F5D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Beef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958B2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Beef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07502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9A8F8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802F9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AD9BA4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5F6F11B0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BCF7D9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7CF91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6C456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sales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AFC27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C4D3C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FC829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inventory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2B58F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FFC6D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Agistment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7C86F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Beef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528F8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variable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598AD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30D8B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variable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F6A03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Gross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6C95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AE3D3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Gross</w:t>
            </w:r>
          </w:p>
        </w:tc>
      </w:tr>
      <w:tr w:rsidR="00A0774E" w14:paraId="77E4F64D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067B4F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No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B54E8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92802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4B8D0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purchases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6ECB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78DB9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change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8D6C0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7519B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69240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98F02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41AB1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4D373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4B489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Margin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2C910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C3F6E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Margin</w:t>
            </w:r>
          </w:p>
        </w:tc>
      </w:tr>
      <w:tr w:rsidR="00A0774E" w14:paraId="052CE93C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C9F31E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80853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83551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6513F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BC1A8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51F26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CC1E1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AB7B0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9B7C2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F5EDD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B2CBA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3C222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F82E5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1725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FD4AD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</w:tr>
      <w:tr w:rsidR="00A0774E" w14:paraId="574E032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FC4F1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G663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7299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1,931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78425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9587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7C246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8E24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26466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67C2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94BD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2,103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41B7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24417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F0C5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CB2F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1,516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DA6A3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295F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</w:t>
            </w:r>
          </w:p>
        </w:tc>
      </w:tr>
      <w:tr w:rsidR="00A0774E" w14:paraId="2042E2D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DB154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G698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CB39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3,500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6F89B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0422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A6B8E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113A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-728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0FA13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A7CC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6FC6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2,688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2D45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CAA71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7856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A89F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1,765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FF5F1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F0AD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</w:t>
            </w:r>
          </w:p>
        </w:tc>
      </w:tr>
      <w:tr w:rsidR="00A0774E" w14:paraId="6F68BDF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063A8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G755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FF81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1B5B1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8173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396EB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591B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7560B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0B7F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2569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4C02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1257A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B90A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E39E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3BCE4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6554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</w:tr>
      <w:tr w:rsidR="00A0774E" w14:paraId="0A220A5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4CC7C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9830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80BC4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C2E6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1B252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6BFA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6815C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18B0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3D37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7E85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CF5A8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D12F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1769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2CFDA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0D09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</w:tr>
      <w:tr w:rsidR="00A0774E" w14:paraId="29D1E71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F2E59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5FEB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EB349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4DA6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F2A8B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3EC0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5CA6F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7F60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AB9C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95CB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AC79D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CBEC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2998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C226A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512A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</w:tr>
      <w:tr w:rsidR="00A0774E" w14:paraId="225C860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9BC3A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AEF8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7A5E3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7CAB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D14F4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DB20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6A454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EFAB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A555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D6E4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17BF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1175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DAB1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CCDA3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DBCD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</w:tr>
      <w:tr w:rsidR="00A0774E" w14:paraId="05D5043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8EAC9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7FBB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1,775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49028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F1E3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9E9CE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F5B6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-330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6797B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33C5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30B6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1,445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DFF6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F07A0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85C4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E320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602C5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922C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</w:tr>
      <w:tr w:rsidR="00A0774E" w14:paraId="3D87BAF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10443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15EA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2,714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D953A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6C09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BD713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AE47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-356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FB682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D867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0896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2,319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800B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53506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4098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15DE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1,106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FCFC1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5F13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</w:t>
            </w:r>
          </w:p>
        </w:tc>
      </w:tr>
      <w:tr w:rsidR="00A0774E" w14:paraId="22D008F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1BD27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6534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AB8BC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1E80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2AF61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3068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20899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4BE6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DBC1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8F8E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488DD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764F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C6F0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0218A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77B7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</w:tr>
      <w:tr w:rsidR="00A0774E" w14:paraId="426714F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F43CD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CE4F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D5940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9D65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48007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471C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2D199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3CAF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2E00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CDAD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7ACF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7933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B504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72E5A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E1E0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</w:tr>
      <w:tr w:rsidR="00A0774E" w14:paraId="6122E24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9BE82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26D2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1,208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70DA4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71F8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491F3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402B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C4846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1872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F462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1,195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714B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763E5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422B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7997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C1F28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8241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</w:tr>
      <w:tr w:rsidR="00A0774E" w14:paraId="34E14A9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4FE6A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518B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2,505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5197B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3647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68D63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F008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-766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7A5A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DC3D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32D6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1,739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4938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0326C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F2F9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6819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A466C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06D3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</w:t>
            </w:r>
          </w:p>
        </w:tc>
      </w:tr>
      <w:tr w:rsidR="00A0774E" w14:paraId="7D60546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F7F88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06DD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1,717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661B3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2EC0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A8798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4B1B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61D6D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7BFF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1215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1,570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E0CC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FF8CE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CD06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6E31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64999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648C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</w:tr>
      <w:tr w:rsidR="00A0774E" w14:paraId="1F236BC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93F1A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A976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1,564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24510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448E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28DB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7967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88A8C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C0DE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2776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1,752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F564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15712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A2D2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6660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1,103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88E3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8ABA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</w:t>
            </w:r>
          </w:p>
        </w:tc>
      </w:tr>
      <w:tr w:rsidR="00A0774E" w14:paraId="73B12E6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EB29E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B38D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5ADB2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975D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E5709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1DD0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D5022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BFDC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8171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F78B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B393B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37E9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0372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594CF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EA75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</w:t>
            </w:r>
          </w:p>
        </w:tc>
      </w:tr>
      <w:tr w:rsidR="00A0774E" w14:paraId="28B9CFD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4F483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9160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426DA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756B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B5399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6E3B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FED60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65DB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9B16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BA29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DDA62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3B9A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96AE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A3E70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E308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</w:tr>
      <w:tr w:rsidR="00A0774E" w14:paraId="42CD44C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68410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9296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2,494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A5D13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584E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BBDF5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7452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98FA1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BEC4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7CD1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2,990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6BCF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03AF0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5D5C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B2A1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1,829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FC908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4107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</w:t>
            </w:r>
          </w:p>
        </w:tc>
      </w:tr>
      <w:tr w:rsidR="00A0774E" w14:paraId="6794F37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D4A28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6B97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9D9CB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913F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4DD96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997B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27146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4708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0D3A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9122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E50A3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C60D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FB8E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A0B0E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B01E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</w:tr>
      <w:tr w:rsidR="00A0774E" w14:paraId="45C122D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CED4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3891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2CA5C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E172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E8033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D067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23DDE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05E2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DDAF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9EB7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05605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4CE3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BFE0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19D03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54AE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</w:tr>
      <w:tr w:rsidR="00A0774E" w14:paraId="32CA049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626E3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2A30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9B609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D5CD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360A5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3773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4CC30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E236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4243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1,495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2D57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7AA37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DE40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6BF5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B4CE7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627F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</w:t>
            </w:r>
          </w:p>
        </w:tc>
      </w:tr>
      <w:tr w:rsidR="00A0774E" w14:paraId="1BCDB33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1FEE4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04DB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5A49A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C998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F46BA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D321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BF467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FFC0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90F2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BE0B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C117C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BAA6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89E2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BCD05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915D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</w:tr>
      <w:tr w:rsidR="00A0774E" w14:paraId="290DA89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60A4C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9DA2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1,523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74F9D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A28B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CA820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EBF6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-327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68EF2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AB26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0011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B8EE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1,194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ACE5F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FF0B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774D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DFE37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254D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43773C7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0A418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810E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1,432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271C2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6FCD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2C6C7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9E2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81521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36D6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D2DB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40B7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BA9E6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5A95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130F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52B7A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5BEB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</w:t>
            </w:r>
          </w:p>
        </w:tc>
      </w:tr>
    </w:tbl>
    <w:p w14:paraId="505778BF" w14:textId="77777777" w:rsidR="00A0774E" w:rsidRDefault="00AB080A">
      <w:r>
        <w:lastRenderedPageBreak/>
        <w:br w:type="page"/>
      </w:r>
    </w:p>
    <w:p w14:paraId="46C01738" w14:textId="77777777" w:rsidR="00A0774E" w:rsidRDefault="00AB080A">
      <w:pPr>
        <w:pStyle w:val="Heading1"/>
      </w:pPr>
      <w:r>
        <w:lastRenderedPageBreak/>
        <w:t>Table D8</w:t>
      </w:r>
    </w:p>
    <w:p w14:paraId="5247A565" w14:textId="77777777" w:rsidR="00A0774E" w:rsidRDefault="00AB080A">
      <w:pPr>
        <w:pStyle w:val="Heading2"/>
      </w:pPr>
      <w:r>
        <w:t>Report appendix page 75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D8"/>
        <w:tblDescription w:val="Data table extracted from the 2025-26 Livestock Farm Monitor Project annual report appendix."/>
      </w:tblPr>
      <w:tblGrid>
        <w:gridCol w:w="1399"/>
        <w:gridCol w:w="1399"/>
        <w:gridCol w:w="1399"/>
        <w:gridCol w:w="1399"/>
        <w:gridCol w:w="1399"/>
        <w:gridCol w:w="1399"/>
        <w:gridCol w:w="1399"/>
        <w:gridCol w:w="1399"/>
        <w:gridCol w:w="1399"/>
        <w:gridCol w:w="1399"/>
        <w:gridCol w:w="1399"/>
      </w:tblGrid>
      <w:tr w:rsidR="00A0774E" w14:paraId="74241072" w14:textId="77777777">
        <w:trPr>
          <w:tblHeader/>
          <w:jc w:val="center"/>
        </w:trPr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A0FCAB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Beef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09F1F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enterprise variable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94029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33683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summary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31E36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EE46D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Gippsland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200D6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AE1E5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CE392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72A52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374377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62B7C7C7" w14:textId="77777777">
        <w:trPr>
          <w:tblHeader/>
          <w:jc w:val="center"/>
        </w:trPr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97D044" w14:textId="77777777" w:rsidR="00A0774E" w:rsidRDefault="00A0774E">
            <w:pPr>
              <w:spacing w:after="0" w:line="240" w:lineRule="auto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1D751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2158D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Scanning/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59B1A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0232E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68C2A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016E7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F7C29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F1024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Purchased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F06AE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Home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42F4D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grown</w:t>
            </w:r>
          </w:p>
        </w:tc>
      </w:tr>
      <w:tr w:rsidR="00A0774E" w14:paraId="69DED8B7" w14:textId="77777777">
        <w:trPr>
          <w:tblHeader/>
          <w:jc w:val="center"/>
        </w:trPr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77F7CF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6A83D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preg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51699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testing,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4C713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A1118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29E56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Livestock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532C5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D9B4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E47AC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supplementary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47E0D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8A68A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supplementary</w:t>
            </w:r>
          </w:p>
        </w:tc>
      </w:tr>
      <w:tr w:rsidR="00A0774E" w14:paraId="7B68B2B2" w14:textId="77777777">
        <w:trPr>
          <w:tblHeader/>
          <w:jc w:val="center"/>
        </w:trPr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2CC7D6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No.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FB310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AI &amp;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950D5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ET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2ECCF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Animal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79858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Health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03900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Selling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B991D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1DE15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feed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5BA66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0B42F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feed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14C225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188A77D0" w14:textId="77777777">
        <w:trPr>
          <w:tblHeader/>
          <w:jc w:val="center"/>
        </w:trPr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9C4BC6" w14:textId="77777777" w:rsidR="00A0774E" w:rsidRDefault="00A0774E">
            <w:pPr>
              <w:spacing w:after="0" w:line="240" w:lineRule="auto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13E78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A64F4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3D49B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0C39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9BA1B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96BB2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957A7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87F7C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39713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BA6390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2ABC3F56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231AA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G663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C1C24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6AF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D50F6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BD51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F87F8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40B4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57CD9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77C3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845F5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4B3E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4CB83E83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D68E6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G698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21B5D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4920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63D42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CEE7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9DE68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A195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FE604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C051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FD76B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C0D5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</w:tr>
      <w:tr w:rsidR="00A0774E" w14:paraId="19353F3B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42F57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G755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CEBF5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8EB3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92124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D520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4B3EC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B573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1429B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91DA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898B5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B2AA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</w:tr>
      <w:tr w:rsidR="00A0774E" w14:paraId="18672838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C7775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G1018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3A850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0DFC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8AE2B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27C9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6C7FA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6A7B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06D55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3225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C5EB0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D729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7585E7E5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7EB9A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A5C05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D0C7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7080A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0485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804D2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1C39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C5224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BFE7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20720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C2C1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38D11FBB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1E365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16EAF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41C7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99C51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2A7B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CD619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2657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03C4F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A821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2C636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EDB8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78B19018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BB0C9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DEFDE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BE98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F4DD7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E057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7B320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3A1F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E5306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7EFE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0172B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9A76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</w:tr>
      <w:tr w:rsidR="00A0774E" w14:paraId="4C3008D6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F1E1F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76239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3FF2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36D92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34CE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E147E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913E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20CB3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213F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8DB3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241B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</w:tr>
      <w:tr w:rsidR="00A0774E" w14:paraId="22D312A8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CFDE8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9879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8A11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DD831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FBD2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BC814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B874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60AD9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F17D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55A42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87FB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01C1DDBA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7F793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5935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6839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7347E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9975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304F6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6314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11D80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9887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929A2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31B3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55743E14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63D03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375E7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2FEA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46841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45F7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326D6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9C3A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78379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F85C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F2A55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BDEE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</w:tr>
      <w:tr w:rsidR="00A0774E" w14:paraId="27B30450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7E765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8E786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AD62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9C4E1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6B7C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A743E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E442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C66D0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514E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3E789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A53A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A0774E" w14:paraId="65073D68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B9372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8473B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58B4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0274A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422C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BB66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67FC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4C684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49FF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C8A99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1E28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</w:tr>
      <w:tr w:rsidR="00A0774E" w14:paraId="7587A365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CBACD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B2FA8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4173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ED057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F707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D994F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33C9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C524B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1D45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12AA6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2084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A0774E" w14:paraId="46E2DF1E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9460C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51EC0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D920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C3017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1CF5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0A8CF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CF08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76602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5487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EF3FF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7537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</w:tr>
      <w:tr w:rsidR="00A0774E" w14:paraId="1217A6DC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96696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555BC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AF65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D0B33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775C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173FF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FD29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39F6E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C24D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29764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AC4D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</w:tr>
      <w:tr w:rsidR="00A0774E" w14:paraId="0AA599AA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68FE6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F5271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E862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1CC82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3852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C9435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284D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2A326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DC72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1EDE1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3A38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</w:tr>
      <w:tr w:rsidR="00A0774E" w14:paraId="27C6B8F7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04B48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8E412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65A7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EA91A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E311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1602A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7163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10036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5F47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39A0F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E149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A0774E" w14:paraId="2AE4B29C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B29DF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62FC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7B9A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F4279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9F47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8CF1A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1EF2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57599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1563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83F32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141E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</w:tr>
      <w:tr w:rsidR="00A0774E" w14:paraId="24611ECE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A4C4B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G1051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1C7E1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1E4D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80342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5EDE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7EE5F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4887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84F1C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3B68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26072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ECD2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77B1E7A1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E78E3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G1053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46C0F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65DB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AC906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2B5F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0567B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69F5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EEF98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E70B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B8CE8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D919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</w:tr>
      <w:tr w:rsidR="00A0774E" w14:paraId="7A281F01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0FF4A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G1054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2ADEA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AD6B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016FA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2634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C4D7C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9764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F6A57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35A2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B9991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3242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</w:tr>
      <w:tr w:rsidR="00A0774E" w14:paraId="6037BF64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3A5EE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5883C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C4A0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42606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7918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B8429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DFE7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D02B7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218D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3F42D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F51B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</w:tr>
    </w:tbl>
    <w:p w14:paraId="55B64335" w14:textId="77777777" w:rsidR="00A0774E" w:rsidRDefault="00AB080A">
      <w:r>
        <w:lastRenderedPageBreak/>
        <w:br w:type="page"/>
      </w:r>
    </w:p>
    <w:p w14:paraId="4C3D26F6" w14:textId="77777777" w:rsidR="00A0774E" w:rsidRDefault="00AB080A">
      <w:pPr>
        <w:pStyle w:val="Heading1"/>
      </w:pPr>
      <w:r>
        <w:lastRenderedPageBreak/>
        <w:t>Table D10</w:t>
      </w:r>
    </w:p>
    <w:p w14:paraId="610C9BFC" w14:textId="77777777" w:rsidR="00A0774E" w:rsidRDefault="00AB080A">
      <w:pPr>
        <w:pStyle w:val="Heading2"/>
      </w:pPr>
      <w:r>
        <w:t>Report appendix page 76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D10"/>
        <w:tblDescription w:val="Data table extracted from the 2025-26 Livestock Farm Monitor Project annual report appendix."/>
      </w:tblPr>
      <w:tblGrid>
        <w:gridCol w:w="1024"/>
        <w:gridCol w:w="1024"/>
        <w:gridCol w:w="1025"/>
        <w:gridCol w:w="1025"/>
        <w:gridCol w:w="1025"/>
        <w:gridCol w:w="1025"/>
        <w:gridCol w:w="1025"/>
        <w:gridCol w:w="1024"/>
        <w:gridCol w:w="1024"/>
        <w:gridCol w:w="1024"/>
        <w:gridCol w:w="1024"/>
        <w:gridCol w:w="1094"/>
        <w:gridCol w:w="1023"/>
        <w:gridCol w:w="1024"/>
        <w:gridCol w:w="1094"/>
      </w:tblGrid>
      <w:tr w:rsidR="00A0774E" w14:paraId="71CEECED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C8EC9C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Prime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2A034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CB7B4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45222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Production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3BA6A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Information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74498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358E1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Gippsland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99F93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FB083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7770F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3569A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2409A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935CE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5EFE5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4FA739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38C830D3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643B48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43044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092BA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DCA78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136AD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F6859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6E956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Ewes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66F4E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Ewes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CD086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C7EE6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Ewe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12761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48DD1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56B6E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B3F6A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09BDEE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1552717B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05CE90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D2683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F3FFA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A2CFE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0EB9E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FE4C0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B7671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(+2 years)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FB6A5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(1-2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2BB59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years)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E34DB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28F46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347FC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172B9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F03D7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71B5A6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3D8BBD63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D83CCD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A1320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09212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4A344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C576C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6B172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63D8A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annual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7A91C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annual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381BD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920F0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annual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586C2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399C3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29A1A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2A35D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Average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60543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Average</w:t>
            </w:r>
          </w:p>
        </w:tc>
      </w:tr>
      <w:tr w:rsidR="00A0774E" w14:paraId="7190D0D9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ED5F06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633DC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45B18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B8E8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BA848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7A24F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Major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E8612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average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E518E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average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F9EF3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5A4CB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average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3E1CD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E5307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clean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80D5D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99658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DA1CD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</w:t>
            </w:r>
          </w:p>
        </w:tc>
      </w:tr>
      <w:tr w:rsidR="00A0774E" w14:paraId="3175402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A8FAE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Farm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AD993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DC19D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D829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Stocking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CDDE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Supp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DA56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feed lambing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3596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marking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DBFE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marking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CE993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D7CC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marking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C3E9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E3B4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wool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8E34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Lamb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798B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sale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F113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sale</w:t>
            </w:r>
          </w:p>
        </w:tc>
      </w:tr>
      <w:tr w:rsidR="00A0774E" w14:paraId="4CB18A2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29FA7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No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79B3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Ewe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EF63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Breed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D627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rate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B3E8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 the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FC96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diet period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21FA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rate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A161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rate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2453F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B606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rate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2D82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Micron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05EC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cut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4B58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sold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8397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price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5D0C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price</w:t>
            </w:r>
          </w:p>
        </w:tc>
      </w:tr>
      <w:tr w:rsidR="00A0774E" w14:paraId="0235F39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0D1577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FD4B4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3D9C7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A93C0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6FCE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 of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6413C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5793A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C8701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8211C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F1DCA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ABFF0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63F7D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2747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F477A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9F4565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5C273F6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CF58D3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8F767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C1701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F6755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00EA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total 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39536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41B05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16171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80133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6DDA4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5ACF1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C6CF1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0462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CWT/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4D4A1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1F8B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$/kg</w:t>
            </w:r>
          </w:p>
        </w:tc>
      </w:tr>
      <w:tr w:rsidR="00A0774E" w14:paraId="04FDB1B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B74028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25292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A8A93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7079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DSE/yr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041A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consumed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87EB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season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5DA0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D805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53BC0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600A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7C6A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μ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FF99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kg/ha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B846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78CB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$/head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1739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CWT</w:t>
            </w:r>
          </w:p>
        </w:tc>
      </w:tr>
      <w:tr w:rsidR="00A0774E" w14:paraId="4D29AA9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97673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G555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5E6EA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C720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3CA4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8A0E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567F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755A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1105A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11BB7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50C29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4685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6969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F7C0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8F79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3902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11.6</w:t>
            </w:r>
          </w:p>
        </w:tc>
      </w:tr>
      <w:tr w:rsidR="00A0774E" w14:paraId="547ADC5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82AF6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90245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CEE5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Composite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3D21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5,033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3B7B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0EFF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6EC2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134%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193F4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9D6CD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658EF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29AE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143E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9CB0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213C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0F1A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10.9</w:t>
            </w:r>
          </w:p>
        </w:tc>
      </w:tr>
      <w:tr w:rsidR="00A0774E" w14:paraId="70752AB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63707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DD3E1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A31A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2A17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3,651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DCC8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1354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9406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108%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C6472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A483A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5C5BE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3DFD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3B1E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150B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5A6A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B5AB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11.1</w:t>
            </w:r>
          </w:p>
        </w:tc>
      </w:tr>
      <w:tr w:rsidR="00A0774E" w14:paraId="702E82F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F4F6B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8A4F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CD68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236F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3,723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87CE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FD5A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Autumn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769B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4585B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28561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7B78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D0D0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CC2D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02AF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0563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BA75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11.4</w:t>
            </w:r>
          </w:p>
        </w:tc>
      </w:tr>
      <w:tr w:rsidR="00A0774E" w14:paraId="1D9AF87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63E18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CED15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4157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C9E7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2,353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CA2E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7006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C05B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8616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184A3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E4E7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9D24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8371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A630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A6AD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4A83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10.8</w:t>
            </w:r>
          </w:p>
        </w:tc>
      </w:tr>
      <w:tr w:rsidR="00A0774E" w14:paraId="25C0C5D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3A8D2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45D32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C366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4102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FEC2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6B71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Spring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00E1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136%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DECA3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FFAEE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E61D2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FA1CD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31479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950D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4335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72EB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10.8</w:t>
            </w:r>
          </w:p>
        </w:tc>
      </w:tr>
      <w:tr w:rsidR="00A0774E" w14:paraId="14EF430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73BCF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2588C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FE13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Crossbred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3E75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4,837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2620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CAE3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7E85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E741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D08DE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E0A5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4906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9A95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54E8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7B26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8F27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11.7</w:t>
            </w:r>
          </w:p>
        </w:tc>
      </w:tr>
      <w:tr w:rsidR="00A0774E" w14:paraId="0B44AE5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EBDFC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F3B20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0171E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7AE5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3,149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D2EA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741A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3C35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DE38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3642F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B357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3FAA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6CC2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7AA7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897E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B866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11.2</w:t>
            </w:r>
          </w:p>
        </w:tc>
      </w:tr>
      <w:tr w:rsidR="00A0774E" w14:paraId="11FF116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DFE56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Prime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70EF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Lamb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AA3C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Gross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EDD9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Margin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BA2C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–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4CA2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Gippsland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1409C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C9399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B4402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0D3B1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A1641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895B5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1C6B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B01C9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46823D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6FD00A2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4BCC47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E87F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Stock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63FB2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A7CF2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C200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Stock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9639F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3AD5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Total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0B6A0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EE50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Prime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940C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Lamb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A905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Prime Lamb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38CC8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0BBC9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500E9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4C3667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4CC55CC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23247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Farm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3A7A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sales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81982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B66D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Stock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9877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Inventory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1D1F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Wool sales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5F4D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Prime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1B9F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Lamb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CE38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variable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4D820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82B1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variable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D8672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FA4C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Prime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5055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Lamb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F338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Prime Lamb</w:t>
            </w:r>
          </w:p>
        </w:tc>
      </w:tr>
      <w:tr w:rsidR="00A0774E" w14:paraId="3846A7B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857C8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No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0774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income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15DF0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1B14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purchases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DCE2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change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F7C4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income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488C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Income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47F2B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3795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costs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629D7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3FA8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costs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1E37E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52D8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Gross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44D8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Margin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34CA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Gross Margin</w:t>
            </w:r>
          </w:p>
        </w:tc>
      </w:tr>
      <w:tr w:rsidR="00A0774E" w14:paraId="7B0E80A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9C00F4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DD47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069F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0EF7B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4278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252A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CB49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D955D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BE11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B4849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4FBF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8268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E2424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14D0B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96F3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</w:tr>
      <w:tr w:rsidR="00A0774E" w14:paraId="60C6BCA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6B1DF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G555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6AC5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34628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B3DE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776C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9A0C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CC12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FA2D6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AC5D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8226C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15B7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296C2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2681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4BEF4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2732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</w:t>
            </w:r>
          </w:p>
        </w:tc>
      </w:tr>
      <w:tr w:rsidR="00A0774E" w14:paraId="20CEF3A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3FC42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541D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2,645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EB474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193F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AD18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8677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B0D4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2,377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E0271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498C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1,521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A5CBF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8DBE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CB9E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846D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75210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819F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</w:t>
            </w:r>
          </w:p>
        </w:tc>
      </w:tr>
      <w:tr w:rsidR="00A0774E" w14:paraId="08E05D6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66A86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5699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3,426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49FFE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EA6D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86E0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-683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5F87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DB8D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2,823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D45CE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FC21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970AB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8437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62405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4BEB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1,444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8DE55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A375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</w:t>
            </w:r>
          </w:p>
        </w:tc>
      </w:tr>
      <w:tr w:rsidR="00A0774E" w14:paraId="03FD184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6B7DC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C3FF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2,971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3FC96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1E35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E457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F353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D8BE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3,253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133D3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20CC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57642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A98F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03183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C4DA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2,353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092A1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A026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</w:t>
            </w:r>
          </w:p>
        </w:tc>
      </w:tr>
      <w:tr w:rsidR="00A0774E" w14:paraId="0D1A381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9A4B2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427A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625E1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C046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6C44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92EB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55DB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1,262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C9B47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1C2C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F2F88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341F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B83C0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E4B0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60F41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80AA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</w:t>
            </w:r>
          </w:p>
        </w:tc>
      </w:tr>
      <w:tr w:rsidR="00A0774E" w14:paraId="61DBB60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E75FD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53A0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2,095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2E205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9BFC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2B0D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B11D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B333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2,076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DA7AF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ABED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C8378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06B0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B687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668E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1,627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69398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CFC5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121</w:t>
            </w:r>
          </w:p>
        </w:tc>
      </w:tr>
      <w:tr w:rsidR="00A0774E" w14:paraId="0D48541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E3F12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G1051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A75C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1,945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986E5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CCE2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13A6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EB45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E84E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2,152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0C03B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F673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CCB73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9C63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AAFF1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08B6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1,412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3EC56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2714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</w:t>
            </w:r>
          </w:p>
        </w:tc>
      </w:tr>
      <w:tr w:rsidR="00A0774E" w14:paraId="6CE81EB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CDE70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24CE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1,974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0A7F9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CE93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019E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3C34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BD03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2,062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3A14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2845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EFCC7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83B8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54E2D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8F3A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C63B5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E060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</w:t>
            </w:r>
          </w:p>
        </w:tc>
      </w:tr>
      <w:tr w:rsidR="00A0774E" w14:paraId="7314459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F0041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Prime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DAA3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Lamb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AF08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variable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DBDB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cost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6FB2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summary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21BE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–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A2FB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Gippsland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AA40D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85BAB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59C7A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4CB66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FE160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A02CE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E7D81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599E21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6ACF244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BF419E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45436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37D41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D0FC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Scanning/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66570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25B94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41BD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Contract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1B0F4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2509C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F4F72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B96CC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8DF1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Purchased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7DFB8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2736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Home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72BD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grown</w:t>
            </w:r>
          </w:p>
        </w:tc>
      </w:tr>
      <w:tr w:rsidR="00A0774E" w14:paraId="3DAE4FE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B0CBC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Farm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87874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5CDE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preg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D545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testing,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E9E42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E29AA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5528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shearing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0A48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and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812B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Livestock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69706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0A865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D0D7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supplementary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D9DBD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D297B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127F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supplementary</w:t>
            </w:r>
          </w:p>
        </w:tc>
      </w:tr>
      <w:tr w:rsidR="00A0774E" w14:paraId="564587F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3D628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No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F9F77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9848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AI &amp;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2086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ET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CFCA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9837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Animal Health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A014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crutching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42121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BBAE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Selling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1AAC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costs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5A31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feed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3949D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D30F5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00E3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feed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3430EA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34CE19D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7D7ABA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D9F84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178D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A78D3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E099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5E171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A7CF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DDAE8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7CF3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9128D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D8120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3855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28C03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62FD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A443E9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2482DC8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C1F89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G555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6993A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51C09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5520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D8B6D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EBF3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FAD6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FAEDD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83CDD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7C7E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0B2D3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D13B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D6B07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3CB4A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EB21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0EE6B28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52A15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04B4A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93B5B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AF5D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A251B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2684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B6B9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F2C12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E8421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3B64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9742D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EC5D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B948A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25259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1F82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04FD000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5B84E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05D9E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841EF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A409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FCEB9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E75A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8D54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F9C17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7FB93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F040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F2D48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D154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B1266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1B3D4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096F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1D17645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F5EA7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310FB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3505E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300C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54548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3B19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4B63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3ED84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FCDF1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0806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EFE6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65E6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4BF00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44B0E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42B4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</w:tr>
      <w:tr w:rsidR="00A0774E" w14:paraId="3101F26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723D9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B2BD9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1F8ED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B696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B118E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147B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C66E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9669B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61B1B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EBDA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35C71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235D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D80DA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9028D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7AA4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30F2994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BC9A2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73A4D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88771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4CBD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13F6B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ECEF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A32E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2DCB9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E7AC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CCE7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D025D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488D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723CF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99972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47F7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304837C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EEF37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FED85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BDB58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EAD4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E3B97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4E73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C139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D3B2C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7DA04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7AC1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6D62E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791E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8681E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325C8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155A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2F27D7E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90523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AFC78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873A7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DA19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12426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898A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984B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8DE31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4E284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6BD8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58B7A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89BD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28AD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8CF31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5648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</w:tbl>
    <w:p w14:paraId="269363E2" w14:textId="77777777" w:rsidR="00A0774E" w:rsidRDefault="00AB080A">
      <w:r>
        <w:br w:type="page"/>
      </w:r>
    </w:p>
    <w:p w14:paraId="7F6BA532" w14:textId="77777777" w:rsidR="00A0774E" w:rsidRDefault="00AB080A">
      <w:pPr>
        <w:pStyle w:val="Heading1"/>
      </w:pPr>
      <w:r>
        <w:lastRenderedPageBreak/>
        <w:t>Table D12</w:t>
      </w:r>
    </w:p>
    <w:p w14:paraId="5FAD7609" w14:textId="77777777" w:rsidR="00A0774E" w:rsidRDefault="00AB080A">
      <w:pPr>
        <w:pStyle w:val="Heading2"/>
      </w:pPr>
      <w:r>
        <w:t>Report appendix page 77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D12"/>
        <w:tblDescription w:val="Data table extracted from the 2025-26 Livestock Farm Monitor Project annual report appendix."/>
      </w:tblPr>
      <w:tblGrid>
        <w:gridCol w:w="1023"/>
        <w:gridCol w:w="1024"/>
        <w:gridCol w:w="1025"/>
        <w:gridCol w:w="1025"/>
        <w:gridCol w:w="1025"/>
        <w:gridCol w:w="1025"/>
        <w:gridCol w:w="1024"/>
        <w:gridCol w:w="1025"/>
        <w:gridCol w:w="1024"/>
        <w:gridCol w:w="1024"/>
        <w:gridCol w:w="1024"/>
        <w:gridCol w:w="1024"/>
        <w:gridCol w:w="1094"/>
        <w:gridCol w:w="1024"/>
        <w:gridCol w:w="1094"/>
      </w:tblGrid>
      <w:tr w:rsidR="00A0774E" w14:paraId="35C5E373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960F50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Wool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D633F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Sheep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93BA7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Production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65EC4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2659B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Information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4C162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FB704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0F02A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Gippsland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E47BC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6C8DD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89F26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24507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2F241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8972A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007644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1958EEA5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B376F7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E7A07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03108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9DE01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AA8C0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CBA35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45370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5D419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Ewes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AA184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Ewes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72D86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E3C0A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61AD9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4D503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0C6B5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7F8688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272074CB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C7DE40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5FA7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86906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5FA6B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8AF9A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98EA6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64CCE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168EB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(+2 years)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6CFA0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(1-2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C10E1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years)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46C56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0FBEA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1317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6F6CE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B2C446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201A063C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2D5A0A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E3FC0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475D5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D4797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444B2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0311B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CBACC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B09F6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annual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E0A42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annual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05AB8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91571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C62AE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689FD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C885E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C5820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Clean</w:t>
            </w:r>
          </w:p>
        </w:tc>
      </w:tr>
      <w:tr w:rsidR="00A0774E" w14:paraId="75ABE3A1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6DEE69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5FF7F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B916C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AA90E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86B1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4FDBE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Major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B4554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388A9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average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2A929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average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4741E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B78BC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7A948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A1F31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F680B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B5708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wool</w:t>
            </w:r>
          </w:p>
        </w:tc>
      </w:tr>
      <w:tr w:rsidR="00A0774E" w14:paraId="4728700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4894D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Farm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82F7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Ewe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6F7BD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EFFC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Stocking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ACB5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Supp feed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B748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lambing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70659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F553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marking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7E13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marking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B909D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BB1B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Stock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2199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Clean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194B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Clean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6D2D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8833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price</w:t>
            </w:r>
          </w:p>
        </w:tc>
      </w:tr>
      <w:tr w:rsidR="00A0774E" w14:paraId="2D80164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5F6BB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No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B3AF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breed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5098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rate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FB8C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5010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the diet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8788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period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8F26E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D51C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rate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B062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rate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C49CF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C5BD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sales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FC98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wool cut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69C8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wool cut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3FF2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micron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4F05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received</w:t>
            </w:r>
          </w:p>
        </w:tc>
      </w:tr>
      <w:tr w:rsidR="00A0774E" w14:paraId="07AB596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E3D267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0B71C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18367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EE00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98A1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of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6F07A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84EDE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A884A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F5AF3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4ED16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C3435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FB36E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76DF2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5C298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B1B64C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6B1F2FA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928B67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FAE25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C9B0A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8A74A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A9BB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total 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891EF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76C5A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884C5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E473F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4117C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3A19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kg LWT/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F9550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3FB55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1C0B7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EFC32B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7A661DD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73C3C8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2A866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73FB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DSE/yr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7DCFC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9824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consumed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B3EF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season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FA3D4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0CCD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36FD5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A16E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1B45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37F3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kg/head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80BB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kg/ha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AFF4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μ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4078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$/kg</w:t>
            </w:r>
          </w:p>
        </w:tc>
      </w:tr>
      <w:tr w:rsidR="00A0774E" w14:paraId="447A297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93C01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G555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3DC7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1BE88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B420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10,768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5AC3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0A98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76596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505B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CA4F4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4FBE7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49CD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64D4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3BB3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6762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16.4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495C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21.0</w:t>
            </w:r>
          </w:p>
        </w:tc>
      </w:tr>
      <w:tr w:rsidR="00A0774E" w14:paraId="0EC17FD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95CA3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G653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7C8A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E227F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23B2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8,796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85AF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9E37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B78D6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B914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43B40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5F5BC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516B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90A8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AA73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200F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0F4B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19.0</w:t>
            </w:r>
          </w:p>
        </w:tc>
      </w:tr>
      <w:tr w:rsidR="00A0774E" w14:paraId="3A293CD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52089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2046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2FE99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21DC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6,700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0CDB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59F8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9C787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C550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BBB82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956F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DB34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801C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BFE9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7AFC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403B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21.3</w:t>
            </w:r>
          </w:p>
        </w:tc>
      </w:tr>
      <w:tr w:rsidR="00A0774E" w14:paraId="52A72B3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10453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3B6C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B9773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1F58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2,952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9C29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000A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AD7DA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BA40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124%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4701B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18F0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DF26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D074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1589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4589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19.1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A817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19.9</w:t>
            </w:r>
          </w:p>
        </w:tc>
      </w:tr>
      <w:tr w:rsidR="00A0774E" w14:paraId="6E6B64C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32630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0CFE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Merino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96AA8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17CF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4,393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8654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5504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Winter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9765B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253B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78B9E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80C5B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2D95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BD28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D27F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614C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CB18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16.7</w:t>
            </w:r>
          </w:p>
        </w:tc>
      </w:tr>
      <w:tr w:rsidR="00A0774E" w14:paraId="7248446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068F8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BDB29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78542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41DA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6,722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5EA0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501EC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B9961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C04D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5D4FC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CA41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2CE1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C110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A3B5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8354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6059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19.6</w:t>
            </w:r>
          </w:p>
        </w:tc>
      </w:tr>
      <w:tr w:rsidR="00A0774E" w14:paraId="7DC64B6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75994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Wool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8551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Sheep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932F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Gross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A26D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Margin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607E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–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CFDD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Gippsland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78682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416BD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D44EE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E509A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B03BE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F7373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0EA74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3333C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55C729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0D608C0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46C020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45571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2A70B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33A74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A607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Stock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8D7F0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4E1A3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5063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Total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F5F1D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4AF3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Wool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6403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sheep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F55F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Wool sheep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58A5C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DD0DE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6B1064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26A5C28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E85E6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Farm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7B67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Stock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49BB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sales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B1A9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Stock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AE28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inventory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533C8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4655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Wool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5546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sales wool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6C3D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sheep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89EC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variable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3C3CD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F6D4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variable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3A8F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Wool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971E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sheep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6917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Wool sheep</w:t>
            </w:r>
          </w:p>
        </w:tc>
      </w:tr>
      <w:tr w:rsidR="00A0774E" w14:paraId="2F9B728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25BF5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No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2958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income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2E301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F77D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purchases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A41E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change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308D6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AD4C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income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554CC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6EBB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income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18C4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costs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467AE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E5D7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costs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87F1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gross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47E2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margin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BFF1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gross margin</w:t>
            </w:r>
          </w:p>
        </w:tc>
      </w:tr>
      <w:tr w:rsidR="00A0774E" w14:paraId="253BB81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8459AF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718F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A7783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BC3C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684A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F4078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D1C7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D76E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C081D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40B5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86484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906A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4016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AE567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392B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</w:tr>
      <w:tr w:rsidR="00A0774E" w14:paraId="0E078D9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1245C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G555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0B29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53314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971B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FC92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8F2F9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22BF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0A283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B531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4B0A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E0AF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A821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1AD4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46677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FC31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</w:tr>
      <w:tr w:rsidR="00A0774E" w14:paraId="27A39DC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D030A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G653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E82D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2AFF4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8F60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6DE4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-89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E3F8B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CA36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964C7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0111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19ABF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E791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D23D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7E9B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284E5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5316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</w:tr>
      <w:tr w:rsidR="00A0774E" w14:paraId="4C48844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E9865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D341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95BD4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8C0B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A09B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7F9A1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47A1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1609F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8904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8AE03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C804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6777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560D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6390E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BAE0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</w:t>
            </w:r>
          </w:p>
        </w:tc>
      </w:tr>
      <w:tr w:rsidR="00A0774E" w14:paraId="7A5BF17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07D1D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09FF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9A7AA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6148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1877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B6B3D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1E87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3CCEF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DC7F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1,756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1C933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4818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D401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3C7B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5C8FF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0CA6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115</w:t>
            </w:r>
          </w:p>
        </w:tc>
      </w:tr>
      <w:tr w:rsidR="00A0774E" w14:paraId="1ECE214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4C075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C2D1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E6326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276E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B5FF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16D6D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3CE9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C53D4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CC0D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254F4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5E45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ABBD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996A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9C33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7071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</w:t>
            </w:r>
          </w:p>
        </w:tc>
      </w:tr>
      <w:tr w:rsidR="00A0774E" w14:paraId="7415F22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DE83E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76B4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F3561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3B85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6C40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00D21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87E5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7CBEC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B009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7A7C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054B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2B73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0A66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1B24D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60C2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</w:t>
            </w:r>
          </w:p>
        </w:tc>
      </w:tr>
      <w:tr w:rsidR="00A0774E" w14:paraId="4645A20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F766B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Wool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2D06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Sheep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596C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variable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9817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cost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C952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summary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8108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–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2B36A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DB53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Gippsland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1B172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549F6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749AB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5F7BC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1D473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42818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6F9220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35D2518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66B10C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A321E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578C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Scanning/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C0988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A8D5B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1B1FA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9910A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215E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Contract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2A312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AC152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B3982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E047E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3498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Purchased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BD27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Home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B22F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grown</w:t>
            </w:r>
          </w:p>
        </w:tc>
      </w:tr>
      <w:tr w:rsidR="00A0774E" w14:paraId="5639302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8D5A5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Farm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D08AD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6B00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preg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00B5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testing,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383EE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D1643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FEF62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357A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shearing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9ED0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and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C1BD1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7FB6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Livestock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7CDD9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E1D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supplementary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C17AE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957F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supplementary</w:t>
            </w:r>
          </w:p>
        </w:tc>
      </w:tr>
      <w:tr w:rsidR="00A0774E" w14:paraId="585E358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FA2F9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No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00E71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ADFD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AI &amp;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D1AF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ET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3AD1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Animal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96423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77A6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Health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2EF6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crutching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C2944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BEF6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Selling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F717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costs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5727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feed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86979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71E5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feed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798132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7146BD8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385822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99CCE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563E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96DF1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F997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33062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8063B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7EDB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A6143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62F0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A1F90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DB44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DB17F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33AA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1C71CE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25CA7DC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E0FD9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G555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6E64B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19F9B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8F02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63D5A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07CC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41B3A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95B08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A156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8CB03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505C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F21C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4EEB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9E327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01E5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43D667C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48219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G653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3CB58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0DE86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9A36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39E4B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07DF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27523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89886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43C1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596D3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BEFE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2EBE1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3EEF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6D54A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553B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13DE157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57C4D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28130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6EA4A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AE40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F2244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676B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9BFD1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4A61E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99E9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AD265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A593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0FEE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35BB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74060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188C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15DAD6A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E99E1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63A75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1852A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28CA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E8DE0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9A96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9ACB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73E86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A6CF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7E709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B152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A3B65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9740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9F16A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35DF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67FA42A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6A116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294CA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6E155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352A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BEB58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45D2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B9CFB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62CF3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B33C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1B5EF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16B2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D055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686A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D3C24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D114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19FB1E1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DC196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C6326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88213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6EEA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1DD76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DE14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D338D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37EF1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DB0E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D1E91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E6FA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2BC65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63FA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9B467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EB82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</w:tbl>
    <w:p w14:paraId="51BEB9F7" w14:textId="77777777" w:rsidR="00A0774E" w:rsidRDefault="00AB080A">
      <w:r>
        <w:br w:type="page"/>
      </w:r>
    </w:p>
    <w:p w14:paraId="1CF10F80" w14:textId="77777777" w:rsidR="00A0774E" w:rsidRDefault="00AB080A">
      <w:pPr>
        <w:pStyle w:val="Heading1"/>
      </w:pPr>
      <w:r>
        <w:lastRenderedPageBreak/>
        <w:t>Table D15</w:t>
      </w:r>
    </w:p>
    <w:p w14:paraId="66EC6203" w14:textId="77777777" w:rsidR="00A0774E" w:rsidRDefault="00AB080A">
      <w:pPr>
        <w:pStyle w:val="Heading2"/>
      </w:pPr>
      <w:r>
        <w:t>Report appendix page 78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D15"/>
        <w:tblDescription w:val="Data table extracted from the 2025-26 Livestock Farm Monitor Project annual report appendix."/>
      </w:tblPr>
      <w:tblGrid>
        <w:gridCol w:w="1023"/>
        <w:gridCol w:w="1024"/>
        <w:gridCol w:w="1025"/>
        <w:gridCol w:w="1025"/>
        <w:gridCol w:w="1025"/>
        <w:gridCol w:w="1025"/>
        <w:gridCol w:w="1024"/>
        <w:gridCol w:w="1024"/>
        <w:gridCol w:w="1025"/>
        <w:gridCol w:w="1024"/>
        <w:gridCol w:w="1094"/>
        <w:gridCol w:w="1023"/>
        <w:gridCol w:w="1025"/>
        <w:gridCol w:w="1094"/>
        <w:gridCol w:w="1024"/>
      </w:tblGrid>
      <w:tr w:rsidR="00A0774E" w14:paraId="49C659CA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78F5FE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Beef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81D02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Trading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1AB7C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production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08A70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FBB23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Information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F1EF6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 Gippsland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7A3E6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B9A6A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3C14D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F8356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266EB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722D5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42016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3C98F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C63AB0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17BAD956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6F6AC8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6050A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03C46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928F2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8B1FB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D7BA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8CFE3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019AA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9729F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311FF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A4855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9C84C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9E407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1B4F2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B92B31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27F84AC6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30663F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CF6CF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Stocking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93C66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Supp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2F174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feed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9C47D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 weight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7E0A7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 weight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63F92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5B28E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3D4C4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Purchase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A3631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1DE88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Sale price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6FA96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C31DE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Purchase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5EEB0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6B49B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Sale price</w:t>
            </w:r>
          </w:p>
        </w:tc>
      </w:tr>
      <w:tr w:rsidR="00A0774E" w14:paraId="72C7ACC3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595E79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No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8A524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rate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832D4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 the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6C110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diet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D6CB8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purchased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4BEA6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sold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6BD61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weight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003EE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gain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7A70B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price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4246C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A1887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received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FD576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10104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price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4D03D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98B0E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received</w:t>
            </w:r>
          </w:p>
        </w:tc>
      </w:tr>
      <w:tr w:rsidR="00A0774E" w14:paraId="180BEB46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3BB809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10339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973D1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% of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0F2EA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7EEA8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F840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BCC6C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2274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D43D5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41C8C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C097D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8EF93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FA829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71117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B7823C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636D4E8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4DAE1B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1CF4D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E983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total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788C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C02CD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83E21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85142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62CB7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23C5D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6A3C8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A1A67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7C1AB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1AB9F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5E56B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314D40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758DA18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69F59E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009C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DSE/yr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73FB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consumed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84748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784C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kg LWT/hd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202B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kg LWT/hd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3F3D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38D2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LWT/hd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E49B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$/kg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1F5D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LWT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636E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$/kg LWT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9B5AF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FD92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ECA08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D79C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$/hd</w:t>
            </w:r>
          </w:p>
        </w:tc>
      </w:tr>
      <w:tr w:rsidR="00A0774E" w14:paraId="54AB30F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7BE9A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G667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BF8B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4,922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5793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C4713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3777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EAE9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06EE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06BE4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BF48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5D3B0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AD9B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2743C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60CE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1,951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D5C26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907A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3,077</w:t>
            </w:r>
          </w:p>
        </w:tc>
      </w:tr>
      <w:tr w:rsidR="00A0774E" w14:paraId="6B2ECD5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8244C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G698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965A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27D9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C827B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A8F2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7469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F169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6690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BDB6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1E715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EF03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79555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CB75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1,194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77A29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A676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2,548</w:t>
            </w:r>
          </w:p>
        </w:tc>
      </w:tr>
      <w:tr w:rsidR="00A0774E" w14:paraId="180B323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87E30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1EA4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A015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63DB1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D97E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CCC57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C1832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D1968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89BD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39765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7E5A7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60BC0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193E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1,300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70D0E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0A0269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230698F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931B9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952F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3E4B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D10D7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FD8B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DFA8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5C38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FB663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8D14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61587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8AF9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9F5A3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54B0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0F3A2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36E5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2,247</w:t>
            </w:r>
          </w:p>
        </w:tc>
      </w:tr>
      <w:tr w:rsidR="00A0774E" w14:paraId="7070E6A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2793E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61B9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10,675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1CAA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B8ED5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7511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1AC9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AE47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09DCB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65F4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5D369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03C9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671E4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009F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F581F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87E5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1,978</w:t>
            </w:r>
          </w:p>
        </w:tc>
      </w:tr>
      <w:tr w:rsidR="00A0774E" w14:paraId="695CFB8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4C6B7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C422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4,451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5E1A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31BAF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DE22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E5CA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928C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2C09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74DA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E2BB0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2EBF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6B2EA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E965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1,381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EABF7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C158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2,034</w:t>
            </w:r>
          </w:p>
        </w:tc>
      </w:tr>
      <w:tr w:rsidR="00A0774E" w14:paraId="5C34594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29C14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E8C8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7,460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54BB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B90DB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510B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3E0F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D59C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E1CEB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C428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5C71F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8DFD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33DAD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6012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C1C77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0DE5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1,861</w:t>
            </w:r>
          </w:p>
        </w:tc>
      </w:tr>
      <w:tr w:rsidR="00A0774E" w14:paraId="0656520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5116A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DE47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56B8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ECDC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C1AA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A930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C4B6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917E8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B119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33DB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7847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4C37C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0512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1,989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A69B9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AB07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3,225</w:t>
            </w:r>
          </w:p>
        </w:tc>
      </w:tr>
      <w:tr w:rsidR="00A0774E" w14:paraId="16031AD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95D69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566F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3,796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F958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12%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B404E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2DCB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D341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9164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BF6C8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B32D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F45C2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80BD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EE115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1B63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1,440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D3C0E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9D06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2,424</w:t>
            </w:r>
          </w:p>
        </w:tc>
      </w:tr>
      <w:tr w:rsidR="00A0774E" w14:paraId="642A439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2A1EF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Beef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F301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Trading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7A9F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gross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4C12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margin –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7C03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Gippsland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A7917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848A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C0402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6A2B5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0D057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9778C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0230C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15459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1C684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D980AC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7FB5503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70C4E9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3F078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1144B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86564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A7EE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Stock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8029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Total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B5980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94EB6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17991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5A17C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4ED4C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45CBE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AD4A0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FE671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C5575C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5E1F2FF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D4430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Farm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1D0C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Stock sales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6945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Stock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95BB0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35AE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inventory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66CC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Beef trading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B216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Beef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1930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trading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7932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Beef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83E1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trading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65D50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AA59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Beef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474C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trading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4DDD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Beef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3966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trading</w:t>
            </w:r>
          </w:p>
        </w:tc>
      </w:tr>
      <w:tr w:rsidR="00A0774E" w14:paraId="6E005CF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81132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No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C82D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income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7A4D8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FBF0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purchases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50F4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change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CE6B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Income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F8FD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variable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217B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costs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7F543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CEF7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variable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FDDA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costs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B5A2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gross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341F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margin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9996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gross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2296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margin</w:t>
            </w:r>
          </w:p>
        </w:tc>
      </w:tr>
      <w:tr w:rsidR="00A0774E" w14:paraId="5C86802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FB3A96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0351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6040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8D7CC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F92B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FEDB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2DFB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16EBE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655E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EB17A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F8510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49DC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AE3AD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13CE1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D5A0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</w:tr>
      <w:tr w:rsidR="00A0774E" w14:paraId="1E66179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F06F4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G667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E8E4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5,320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9F9F8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B740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3,151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24F0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370A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2,170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9C4C1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1EEC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5B8AA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E221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348AE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C096F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6BF7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0FCDD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58B0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</w:t>
            </w:r>
          </w:p>
        </w:tc>
      </w:tr>
      <w:tr w:rsidR="00A0774E" w14:paraId="19BF29B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A30EC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G698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7A16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4,829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C58B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95AD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4,868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36C6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3,128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667E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3,089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FF167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0C8C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71EF8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FDFD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EA8FB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975FA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3D68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2,158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D17BE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8A4D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89</w:t>
            </w:r>
          </w:p>
        </w:tc>
      </w:tr>
      <w:tr w:rsidR="00A0774E" w14:paraId="54B6651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B002B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64C0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3BE98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7A56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23,004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4DB0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22,726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7EA0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E50F8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91EC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36ACB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8D01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8A47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F602A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D072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-1,433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D6832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7370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-98</w:t>
            </w:r>
          </w:p>
        </w:tc>
      </w:tr>
      <w:tr w:rsidR="00A0774E" w14:paraId="7267E7D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508E0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6478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11,296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796D8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6C10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7,663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BE7E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0FDB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4,606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662BA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A57C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1,402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A3953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9FAE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F650B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82A19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7E11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3,204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710CD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06BC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137</w:t>
            </w:r>
          </w:p>
        </w:tc>
      </w:tr>
      <w:tr w:rsidR="00A0774E" w14:paraId="643ED14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358BF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46E4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15,556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BFEDA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0C34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11,127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4A95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6065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5,120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1A564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6C6A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2,906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2F943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5670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14992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445A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5047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2,214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DE53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23A3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</w:t>
            </w:r>
          </w:p>
        </w:tc>
      </w:tr>
      <w:tr w:rsidR="00A0774E" w14:paraId="2D470B9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EF1D8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4CBF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9,040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5F3E9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F080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5,240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6FDC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-844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61B6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2,957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99B32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79D8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1,206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7FD65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4EB0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D909F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60074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04BB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1,751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A4EB4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E3EE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122</w:t>
            </w:r>
          </w:p>
        </w:tc>
      </w:tr>
      <w:tr w:rsidR="00A0774E" w14:paraId="4A22205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940C4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A8B0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6,922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7A9B4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A344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5,362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7600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F5C3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2,838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55A91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45E3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1,494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2CEC8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7B4A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E58DE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80BCF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DD38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DF96F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AFCB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</w:tr>
      <w:tr w:rsidR="00A0774E" w14:paraId="6A9ABF3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409F0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2274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1,183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DF878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5FAC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7,492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61C0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6,511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1F96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DA871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7CB5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2,580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4EA1C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A1B6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F53A3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C6F59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C8C0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-2,378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7E974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7DBB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-160</w:t>
            </w:r>
          </w:p>
        </w:tc>
      </w:tr>
      <w:tr w:rsidR="00A0774E" w14:paraId="4B9E557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A600E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7DCE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6,768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6309A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75F7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8,488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B60C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4,308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0B7C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2,588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B10BD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20BB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1,573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C53F5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1AD3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4017B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DA964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C50B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55F25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3E64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</w:tr>
      <w:tr w:rsidR="00A0774E" w14:paraId="6A1F066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41FA8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Beef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357C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Trading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F3BB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variable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724C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cost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DDA2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summary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B8EF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– Gippsland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D1557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C9689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BF1E7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005D0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FD86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0B5BA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C8472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5F489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708806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4EC7886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44738E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11F0E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5340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Scanning/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E4411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A254A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95FB6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D9B65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351C5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8D35A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50582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51CB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Purchased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FD603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61D6F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8043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Home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B9D9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grown</w:t>
            </w:r>
          </w:p>
        </w:tc>
      </w:tr>
      <w:tr w:rsidR="00A0774E" w14:paraId="08A2CDE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C9C83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Farm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12C12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896A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preg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CCA4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testing,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DAAE5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5F8BF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8836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Livestock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9EBA5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5E80B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7D4E7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37FE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supplementary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2A609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C8771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8D9F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supplementary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25F131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6975BCF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C2D0D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No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D3B15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46FE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AI &amp; ET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918DD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FC33B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5A05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Animal Health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A1F8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Selling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D6FC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costs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925C2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E5C4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feed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A09F9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1739A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0B6E5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9411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feed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719533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556C54F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DF17BC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9E767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3488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668B3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F6C31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A675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F412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7FE0A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DB755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3237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942E4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BF71F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830DD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B671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$/DSE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37D17D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53000A9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05710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G667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CE46A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78589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EB8B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4D9DC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AB1A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2A9BC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A758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F7D80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26CE7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CABF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2969D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CECE0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C1C5D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D0B6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</w:tr>
      <w:tr w:rsidR="00A0774E" w14:paraId="434AD9F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A4169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G698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031B0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30F7F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A6AF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A0099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9DDA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DEB8D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6510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34120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A41D5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0740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47B4D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F146E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3967C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500E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</w:tr>
      <w:tr w:rsidR="00A0774E" w14:paraId="6ACB378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99A38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23BCC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0ECBE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B054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A8689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C101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5B093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7E3A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89F7E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F958C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CFA9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AD34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C2217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8B2F4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A13D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143B5D4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1F3B0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271E9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CCFAB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BB2E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F3AD2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479E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A7813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152C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670D3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7335F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EA6B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25F42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14517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85044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0253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</w:tr>
      <w:tr w:rsidR="00A0774E" w14:paraId="3ECDC97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7602D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571B8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C9450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69A5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F5CA1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56AA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D8AC2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520E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02D0F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1666D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7551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B629D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70088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04F53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3F4F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</w:tr>
      <w:tr w:rsidR="00A0774E" w14:paraId="3ADC6EC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B5C83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CDFF5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C9195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DE51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E5059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13C4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6A068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889C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F2E8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CDE2B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7F88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A3B62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8F6CA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4819E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15DD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47DB374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92630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EE70E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6EABA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BB2B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81FDC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F0F7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4A7B8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7136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559A0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0326F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FB51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76B32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C2AA3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08E6C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8A68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</w:tr>
      <w:tr w:rsidR="00A0774E" w14:paraId="29EC935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E58BF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38754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F6FA4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EB7F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97B20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9514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38A78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7F28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4B37A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A1C1D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96A2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D304F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716AF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206DC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2037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2DA7C5F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DD398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F4265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6EAF1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3FF2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33D2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1A87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D44A7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39CE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A5E7D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BADAE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6C76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FFA22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FB7B6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BA90E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5526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</w:tr>
    </w:tbl>
    <w:p w14:paraId="1862DD6E" w14:textId="77777777" w:rsidR="00A0774E" w:rsidRDefault="00AB080A">
      <w:r>
        <w:br w:type="page"/>
      </w:r>
    </w:p>
    <w:p w14:paraId="23D57960" w14:textId="77777777" w:rsidR="00A0774E" w:rsidRDefault="00AB080A">
      <w:pPr>
        <w:pStyle w:val="Heading1"/>
      </w:pPr>
      <w:r>
        <w:lastRenderedPageBreak/>
        <w:t>Table D18</w:t>
      </w:r>
    </w:p>
    <w:p w14:paraId="4F9E20BE" w14:textId="77777777" w:rsidR="00A0774E" w:rsidRDefault="00AB080A">
      <w:pPr>
        <w:pStyle w:val="Heading2"/>
      </w:pPr>
      <w:r>
        <w:t>Report appendix page 79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D18"/>
        <w:tblDescription w:val="Data table extracted from the 2025-26 Livestock Farm Monitor Project annual report appendix."/>
      </w:tblPr>
      <w:tblGrid>
        <w:gridCol w:w="1399"/>
        <w:gridCol w:w="1399"/>
        <w:gridCol w:w="1399"/>
        <w:gridCol w:w="1399"/>
        <w:gridCol w:w="1399"/>
        <w:gridCol w:w="1399"/>
        <w:gridCol w:w="1399"/>
        <w:gridCol w:w="1399"/>
        <w:gridCol w:w="1399"/>
        <w:gridCol w:w="1399"/>
        <w:gridCol w:w="1399"/>
      </w:tblGrid>
      <w:tr w:rsidR="00A0774E" w14:paraId="0A066A01" w14:textId="77777777">
        <w:trPr>
          <w:tblHeader/>
          <w:jc w:val="center"/>
        </w:trPr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5AF873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Historic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FA004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Whole Farm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E9C65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Economic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69D27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BBEC2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Performance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608F8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6F20B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Gippsland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45B01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8240D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FF79E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F4C3C0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2C988587" w14:textId="77777777">
        <w:trPr>
          <w:tblHeader/>
          <w:jc w:val="center"/>
        </w:trPr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1D6641" w14:textId="77777777" w:rsidR="00A0774E" w:rsidRDefault="00A0774E">
            <w:pPr>
              <w:spacing w:after="0" w:line="240" w:lineRule="auto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E8A6C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53E27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248AF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F4BA8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A4330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4705B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B2F35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2EB48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Earnings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D0DAB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645EE0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71C97D56" w14:textId="77777777">
        <w:trPr>
          <w:tblHeader/>
          <w:jc w:val="center"/>
        </w:trPr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4750D3" w14:textId="77777777" w:rsidR="00A0774E" w:rsidRDefault="00A0774E">
            <w:pPr>
              <w:spacing w:after="0" w:line="240" w:lineRule="auto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F4A51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6F2A1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AF9FE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966D6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F01EB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D7874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6DBA7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Before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970A8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Interest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7B7F5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Return on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D1CD9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Return on</w:t>
            </w:r>
          </w:p>
        </w:tc>
      </w:tr>
      <w:tr w:rsidR="00A0774E" w14:paraId="71939030" w14:textId="77777777">
        <w:trPr>
          <w:tblHeader/>
          <w:jc w:val="center"/>
        </w:trPr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DA37C3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Year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9A26D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D1726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Gross Income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1FBBC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72B43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Variable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78079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C8A18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Overhead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EA425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 and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FFCC3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Tax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4A0DD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Assets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01728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Equity</w:t>
            </w:r>
          </w:p>
        </w:tc>
      </w:tr>
      <w:tr w:rsidR="00A0774E" w14:paraId="6F04B6BC" w14:textId="77777777">
        <w:trPr>
          <w:tblHeader/>
          <w:jc w:val="center"/>
        </w:trPr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0F77E6" w14:textId="77777777" w:rsidR="00A0774E" w:rsidRDefault="00A0774E">
            <w:pPr>
              <w:spacing w:after="0" w:line="240" w:lineRule="auto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77932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REAL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5484B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74935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REAL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4513E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19273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REAL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0309F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A2AC3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REAL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B57F2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DB54A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4B7CEF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5A8E5BC7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E3494D" w14:textId="77777777" w:rsidR="00A0774E" w:rsidRDefault="00A0774E">
            <w:pPr>
              <w:spacing w:after="0" w:line="240" w:lineRule="auto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7FE4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66CCF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D316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1C7B7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BA96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278F2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ACBB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99EF1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75D35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3A95B6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425DC629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63DA6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2004-05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BD831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5B10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A717F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4F54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58FB4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AB8F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A860D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98FC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1476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3.0%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1FA7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4.0%</w:t>
            </w:r>
          </w:p>
        </w:tc>
      </w:tr>
      <w:tr w:rsidR="00A0774E" w14:paraId="3B2C86BF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87F82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2005-06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46A64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6717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0B5A1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8C18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8BE8D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6FFE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73492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C9B7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-38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A1F4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-0.4%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36B0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-1.6%</w:t>
            </w:r>
          </w:p>
        </w:tc>
      </w:tr>
      <w:tr w:rsidR="00A0774E" w14:paraId="4C0144D7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3A338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2006-07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D7188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D501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A6B10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E383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3624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1966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7EC9D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1323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-46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4264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-0.7%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0B49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-2.2%</w:t>
            </w:r>
          </w:p>
        </w:tc>
      </w:tr>
      <w:tr w:rsidR="00A0774E" w14:paraId="7853E22D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BABB6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2007-08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B3667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6E77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F544D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5EC4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97A9B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55B4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FAA47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8416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5CA8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2.1%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B0F9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1.0%</w:t>
            </w:r>
          </w:p>
        </w:tc>
      </w:tr>
      <w:tr w:rsidR="00A0774E" w14:paraId="6054D6A2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18C65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2008-09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7DEA5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9329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9E7D1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3166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28794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C158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6C4FA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38CC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-81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FFB2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-1.6%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5C77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-5.0%</w:t>
            </w:r>
          </w:p>
        </w:tc>
      </w:tr>
      <w:tr w:rsidR="00A0774E" w14:paraId="037D814E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BAE43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2009-10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D2B46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5FAE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C00C1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9B95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C371F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F722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050D3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D996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7A44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9D3E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-0.5%</w:t>
            </w:r>
          </w:p>
        </w:tc>
      </w:tr>
      <w:tr w:rsidR="00A0774E" w14:paraId="5F4CF0F6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D6453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2010-11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2AD59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5167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1022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05871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1C57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5575D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95D0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79BEB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9660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1133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2.6%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00C3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2.1%</w:t>
            </w:r>
          </w:p>
        </w:tc>
      </w:tr>
      <w:tr w:rsidR="00A0774E" w14:paraId="54BBD325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C4F61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2011-12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22B43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6786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994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A87F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42CE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F4EF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930B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1FEB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9886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6DA4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1.9%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3F9E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0.7%</w:t>
            </w:r>
          </w:p>
        </w:tc>
      </w:tr>
      <w:tr w:rsidR="00A0774E" w14:paraId="4C11F563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A026E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2012-13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0069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EC30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10F0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F9F5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4AFB7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9D32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98330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E9E7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-95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73A0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0.3%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E519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-0.8%</w:t>
            </w:r>
          </w:p>
        </w:tc>
      </w:tr>
      <w:tr w:rsidR="00A0774E" w14:paraId="64476DFB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FFB58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2013-14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E3B85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2483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950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DE5C6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8B89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1862D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93F6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54CE7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8153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634B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1.2%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4940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-0.1%</w:t>
            </w:r>
          </w:p>
        </w:tc>
      </w:tr>
      <w:tr w:rsidR="00A0774E" w14:paraId="76D860BF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5325E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2014-15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E1E21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AB57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1037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4EB6E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CC75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BE83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BDA5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93957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D905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A7F2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2.0%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0EF4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1.5%</w:t>
            </w:r>
          </w:p>
        </w:tc>
      </w:tr>
      <w:tr w:rsidR="00A0774E" w14:paraId="1DE1734C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04885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2015-16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EFE66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669A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1049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47594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38A8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978BD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DD00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5845C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7A70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43BD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2.2%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B7A2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3.2%</w:t>
            </w:r>
          </w:p>
        </w:tc>
      </w:tr>
      <w:tr w:rsidR="00A0774E" w14:paraId="02C6769F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10F4F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2016-17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917C3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5752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1543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132FB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1B7A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2D7DC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3F32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87181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B337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64A5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3.6%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20B4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4.5%</w:t>
            </w:r>
          </w:p>
        </w:tc>
      </w:tr>
      <w:tr w:rsidR="00A0774E" w14:paraId="0790FEA7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C1756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2017-18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C28AE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5782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1170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2901E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3A34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021C8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0CE2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67721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903B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48E1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1.8%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0165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2.4%</w:t>
            </w:r>
          </w:p>
        </w:tc>
      </w:tr>
      <w:tr w:rsidR="00A0774E" w14:paraId="1976C75C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85FC7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2018-19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3383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46B6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1108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CBCA6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2016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1874D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4754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79823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8517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-121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EA1B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-1.9%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26D9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-4.0%</w:t>
            </w:r>
          </w:p>
        </w:tc>
      </w:tr>
      <w:tr w:rsidR="00A0774E" w14:paraId="27EA68F9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CAC2C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2019-20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A01D0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862E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1494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A1450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E2AA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A6C7B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4811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E5245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AF02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F189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2.2%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34C1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2.7%</w:t>
            </w:r>
          </w:p>
        </w:tc>
      </w:tr>
      <w:tr w:rsidR="00A0774E" w14:paraId="2E380AE1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C9D2A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2020-21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A415D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E758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1443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42218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0CAD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56CAE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B390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B8BDE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5B11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BB44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1.9%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4481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2.2%</w:t>
            </w:r>
          </w:p>
        </w:tc>
      </w:tr>
      <w:tr w:rsidR="00A0774E" w14:paraId="3117E16E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0627A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2021-22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2C7B0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778B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1659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2E0D4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BF49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814F3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C7F5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669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24DC0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19A0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3FA0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2.3%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0216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2.1%</w:t>
            </w:r>
          </w:p>
        </w:tc>
      </w:tr>
      <w:tr w:rsidR="00A0774E" w14:paraId="7CBEE08E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30131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2022-23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5993A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8150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1287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FBC22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5454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3394E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E3FD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809E9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51F7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827D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0.6%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1F74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0.7%</w:t>
            </w:r>
          </w:p>
        </w:tc>
      </w:tr>
      <w:tr w:rsidR="00A0774E" w14:paraId="034A03E0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B9953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2023-24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9DE23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FBB7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1408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BA0A2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243D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50A99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86A7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D7823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AAC9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0202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-0.1%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1B6D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-3.1%</w:t>
            </w:r>
          </w:p>
        </w:tc>
      </w:tr>
      <w:tr w:rsidR="00A0774E" w14:paraId="44456D7C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834CF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2024-25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2B859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B163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1238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4E76C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3093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9E41B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4B08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878C9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2A19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32AB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-0.1%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E2F7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-1.5%</w:t>
            </w:r>
          </w:p>
        </w:tc>
      </w:tr>
      <w:tr w:rsidR="00A0774E" w14:paraId="662A68B8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6179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2025-26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4505F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0332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1698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A7859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BDBF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68D89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49BD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0023C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6913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2E89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1.0%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6C05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0.2%</w:t>
            </w:r>
          </w:p>
        </w:tc>
      </w:tr>
      <w:tr w:rsidR="00A0774E" w14:paraId="09DD9960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004ED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DD221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7279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1079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9D51C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5756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98755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DB53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153EE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1BD5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EAB8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1.1%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A35A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0.4%</w:t>
            </w:r>
          </w:p>
        </w:tc>
      </w:tr>
      <w:tr w:rsidR="00A0774E" w14:paraId="5D75D925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51A3A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Note: ‘Real’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FF5A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dollar values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46ED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are the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1D9F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nominal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8181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values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6197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converted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0734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 2025-26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771D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dollar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B188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equivalents by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D4AA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the C.P.I. to allow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AF8B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for inflation.</w:t>
            </w:r>
          </w:p>
        </w:tc>
      </w:tr>
    </w:tbl>
    <w:p w14:paraId="0D184A78" w14:textId="77777777" w:rsidR="00A0774E" w:rsidRDefault="00AB080A">
      <w:r>
        <w:br w:type="page"/>
      </w:r>
    </w:p>
    <w:p w14:paraId="77ED91E4" w14:textId="77777777" w:rsidR="00A0774E" w:rsidRDefault="00AB080A">
      <w:pPr>
        <w:pStyle w:val="Heading1"/>
      </w:pPr>
      <w:r>
        <w:lastRenderedPageBreak/>
        <w:t>Table D19</w:t>
      </w:r>
    </w:p>
    <w:p w14:paraId="7002CFC9" w14:textId="77777777" w:rsidR="00A0774E" w:rsidRDefault="00AB080A">
      <w:pPr>
        <w:pStyle w:val="Heading2"/>
      </w:pPr>
      <w:r>
        <w:t>Report appendix page 80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D19"/>
        <w:tblDescription w:val="Data table extracted from the 2025-26 Livestock Farm Monitor Project annual report appendix."/>
      </w:tblPr>
      <w:tblGrid>
        <w:gridCol w:w="1710"/>
        <w:gridCol w:w="1710"/>
        <w:gridCol w:w="1710"/>
        <w:gridCol w:w="1710"/>
        <w:gridCol w:w="1710"/>
        <w:gridCol w:w="1710"/>
        <w:gridCol w:w="1710"/>
        <w:gridCol w:w="1710"/>
        <w:gridCol w:w="1710"/>
      </w:tblGrid>
      <w:tr w:rsidR="00A0774E" w14:paraId="5358ABCF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EA4AE1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Historic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47732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Gross Margins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18873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For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0814B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Livestock Enterprises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103C4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E52A4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Gippsland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9513A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1FF0B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6290C6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6BE3F2EF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C400AA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Year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5A32C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5ADEE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Wool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25F8E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Sheep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CA2CC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24A22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Prime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6CFC5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1A925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Beef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6C040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Cattle</w:t>
            </w:r>
          </w:p>
        </w:tc>
      </w:tr>
      <w:tr w:rsidR="00A0774E" w14:paraId="18F80F22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EBABF8" w14:textId="77777777" w:rsidR="00A0774E" w:rsidRDefault="00A0774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31075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F42C1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REAL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4C35C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REAL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B757A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AA650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REAL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F2A2B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REAL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5868B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REAL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B7385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REAL</w:t>
            </w:r>
          </w:p>
        </w:tc>
      </w:tr>
      <w:tr w:rsidR="00A0774E" w14:paraId="07200EE8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695C6C" w14:textId="77777777" w:rsidR="00A0774E" w:rsidRDefault="00A0774E">
            <w:pPr>
              <w:spacing w:after="0" w:line="240" w:lineRule="auto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0B899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AAC83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CFB5B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7A9E6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1C5B8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EFBF5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8BD45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$/DSE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5D7A0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$/ha</w:t>
            </w:r>
          </w:p>
        </w:tc>
      </w:tr>
      <w:tr w:rsidR="00A0774E" w14:paraId="38438C28" w14:textId="77777777">
        <w:trPr>
          <w:tblHeader/>
          <w:jc w:val="center"/>
        </w:trPr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E88729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2004-05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96288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9DADF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27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27BE4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292</w:t>
            </w: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BBE36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0F4A3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A0215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2BC0E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941DAE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76870805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649C3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2005-06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CADBD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601D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5F18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2EE47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FE8D1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7723C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A4C90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C13125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51B7CA48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4B8EC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2006-07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B0E53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5684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21AB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AF9AD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D3C8E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CF127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055E3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FB3F4A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0893EDF2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D8022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2007-08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D83FE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186C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0D97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6FE51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B371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2386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E2E9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1AEA1C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57991470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1C121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2008-09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EFBB0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E6C2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CEE2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C945D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8894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B325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B4EAD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A218AB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673A9E97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B1EEF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2009-10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2A6C1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81F5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B49B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B0E49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3F0C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CC0C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19F3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A580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376</w:t>
            </w:r>
          </w:p>
        </w:tc>
      </w:tr>
      <w:tr w:rsidR="00A0774E" w14:paraId="3A0C22E3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E2FE2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2010-11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3C8B8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C0F1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03CE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25BDC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EE3B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7936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1041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35AF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9B90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613</w:t>
            </w:r>
          </w:p>
        </w:tc>
      </w:tr>
      <w:tr w:rsidR="00A0774E" w14:paraId="191BB4EB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A326D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2011-12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16182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A8F7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3225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DF0D4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0DC8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C6DB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D5BD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D896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496</w:t>
            </w:r>
          </w:p>
        </w:tc>
      </w:tr>
      <w:tr w:rsidR="00A0774E" w14:paraId="7AC85CEE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F8503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2012-13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296A2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DB1C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D8F1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B5218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D304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586E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842E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0102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308</w:t>
            </w:r>
          </w:p>
        </w:tc>
      </w:tr>
      <w:tr w:rsidR="00A0774E" w14:paraId="31D3D326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A1FE2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2013-14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A053B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B898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B2EA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DA85B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48A2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2C3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9AE0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9FAD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828</w:t>
            </w:r>
          </w:p>
        </w:tc>
      </w:tr>
      <w:tr w:rsidR="00A0774E" w14:paraId="4CA0FC4A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58295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2014-15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3745A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77D6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7F47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EDB8A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D19B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41F7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B57D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9B87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642</w:t>
            </w:r>
          </w:p>
        </w:tc>
      </w:tr>
      <w:tr w:rsidR="00A0774E" w14:paraId="2D5E50AC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FB92C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2015-16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39B0D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42AA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A64E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2AE73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F51E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AA33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8F17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7415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623</w:t>
            </w:r>
          </w:p>
        </w:tc>
      </w:tr>
      <w:tr w:rsidR="00A0774E" w14:paraId="32D642B6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4995B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2016-17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01BFB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256D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F44D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43FF8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AF3E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EA83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BB2F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1E2D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1057</w:t>
            </w:r>
          </w:p>
        </w:tc>
      </w:tr>
      <w:tr w:rsidR="00A0774E" w14:paraId="1F7A95B7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C9FBC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2017-18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CC31C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9F1D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33E3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B2090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1095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4522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59B1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FB0E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770</w:t>
            </w:r>
          </w:p>
        </w:tc>
      </w:tr>
      <w:tr w:rsidR="00A0774E" w14:paraId="62982928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CE61D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2018-19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8CAFE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4504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C071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CB3CB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E4BF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9CF3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48A5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0B67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364</w:t>
            </w:r>
          </w:p>
        </w:tc>
      </w:tr>
      <w:tr w:rsidR="00A0774E" w14:paraId="6D730182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6FDFC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2019-20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E81BD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803B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6F0A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F3C0E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3CFC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AD6B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1339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0859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5246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742</w:t>
            </w:r>
          </w:p>
        </w:tc>
      </w:tr>
      <w:tr w:rsidR="00A0774E" w14:paraId="26DFCE29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0DCCA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2020-21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717A1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6580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F4E9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B137D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B911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E00F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CF96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D8BD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843</w:t>
            </w:r>
          </w:p>
        </w:tc>
      </w:tr>
      <w:tr w:rsidR="00A0774E" w14:paraId="6AB0CCCC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F4B2F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2021-22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819C4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55D3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ADD7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389EC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3128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DFB4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620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0CE3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8CC6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1026</w:t>
            </w:r>
          </w:p>
        </w:tc>
      </w:tr>
      <w:tr w:rsidR="00A0774E" w14:paraId="2AD02E54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AD984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2022-23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B7EAC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B5DD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0C07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8D576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5EA8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71B0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9D49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25A8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767</w:t>
            </w:r>
          </w:p>
        </w:tc>
      </w:tr>
      <w:tr w:rsidR="00A0774E" w14:paraId="1FDDB882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8E1D2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2023-24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00B2A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D1F8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418A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68C19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D825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2D64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583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6752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CE42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529</w:t>
            </w:r>
          </w:p>
        </w:tc>
      </w:tr>
      <w:tr w:rsidR="00A0774E" w14:paraId="470B64CF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FC0D4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2024-25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96EDA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291A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ED8E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141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923C1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1959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87FD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1777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42AD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452</w:t>
            </w:r>
          </w:p>
        </w:tc>
      </w:tr>
      <w:tr w:rsidR="00A0774E" w14:paraId="631BE03B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272DF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2025-26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1A611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0BE1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C9BD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64CAC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C3C7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CE19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1285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BD84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8F43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727</w:t>
            </w:r>
          </w:p>
        </w:tc>
      </w:tr>
      <w:tr w:rsidR="00A0774E" w14:paraId="342F7045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76138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D7B83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C333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9DA8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409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44CFE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E949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A295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3B72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9BCD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657</w:t>
            </w:r>
          </w:p>
        </w:tc>
      </w:tr>
      <w:tr w:rsidR="00A0774E" w14:paraId="3DB4585C" w14:textId="77777777">
        <w:trPr>
          <w:jc w:val="center"/>
        </w:trPr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F2E6E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Note: ‘Real’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90EB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dollar values are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AB82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the nominal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B1F0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values converted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6171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4BDE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2025-26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97DB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dollar equivalents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CB19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by the C.P.I. to allow</w:t>
            </w:r>
          </w:p>
        </w:tc>
        <w:tc>
          <w:tcPr>
            <w:tcW w:w="17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A414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for inflation.</w:t>
            </w:r>
          </w:p>
        </w:tc>
      </w:tr>
    </w:tbl>
    <w:p w14:paraId="4AAE88AE" w14:textId="77777777" w:rsidR="00A0774E" w:rsidRDefault="00AB080A">
      <w:r>
        <w:br w:type="page"/>
      </w:r>
    </w:p>
    <w:p w14:paraId="24BE4B16" w14:textId="77777777" w:rsidR="00A0774E" w:rsidRDefault="00AB080A">
      <w:pPr>
        <w:pStyle w:val="Heading1"/>
      </w:pPr>
      <w:r>
        <w:lastRenderedPageBreak/>
        <w:t>Table D20</w:t>
      </w:r>
    </w:p>
    <w:p w14:paraId="33535699" w14:textId="77777777" w:rsidR="00A0774E" w:rsidRDefault="00AB080A">
      <w:pPr>
        <w:pStyle w:val="Heading2"/>
      </w:pPr>
      <w:r>
        <w:t>Report appendix page 81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D20"/>
        <w:tblDescription w:val="Data table extracted from the 2025-26 Livestock Farm Monitor Project annual report appendix."/>
      </w:tblPr>
      <w:tblGrid>
        <w:gridCol w:w="1539"/>
        <w:gridCol w:w="1539"/>
        <w:gridCol w:w="1539"/>
        <w:gridCol w:w="1539"/>
        <w:gridCol w:w="1539"/>
        <w:gridCol w:w="1539"/>
        <w:gridCol w:w="1539"/>
        <w:gridCol w:w="1539"/>
        <w:gridCol w:w="1539"/>
        <w:gridCol w:w="1539"/>
      </w:tblGrid>
      <w:tr w:rsidR="00A0774E" w14:paraId="6AFAF9E0" w14:textId="77777777">
        <w:trPr>
          <w:tblHeader/>
          <w:jc w:val="center"/>
        </w:trPr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2DE9A0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Historic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6861E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Data For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80153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Selected Enterprise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BB7B7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7D11F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Measures –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2753B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Gippsland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C2D6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AB644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32129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FF0F4F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45C4EAB1" w14:textId="77777777">
        <w:trPr>
          <w:tblHeader/>
          <w:jc w:val="center"/>
        </w:trPr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50FEB6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Year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485B2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Stocking Rate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DE4C4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21EB2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Wool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4643E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Sheep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A8CD5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DB42B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Prime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9AA5A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D2666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Beef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AED8E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Cattle</w:t>
            </w:r>
          </w:p>
        </w:tc>
      </w:tr>
      <w:tr w:rsidR="00A0774E" w14:paraId="31A08605" w14:textId="77777777">
        <w:trPr>
          <w:tblHeader/>
          <w:jc w:val="center"/>
        </w:trPr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6C660A" w14:textId="77777777" w:rsidR="00A0774E" w:rsidRDefault="00A0774E">
            <w:pPr>
              <w:spacing w:after="0" w:line="240" w:lineRule="auto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934A0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8BB17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2390D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Wool Cut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78A94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02D77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10E5C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 Sale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4C767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686A8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CA72B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Ave Sale</w:t>
            </w:r>
          </w:p>
        </w:tc>
      </w:tr>
      <w:tr w:rsidR="00A0774E" w14:paraId="62EAD907" w14:textId="77777777">
        <w:trPr>
          <w:tblHeader/>
          <w:jc w:val="center"/>
        </w:trPr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422902" w14:textId="77777777" w:rsidR="00A0774E" w:rsidRDefault="00A0774E">
            <w:pPr>
              <w:spacing w:after="0" w:line="240" w:lineRule="auto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2C1E9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9EAA9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Micron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029ED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(Gr.)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93BAD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Wool Price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73170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465FD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Price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D7E38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Lamb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4131E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Calving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25103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Price</w:t>
            </w:r>
          </w:p>
        </w:tc>
      </w:tr>
      <w:tr w:rsidR="00A0774E" w14:paraId="0EACC8E8" w14:textId="77777777">
        <w:trPr>
          <w:tblHeader/>
          <w:jc w:val="center"/>
        </w:trPr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94C858" w14:textId="77777777" w:rsidR="00A0774E" w:rsidRDefault="00A0774E">
            <w:pPr>
              <w:spacing w:after="0" w:line="240" w:lineRule="auto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D6D0E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190E3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42A41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9E50B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REAL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8C2D9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BDC5E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REAL</w:t>
            </w: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5E3D2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5C11E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27888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REAL</w:t>
            </w:r>
          </w:p>
        </w:tc>
      </w:tr>
      <w:tr w:rsidR="00A0774E" w14:paraId="1F8173D4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A4326B" w14:textId="77777777" w:rsidR="00A0774E" w:rsidRDefault="00A0774E">
            <w:pPr>
              <w:spacing w:after="0" w:line="240" w:lineRule="auto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2EE6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DSE/ha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5EB4F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516C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kg/ha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CAC4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($/KG) GR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F2E7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A0A8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($/HD)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72D8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DBF1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BFC8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($/HD)</w:t>
            </w:r>
          </w:p>
        </w:tc>
      </w:tr>
      <w:tr w:rsidR="00A0774E" w14:paraId="5DC57051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4558A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2004-05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676A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8068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19.0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252D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4382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9.6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F415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DECF9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CEFAA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72728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A02558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0A956DA7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72BAF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2005-06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7BE3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DB7D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63F2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6A7D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9.4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6271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97678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6B3FD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7C215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1826CE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29154ADA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9C57B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2006-07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DDDC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5661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DDDF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DB64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A80B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D0005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AA7EB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CB523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1D38B6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27F18C0B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E5518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2007-08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759B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15.3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CA61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045C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6099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E009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CD74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EB87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103%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BFB75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EA05E9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55AD4218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96580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2008-09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BB59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13.0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528D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0D1C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03E4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8.8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611E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CC6F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E38F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99%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100E7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082CD8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4F65670E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CD74A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2009-10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00ED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13.0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AA08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14A8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7F28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9.5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3713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F165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CC50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103%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27D3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89%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EC61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983</w:t>
            </w:r>
          </w:p>
        </w:tc>
      </w:tr>
      <w:tr w:rsidR="00A0774E" w14:paraId="12A6FFEF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2F721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2010-11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385B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15.4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2D89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028E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148D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12.9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89AE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66%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EED4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6940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103%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C974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78E2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1,144</w:t>
            </w:r>
          </w:p>
        </w:tc>
      </w:tr>
      <w:tr w:rsidR="00A0774E" w14:paraId="13FF9016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B5392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2011-12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5DA7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FDB3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D4B8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B199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5617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BE13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FFED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111%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46F7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95C0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1,128</w:t>
            </w:r>
          </w:p>
        </w:tc>
      </w:tr>
      <w:tr w:rsidR="00A0774E" w14:paraId="560E8FBC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47595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2012-13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3BEF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5423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E8E3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7484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0726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81%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665F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64E4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109%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8F7C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9CD1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955</w:t>
            </w:r>
          </w:p>
        </w:tc>
      </w:tr>
      <w:tr w:rsidR="00A0774E" w14:paraId="5D6C43F1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AD0F9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2013-14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3CDE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3417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786E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252B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14B6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A6DA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2779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5D96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91%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7638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926</w:t>
            </w:r>
          </w:p>
        </w:tc>
      </w:tr>
      <w:tr w:rsidR="00A0774E" w14:paraId="3AEBCF79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7749B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2014-15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54EC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EF48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B076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D161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10.3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94C3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1866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1E96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106%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7BC9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89%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FB76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1,141</w:t>
            </w:r>
          </w:p>
        </w:tc>
      </w:tr>
      <w:tr w:rsidR="00A0774E" w14:paraId="0F175E79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83222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2015-16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C14F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15.7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18FF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0F93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9369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12.0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51EC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81%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F180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CAD0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102%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9F9E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91%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9F51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1,389</w:t>
            </w:r>
          </w:p>
        </w:tc>
      </w:tr>
      <w:tr w:rsidR="00A0774E" w14:paraId="7808E914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900C3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2016-17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3186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EF91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AF0A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26AF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14.8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39C9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02C88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D4C7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111%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EA07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89%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213C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1,664</w:t>
            </w:r>
          </w:p>
        </w:tc>
      </w:tr>
      <w:tr w:rsidR="00A0774E" w14:paraId="6C3BE54E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E28CD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2017-18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42EA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16.9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17FB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1982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A59B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3EE5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09F0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52C3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102%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16A6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F237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1,352</w:t>
            </w:r>
          </w:p>
        </w:tc>
      </w:tr>
      <w:tr w:rsidR="00A0774E" w14:paraId="2A7E7CF8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D8DC5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2018-19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8AE5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A1B9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56A9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A18A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43BF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71%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27E9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4428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CC76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D813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1,263</w:t>
            </w:r>
          </w:p>
        </w:tc>
      </w:tr>
      <w:tr w:rsidR="00A0774E" w14:paraId="557F3580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8D09B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2019-20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BA80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15.5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D62D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A042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21A6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12.5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F188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FC79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D82C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114%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31B0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438C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1,627</w:t>
            </w:r>
          </w:p>
        </w:tc>
      </w:tr>
      <w:tr w:rsidR="00A0774E" w14:paraId="27D9565E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34531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2020-21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640F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14.8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B222F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F45C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938D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13.3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B578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99%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CE49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F03A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115%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0880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31C8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2,267</w:t>
            </w:r>
          </w:p>
        </w:tc>
      </w:tr>
      <w:tr w:rsidR="00A0774E" w14:paraId="7314365A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D31CD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2021-22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05E9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15.3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D030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EF07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012B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16.1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01C0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536E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D0C6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118%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52D8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3916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2,930</w:t>
            </w:r>
          </w:p>
        </w:tc>
      </w:tr>
      <w:tr w:rsidR="00A0774E" w14:paraId="2F9939D3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76068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2022-23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E4DE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37D7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18.0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42A4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C00A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12.8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4E58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A742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9C10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109%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21C8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212B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2,180</w:t>
            </w:r>
          </w:p>
        </w:tc>
      </w:tr>
      <w:tr w:rsidR="00A0774E" w14:paraId="2D86452E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4C26E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2023-24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7D17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19.2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07E4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D2FD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491C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13.1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C79A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8DCB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D659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117%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3792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F57B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1,441</w:t>
            </w:r>
          </w:p>
        </w:tc>
      </w:tr>
      <w:tr w:rsidR="00A0774E" w14:paraId="30A7B7B9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18C40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2024-25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2479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61E8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1E32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75EC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11.3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1166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A745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17B0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125%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E707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0D63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1,636</w:t>
            </w:r>
          </w:p>
        </w:tc>
      </w:tr>
      <w:tr w:rsidR="00A0774E" w14:paraId="3BA89C7C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400ED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2025-26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8752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78FD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17.8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9254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AFDB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13.6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86A6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9E69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275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3376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117%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57A5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69E5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1,972</w:t>
            </w:r>
          </w:p>
        </w:tc>
      </w:tr>
      <w:tr w:rsidR="00A0774E" w14:paraId="73B5C36E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8813C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6B34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15.8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C6F4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18.2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9E56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73AA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12.3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72B9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31C9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167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1543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109%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C4EE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89%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FA5C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1,529</w:t>
            </w:r>
          </w:p>
        </w:tc>
      </w:tr>
      <w:tr w:rsidR="00A0774E" w14:paraId="28063130" w14:textId="77777777">
        <w:trPr>
          <w:jc w:val="center"/>
        </w:trPr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1751E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Note: ‘Real’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AD664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dollar values are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3992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the nominal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B42B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values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FF6D1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converted to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0A1F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2025-26 dollar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5C82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equivalents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13F6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by the C.P.I.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F3C7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 allow for</w:t>
            </w:r>
          </w:p>
        </w:tc>
        <w:tc>
          <w:tcPr>
            <w:tcW w:w="153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345D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inflation.</w:t>
            </w:r>
          </w:p>
        </w:tc>
      </w:tr>
    </w:tbl>
    <w:p w14:paraId="1099D176" w14:textId="77777777" w:rsidR="00A0774E" w:rsidRDefault="00AB080A">
      <w:r>
        <w:br w:type="page"/>
      </w:r>
    </w:p>
    <w:p w14:paraId="7805593B" w14:textId="77777777" w:rsidR="00A0774E" w:rsidRDefault="00AB080A">
      <w:pPr>
        <w:pStyle w:val="Heading1"/>
      </w:pPr>
      <w:r>
        <w:lastRenderedPageBreak/>
        <w:t>Table D20</w:t>
      </w:r>
    </w:p>
    <w:p w14:paraId="003D2393" w14:textId="77777777" w:rsidR="00A0774E" w:rsidRDefault="00AB080A">
      <w:pPr>
        <w:pStyle w:val="Heading2"/>
      </w:pPr>
      <w:r>
        <w:t>Report appendix page 82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D20"/>
        <w:tblDescription w:val="Data table extracted from the 2025-26 Livestock Farm Monitor Project annual report appendix."/>
      </w:tblPr>
      <w:tblGrid>
        <w:gridCol w:w="1399"/>
        <w:gridCol w:w="1399"/>
        <w:gridCol w:w="1399"/>
        <w:gridCol w:w="1399"/>
        <w:gridCol w:w="1399"/>
        <w:gridCol w:w="1399"/>
        <w:gridCol w:w="1399"/>
        <w:gridCol w:w="1399"/>
        <w:gridCol w:w="1399"/>
        <w:gridCol w:w="1399"/>
        <w:gridCol w:w="1399"/>
      </w:tblGrid>
      <w:tr w:rsidR="00A0774E" w14:paraId="6D07C8B0" w14:textId="77777777">
        <w:trPr>
          <w:tblHeader/>
          <w:jc w:val="center"/>
        </w:trPr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8A6AAF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Table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2BA2D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E1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126C6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D610B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4B75F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F9AE3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9D6F3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C1494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252BF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158B2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878BB7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1983BB6C" w14:textId="77777777">
        <w:trPr>
          <w:tblHeader/>
          <w:jc w:val="center"/>
        </w:trPr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AB06A4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Crop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2AA16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production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7F1F3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 Statewide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DCAA2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77ECE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C88B9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9F539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56320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CAFC1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367A6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030FD9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6BC6E345" w14:textId="77777777">
        <w:trPr>
          <w:tblHeader/>
          <w:jc w:val="center"/>
        </w:trPr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B9CB90" w14:textId="77777777" w:rsidR="00A0774E" w:rsidRDefault="00A0774E">
            <w:pPr>
              <w:spacing w:after="0" w:line="240" w:lineRule="auto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C34F6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C9A7B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34D38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A3C20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Yield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5754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47B64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29717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F3368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Cropping area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7EBCE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nutrient application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21625A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66E87939" w14:textId="77777777">
        <w:trPr>
          <w:tblHeader/>
          <w:jc w:val="center"/>
        </w:trPr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09C055" w14:textId="77777777" w:rsidR="00A0774E" w:rsidRDefault="00A0774E">
            <w:pPr>
              <w:spacing w:after="0" w:line="240" w:lineRule="auto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2456D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Financial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256242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Wheat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374F20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Barley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E34D9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Canola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24D1A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Oats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8BE33D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Lupins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99606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13D63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0EA9F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9A5CD7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59CDEC70" w14:textId="77777777">
        <w:trPr>
          <w:tblHeader/>
          <w:jc w:val="center"/>
        </w:trPr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7F66BB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Farm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950AC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year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CB04B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grain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803EC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grain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F4A2B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grain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134BA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grain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4930C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grain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E16BE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Nitrogen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F66C4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Phosphorus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A54321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Potassium</w:t>
            </w:r>
          </w:p>
        </w:tc>
        <w:tc>
          <w:tcPr>
            <w:tcW w:w="1399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0D003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Sulfur</w:t>
            </w:r>
          </w:p>
        </w:tc>
      </w:tr>
      <w:tr w:rsidR="00A0774E" w14:paraId="6871F51F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F45B4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number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5F98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rainfall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61A6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yield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4013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yield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3F5E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yield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2432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yield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C30C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yield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D40E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applied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35AC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applied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1D7B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applied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0C21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applied</w:t>
            </w:r>
          </w:p>
        </w:tc>
      </w:tr>
      <w:tr w:rsidR="00A0774E" w14:paraId="5D5C6707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D5A0D7" w14:textId="77777777" w:rsidR="00A0774E" w:rsidRDefault="00A0774E">
            <w:pPr>
              <w:spacing w:after="0" w:line="240" w:lineRule="auto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885E9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A2159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22D4A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4547F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E5954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9CD5D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C4FF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kg/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7F8D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kg/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63CA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kg/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5105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kg/</w:t>
            </w:r>
          </w:p>
        </w:tc>
      </w:tr>
      <w:tr w:rsidR="00A0774E" w14:paraId="3A981F1E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E957E7" w14:textId="77777777" w:rsidR="00A0774E" w:rsidRDefault="00A0774E">
            <w:pPr>
              <w:spacing w:after="0" w:line="240" w:lineRule="auto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DE03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26C95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05A42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775ED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7D019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B2E84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84DC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Cropping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15BB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cropping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C5BE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cropping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38F1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cropping</w:t>
            </w:r>
          </w:p>
        </w:tc>
      </w:tr>
      <w:tr w:rsidR="00A0774E" w14:paraId="44311E6E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EE9AC3" w14:textId="77777777" w:rsidR="00A0774E" w:rsidRDefault="00A0774E">
            <w:pPr>
              <w:spacing w:after="0" w:line="240" w:lineRule="auto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B42C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mm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0974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tDM/ha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D9D82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tDM/ha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469D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tDM/ha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0E39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tDM/ha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BB98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tDM/ha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C9C5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ha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B225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ha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4D69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ha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DE5A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ha</w:t>
            </w:r>
          </w:p>
        </w:tc>
      </w:tr>
      <w:tr w:rsidR="00A0774E" w14:paraId="7A0BD6E5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6931E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AC8A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3F40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9133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816F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94C80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CAAB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1205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731D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5091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DE31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</w:tr>
      <w:tr w:rsidR="00A0774E" w14:paraId="3314BE3B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400AF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F1CE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9ECCA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1CF49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E0E06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0CF60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474FF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D4C1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05B4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F8B0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A8F6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</w:t>
            </w:r>
          </w:p>
        </w:tc>
      </w:tr>
      <w:tr w:rsidR="00A0774E" w14:paraId="04B39C7F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D2ADD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639A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2702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9C066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AF185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461A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773A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10B3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CFFC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26BD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5219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A0774E" w14:paraId="2C607A74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87664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6B06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D35E1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CE460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60EC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0.9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53790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5733C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6AF7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AC54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3E3C1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938B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A0774E" w14:paraId="5D3882F2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467B6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F8C7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1AC11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6D673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1D921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7AE9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5FAF7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DAC3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7A39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F99A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A28E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A0774E" w14:paraId="1570A568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04594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E0D6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8636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DAFE6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5F6DA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FE28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1.2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706D5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1F31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B8948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275F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941E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</w:tr>
      <w:tr w:rsidR="00A0774E" w14:paraId="1AD0E537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86453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SW39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1974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662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A168B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3BAC7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5540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96847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63EF3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DDF1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8A26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F094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7698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364A03CB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F6224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SW55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8F0B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B6A04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2EAB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8602B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2387C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1D48A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78A9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19B8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BDC9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D646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40E174C3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80420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SW87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71B6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61CA5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9C5F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7.3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0C2AF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D8994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7DDD7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A5F2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4A66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4359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CEB4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38D0AEAF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4932B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SW114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2B29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ED054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F0A24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8D5E3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63820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80F70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928E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7B64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CE02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4074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A0774E" w14:paraId="58FB2E0E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CA4C6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SW512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E234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F1FEB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C602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658AF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92387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8D39A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E957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DE98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81E7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A730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A0774E" w14:paraId="16FC9975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22AD6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63D6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15F96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0D7C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6A0D5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8E12C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7420C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1B72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16A9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6315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3616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A0774E" w14:paraId="67CBFF07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97D55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SW1018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DFB7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89EE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7.5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9394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6.4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ABB4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2BA9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6.7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1C9D5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CDFE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B609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9717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8030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A0774E" w14:paraId="4DF192B1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03A5E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0175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F25D2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ECD7C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1E6D4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53B0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970DA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F40C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82DC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3FEA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1A38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</w:t>
            </w:r>
          </w:p>
        </w:tc>
      </w:tr>
      <w:tr w:rsidR="00A0774E" w14:paraId="796B8784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9565A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6940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DCA5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CDA2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6.2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D1F7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21F9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7E9C7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4676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4F09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209BB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0323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</w:tr>
      <w:tr w:rsidR="00A0774E" w14:paraId="12BFECFF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3AC12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1196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C0796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FDD4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D2320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D4EED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DC44F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4F7A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138E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3C62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AB39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A0774E" w14:paraId="3B49780E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F3B49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633F4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7E37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2599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76F5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BB5AB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94F8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13D9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7A1B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75CA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EF7A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</w:tr>
      <w:tr w:rsidR="00A0774E" w14:paraId="114270F6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8F900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94EE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A0BA8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20681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462A2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CBCD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A8842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E35B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47D28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64431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6E65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A0774E" w14:paraId="551C3A61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F44AA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E0FF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AB1E2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B04A6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22735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B0F6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DBBCC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E685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9A4E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B397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C282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A0774E" w14:paraId="1427A16C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F88E0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SW1053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6D86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DBFB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3F78A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04D5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84E42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314B0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1892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ACB6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E1DA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7D2C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</w:tr>
      <w:tr w:rsidR="00A0774E" w14:paraId="04AF23A6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68650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F8B1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C26F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2988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6867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56C6D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178B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6226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7A41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30D6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99FD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</w:tr>
      <w:tr w:rsidR="00A0774E" w14:paraId="61051854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F753C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559C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6D8E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0B89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B3C8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166CE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5DE85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A616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BD43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E471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DE87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</w:tr>
      <w:tr w:rsidR="00A0774E" w14:paraId="366DBE63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83323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SW1064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2B6B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CE04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7.4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9E782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8.8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73EAB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FFA4E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65FD8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BBBB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1D6A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9D7F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3F1DF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</w:tr>
      <w:tr w:rsidR="00A0774E" w14:paraId="752E9581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2DA92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BEA7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277A1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6.9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83C6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8.6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5D70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B261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6.2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544F4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7181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7A37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A26D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5FA4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</w:tr>
      <w:tr w:rsidR="00A0774E" w14:paraId="38DD9392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2A61E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FAFE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0D48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9E5F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7.0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B5DB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BDFF9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0345E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9EA1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B566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3CFC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BC5A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</w:tr>
      <w:tr w:rsidR="00A0774E" w14:paraId="20BA883E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732C9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8293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7169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F879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7.8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6CCC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E0EDE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147D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17FB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2648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A5AF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4B7B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A0774E" w14:paraId="375D0A8A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0972D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8669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8C5E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05CC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7A70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48F3E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C0C2B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FA1D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3F23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3D26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F88D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</w:tr>
      <w:tr w:rsidR="00A0774E" w14:paraId="35B8E32F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6A0F7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DF8B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0761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2FAA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6.5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9E1F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2F6DE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98F72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4EC6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20DC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CA8A5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2ACA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</w:t>
            </w:r>
          </w:p>
        </w:tc>
      </w:tr>
      <w:tr w:rsidR="00A0774E" w14:paraId="58E273E7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F0552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003D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3D3F7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B7A5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7.0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41A7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C2A8D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D34E4B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6F4A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7D32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17C7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40E6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A0774E" w14:paraId="2F54D15A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85385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CE35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DE7A9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122A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06B7A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C0091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296A3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DD40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F060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A4F7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C652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A0774E" w14:paraId="128A34FF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F0348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1CCA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89FE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EDEC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7.7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9F4E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9CD1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1FDD3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75B2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4957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9CAA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3DD7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A0774E" w14:paraId="470AD475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1FE21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327D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0C3B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8.8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51904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19DE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88D9E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1B225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0063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EC88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4753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609A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</w:tr>
      <w:tr w:rsidR="00A0774E" w14:paraId="080C1E9F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85575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7529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C625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6.1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A652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6.6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C202B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F00F2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8367F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37A2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4EDA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15CE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A243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A0774E" w14:paraId="1E022659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FF5F2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F227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D497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BE1F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D1DF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2.2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69C01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FA31A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5035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101B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0D06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B1ED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A0774E" w14:paraId="152DF9BE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85D81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C071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C978F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326B7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51252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0BE64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8DC4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B372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3CEB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1215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BFAB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</w:tr>
      <w:tr w:rsidR="00A0774E" w14:paraId="618BE9B1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D2989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346C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35A1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7D1B2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864B0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F932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101BC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0639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E409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58A3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9502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</w:tr>
      <w:tr w:rsidR="00A0774E" w14:paraId="1C869EFA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91051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7C27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12C03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6625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AA25C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78C4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0F72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AE18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EA25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AA4E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82A8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</w:tr>
      <w:tr w:rsidR="00A0774E" w14:paraId="021974A1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8D8EF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B1C7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4382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F2C96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268C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DF66D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7A108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D959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447A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27E6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BF1F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</w:tr>
      <w:tr w:rsidR="00A0774E" w14:paraId="41EF773E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9BF6D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5972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847B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5.4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80D0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D55E1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8895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D1438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18AF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105A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6114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5EE7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</w:t>
            </w:r>
          </w:p>
        </w:tc>
      </w:tr>
      <w:tr w:rsidR="00A0774E" w14:paraId="411CBD4C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BE623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CA7F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703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8BCDB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60A8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1E8C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06788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4B6E3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CF5E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5A52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1177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14FC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</w:tr>
      <w:tr w:rsidR="00A0774E" w14:paraId="15C3B864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96D51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SW2001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78B9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6F6D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6.8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C9E4C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5B89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3.2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C91F2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BDD5A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B9DB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2D85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58A0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1B98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</w:tr>
      <w:tr w:rsidR="00A0774E" w14:paraId="028C9EFA" w14:textId="77777777">
        <w:trPr>
          <w:jc w:val="center"/>
        </w:trPr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859BF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BCF8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9E88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4.7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DC195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5.7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C41D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BB18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A135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3.1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8A26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E964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B9A0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39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5540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</w:tr>
    </w:tbl>
    <w:p w14:paraId="67BB8401" w14:textId="77777777" w:rsidR="00A0774E" w:rsidRDefault="00AB080A">
      <w:r>
        <w:br w:type="page"/>
      </w:r>
    </w:p>
    <w:p w14:paraId="1FC41A7F" w14:textId="77777777" w:rsidR="00A0774E" w:rsidRDefault="00AB080A">
      <w:pPr>
        <w:pStyle w:val="Heading1"/>
      </w:pPr>
      <w:r>
        <w:lastRenderedPageBreak/>
        <w:t>Table D20</w:t>
      </w:r>
    </w:p>
    <w:p w14:paraId="4139357B" w14:textId="77777777" w:rsidR="00A0774E" w:rsidRDefault="00AB080A">
      <w:pPr>
        <w:pStyle w:val="Heading2"/>
      </w:pPr>
      <w:r>
        <w:t>Report appendix page 83</w:t>
      </w:r>
    </w:p>
    <w:tbl>
      <w:tblPr>
        <w:tblW w:w="0" w:type="auto"/>
        <w:jc w:val="center"/>
        <w:tblLook w:val="04A0" w:firstRow="1" w:lastRow="0" w:firstColumn="1" w:lastColumn="0" w:noHBand="0" w:noVBand="1"/>
        <w:tblCaption w:val="Table D20"/>
        <w:tblDescription w:val="Data table extracted from the 2025-26 Livestock Farm Monitor Project annual report appendix."/>
      </w:tblPr>
      <w:tblGrid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  <w:gridCol w:w="1026"/>
      </w:tblGrid>
      <w:tr w:rsidR="00A0774E" w14:paraId="2B56C583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C58421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Table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6AB4A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E2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A1ACF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750C9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71EC8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8BDCCC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A24B3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2C2CF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C4B04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AA88E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51DC5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7F66E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9A74B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7C8C69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23829E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2E718044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E3EB76" w14:textId="77777777" w:rsidR="00A0774E" w:rsidRDefault="00AB080A">
            <w:pPr>
              <w:spacing w:after="0" w:line="240" w:lineRule="auto"/>
            </w:pPr>
            <w:r>
              <w:rPr>
                <w:b/>
                <w:color w:val="00331D"/>
                <w:sz w:val="15"/>
              </w:rPr>
              <w:t>Crop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CCE28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Gross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1B855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Margin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D7908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–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D08C2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Statewide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9D400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AD5B0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89EE4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866E9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4C453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07D34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4025A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F1449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E2502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2960C0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1449563F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52745D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46EE7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36836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5ACC4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Income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5C51F4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C0EF6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AC521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D67E9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C279AF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C315D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Variable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29250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costs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7E7487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4949F8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A76A4A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A55F63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2EB2DD7B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7E7D56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9B2CE5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16598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Non-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75987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Crop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67C456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E3D15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E1BB2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D5013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Weed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9C912E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7A6D0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Contract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B4DF69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Grain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EB986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41CE40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92679C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9D96E6" w14:textId="77777777" w:rsidR="00A0774E" w:rsidRDefault="00A0774E">
            <w:pPr>
              <w:spacing w:after="0" w:line="240" w:lineRule="auto"/>
              <w:jc w:val="center"/>
            </w:pPr>
          </w:p>
        </w:tc>
      </w:tr>
      <w:tr w:rsidR="00A0774E" w14:paraId="4A4A2BB4" w14:textId="77777777">
        <w:trPr>
          <w:tblHeader/>
          <w:jc w:val="center"/>
        </w:trPr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E78F21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6A977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Cash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428095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cash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4BBCB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inven-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941B4A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Total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E7B90D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B31963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E1D9EF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and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72800B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Hay/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A6CDC8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grain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315CCE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freight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C21B16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Fuel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95E313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Other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351FB4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crop</w:t>
            </w:r>
          </w:p>
        </w:tc>
        <w:tc>
          <w:tcPr>
            <w:tcW w:w="1026" w:type="dxa"/>
            <w:shd w:val="clear" w:color="auto" w:fill="D9E8E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0E0107" w14:textId="77777777" w:rsidR="00A0774E" w:rsidRDefault="00AB080A">
            <w:pPr>
              <w:spacing w:after="0" w:line="240" w:lineRule="auto"/>
              <w:jc w:val="center"/>
            </w:pPr>
            <w:r>
              <w:rPr>
                <w:b/>
                <w:color w:val="00331D"/>
                <w:sz w:val="15"/>
              </w:rPr>
              <w:t>Crop</w:t>
            </w:r>
          </w:p>
        </w:tc>
      </w:tr>
      <w:tr w:rsidR="00A0774E" w14:paraId="7F6A3DC7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7B812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Farm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16195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crop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D81C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crop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C7E7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tory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F9B8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crop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200C01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797ED2" w14:textId="77777777" w:rsidR="00A0774E" w:rsidRDefault="00A0774E">
            <w:pPr>
              <w:spacing w:after="0" w:line="240" w:lineRule="auto"/>
              <w:jc w:val="center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030C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pest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124F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silage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6FD0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harvest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927D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and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F4F7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and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BD9D5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cropping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4A56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variable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E12C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Gross</w:t>
            </w:r>
          </w:p>
        </w:tc>
      </w:tr>
      <w:tr w:rsidR="00A0774E" w14:paraId="70140DF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D0E88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number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75C9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sales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C6DF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sales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8BED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change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2582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Income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099C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Fertiliser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D866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Seed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DC9A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control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2356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making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B241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operations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74A1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cartage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5DBE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Oil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601EB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costs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8628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cost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D6D7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Margin</w:t>
            </w:r>
          </w:p>
        </w:tc>
      </w:tr>
      <w:tr w:rsidR="00A0774E" w14:paraId="2388296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69EAE5" w14:textId="77777777" w:rsidR="00A0774E" w:rsidRDefault="00A0774E">
            <w:pPr>
              <w:spacing w:after="0" w:line="240" w:lineRule="auto"/>
            </w:pP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6525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582A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6D9F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8568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F67A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CF9C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BE11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C27B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FD46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73F6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BBA7B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1DA1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C1B2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ECCD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$/ha</w:t>
            </w:r>
          </w:p>
        </w:tc>
      </w:tr>
      <w:tr w:rsidR="00A0774E" w14:paraId="3AF07EB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A8A67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07D5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A916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DD03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DB37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FEAD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582B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98B6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9768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944B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3108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1D35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8E22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BBDA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871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B691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684</w:t>
            </w:r>
          </w:p>
        </w:tc>
      </w:tr>
      <w:tr w:rsidR="00A0774E" w14:paraId="733327D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39896C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G1045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59B9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2A24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BE36F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4FA2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5880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06FF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7F8E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876D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7F83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D8A6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6BC8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00E4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3AE9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13EE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B68C5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3603</w:t>
            </w:r>
          </w:p>
        </w:tc>
      </w:tr>
      <w:tr w:rsidR="00A0774E" w14:paraId="5AD033D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8B75F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3839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F5532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83CB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294A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18C8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E044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B287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0ACE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A13D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D25C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2A26A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1A4E0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304F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692C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520</w:t>
            </w:r>
          </w:p>
        </w:tc>
      </w:tr>
      <w:tr w:rsidR="00A0774E" w14:paraId="569E6A2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612D6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1867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3ABBC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42C3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5C32E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1AA5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44B8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5A15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012F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7CD0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5BA7B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3F11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8657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DBE9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A8B1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96</w:t>
            </w:r>
          </w:p>
        </w:tc>
      </w:tr>
      <w:tr w:rsidR="00A0774E" w14:paraId="22CBDCC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5AB60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06FB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F68A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222A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D05F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DE1C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0B62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D5E4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9CEE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80EB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CF22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72AB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2E21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D7E8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F4A0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-336</w:t>
            </w:r>
          </w:p>
        </w:tc>
      </w:tr>
      <w:tr w:rsidR="00A0774E" w14:paraId="2B26509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E1BBC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N1044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EE64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1505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90FD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5AFB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7A1C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A028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39FB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6BF3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77A5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226EF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08D5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E3FD3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761E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85365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8346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192</w:t>
            </w:r>
          </w:p>
        </w:tc>
      </w:tr>
      <w:tr w:rsidR="00A0774E" w14:paraId="02ACC6C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EF245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SW39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5337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753A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5070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050B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9F6D1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2987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50E7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DED5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B73DF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D1CFF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24851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1259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048D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B4C9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1495</w:t>
            </w:r>
          </w:p>
        </w:tc>
      </w:tr>
      <w:tr w:rsidR="00A0774E" w14:paraId="2A10095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51CB8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SW55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FAE0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865E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D187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4962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573FA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3292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183F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4802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9ECB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F9AE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9793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F306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4DDE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4B97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104</w:t>
            </w:r>
          </w:p>
        </w:tc>
      </w:tr>
      <w:tr w:rsidR="00A0774E" w14:paraId="0F55086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43D2FB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01C8B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7EE7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1781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85236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ABD5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295F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414B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EBE9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6072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1A42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6EB6E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6B8C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F895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82F1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7F29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1437</w:t>
            </w:r>
          </w:p>
        </w:tc>
      </w:tr>
      <w:tr w:rsidR="00A0774E" w14:paraId="775DC65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30D0C7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C64F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DD94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A6C19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5D2C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7472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69808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74AF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6E86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2B12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605A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8F3C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10FB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82BC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7EED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763</w:t>
            </w:r>
          </w:p>
        </w:tc>
      </w:tr>
      <w:tr w:rsidR="00A0774E" w14:paraId="249348B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8DEBA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SW512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95C0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0F8A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1500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4984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7DF2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1500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BC01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9202A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7CD6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4197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5193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8B12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5B76E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EDD2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A36E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D1BE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1205</w:t>
            </w:r>
          </w:p>
        </w:tc>
      </w:tr>
      <w:tr w:rsidR="00A0774E" w14:paraId="2077AF96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59BC6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SW759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9D4A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47B7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50E67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A6FC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2963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CE62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B802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415E1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C2AF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E329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B551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02DC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D03E2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ED73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71</w:t>
            </w:r>
          </w:p>
        </w:tc>
      </w:tr>
      <w:tr w:rsidR="00A0774E" w14:paraId="1942583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97D78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33F4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1065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44A8A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080D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F9DB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5C65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AC4E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5DDBC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C451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6F0C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451F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E22A6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829C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C6FC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D0CC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1914</w:t>
            </w:r>
          </w:p>
        </w:tc>
      </w:tr>
      <w:tr w:rsidR="00A0774E" w14:paraId="6CBA9BB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3E15C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D68C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D9B5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1926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-622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D658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1C8F7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B9DA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F583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C04B8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1DA2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F6A8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B5C3A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1F534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C9B5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320A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533</w:t>
            </w:r>
          </w:p>
        </w:tc>
      </w:tr>
      <w:tr w:rsidR="00A0774E" w14:paraId="7B8121F5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F51A6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0256D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CAD1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E508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78A4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3F6B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FD927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E922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E5C2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715F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76A6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EEBA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7A4E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22CE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677F0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1246</w:t>
            </w:r>
          </w:p>
        </w:tc>
      </w:tr>
      <w:tr w:rsidR="00A0774E" w14:paraId="01751D6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009BE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6AD0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DD06C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5A10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447D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93DF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FBC24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5935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72A8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AAE6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52AA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52EC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3D1A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27D7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509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7A21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1038</w:t>
            </w:r>
          </w:p>
        </w:tc>
      </w:tr>
      <w:tr w:rsidR="00A0774E" w14:paraId="1824062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F4CB6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2C45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6C5FB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A1ED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2B47B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6A93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AA01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0C31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E0A9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CB98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9A19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CA14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9027D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5592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DFAE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1256</w:t>
            </w:r>
          </w:p>
        </w:tc>
      </w:tr>
      <w:tr w:rsidR="00A0774E" w14:paraId="1A223AD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0BF3A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9056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4B4D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E10C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9A94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407F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7921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FEB41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5027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01B23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1E7C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92DF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83CA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EFA2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1189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320C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381</w:t>
            </w:r>
          </w:p>
        </w:tc>
      </w:tr>
      <w:tr w:rsidR="00A0774E" w14:paraId="32B1BE3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3720B2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EE0C0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5142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6501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012C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16AB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CAF4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0C0E3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8A03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AECC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E008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BC8D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9632E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2C68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B08A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411</w:t>
            </w:r>
          </w:p>
        </w:tc>
      </w:tr>
      <w:tr w:rsidR="00A0774E" w14:paraId="690033D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DBCE3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8262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0AB3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905E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7667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7283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1B45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53566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2736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7191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E820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3043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993E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289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1070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980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A78E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1862</w:t>
            </w:r>
          </w:p>
        </w:tc>
      </w:tr>
      <w:tr w:rsidR="00A0774E" w14:paraId="48373BBF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D20A7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E829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92F5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D6EB8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1616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6238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16C1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18C1C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CE145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EEC7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58786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0FBF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452C1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B87C3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8317D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1536</w:t>
            </w:r>
          </w:p>
        </w:tc>
      </w:tr>
      <w:tr w:rsidR="00A0774E" w14:paraId="2D0FEA8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FBECA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B263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1309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911B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EA90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BDDEE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1CD6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4C88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2D4AD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9C8E5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0D8B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BEDC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103C6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E90C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A11E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2BA9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1205</w:t>
            </w:r>
          </w:p>
        </w:tc>
      </w:tr>
      <w:tr w:rsidR="00A0774E" w14:paraId="39D54B2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A529C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00D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469AC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AC31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E4EC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45F8A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610B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F904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310D9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E3F8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D0B0F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213DD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4EE3C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8464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1162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056A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861</w:t>
            </w:r>
          </w:p>
        </w:tc>
      </w:tr>
      <w:tr w:rsidR="00A0774E" w14:paraId="167ED96B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B1369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lastRenderedPageBreak/>
              <w:t>SW1071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8913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B485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808D0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AE6D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9D63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FCBD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F0044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E13CF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EB838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2293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755F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DF3FC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9F48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BE9C4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1573</w:t>
            </w:r>
          </w:p>
        </w:tc>
      </w:tr>
      <w:tr w:rsidR="00A0774E" w14:paraId="76EEB9F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678E21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C43A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1608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07977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4A21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FE5A4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DB57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A84D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B583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94094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348F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8469F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E159F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45CF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3DAD8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36873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1380</w:t>
            </w:r>
          </w:p>
        </w:tc>
      </w:tr>
      <w:tr w:rsidR="00A0774E" w14:paraId="4ECE7A0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609630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6E93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1C28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5901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383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AABD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2D30A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AF5B6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52E3E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FEBCA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9876D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13C8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03CC7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C873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FB80E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8BE49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1062</w:t>
            </w:r>
          </w:p>
        </w:tc>
      </w:tr>
      <w:tr w:rsidR="00A0774E" w14:paraId="4C915750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2C6FA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C539D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486F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DC1B2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0AA32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22C0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3CEF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C02D1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8F0F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5609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AB87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8865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AAEA7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F2BB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0DA57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747</w:t>
            </w:r>
          </w:p>
        </w:tc>
      </w:tr>
      <w:tr w:rsidR="00A0774E" w14:paraId="5C1F94D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CF81C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B2E1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1603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7537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D417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A64B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9E7E5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60F77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035F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695F0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7089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5435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87A8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5926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148BF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4B8A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1429</w:t>
            </w:r>
          </w:p>
        </w:tc>
      </w:tr>
      <w:tr w:rsidR="00A0774E" w14:paraId="20FE97A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9D5418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AFF6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985D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4289E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B264C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D1DCA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0A8D6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E015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B0D1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4EFF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A9362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8EB22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549EE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6050D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09408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788</w:t>
            </w:r>
          </w:p>
        </w:tc>
      </w:tr>
      <w:tr w:rsidR="00A0774E" w14:paraId="1BDE34F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0D86B6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SW1078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F5DD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32876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821B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5442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89CE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C89AD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E894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99AC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8886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923B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110F2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7ECC7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75E84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5C2A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120</w:t>
            </w:r>
          </w:p>
        </w:tc>
      </w:tr>
      <w:tr w:rsidR="00A0774E" w14:paraId="6CCAEEE1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A2ED2E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71C4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8A0ED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69697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FFB5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1482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E87CC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08495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F2876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40D9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EB8D3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95B9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02A4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7D22D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AE3B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949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2948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534</w:t>
            </w:r>
          </w:p>
        </w:tc>
      </w:tr>
      <w:tr w:rsidR="00A0774E" w14:paraId="6FD5F48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3B23A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SW1089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D47A1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5CA0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1015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9251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46266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2468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3B39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1B6F5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8A973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D84EE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57F5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5F997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8EF2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0464A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973D6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1080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1A87B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1388</w:t>
            </w:r>
          </w:p>
        </w:tc>
      </w:tr>
      <w:tr w:rsidR="00A0774E" w14:paraId="5656D109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122EC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99D6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B83BE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DEE23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981A0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2484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2BB9D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86310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136F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AC1D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ED67C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B2DC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AF4B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E534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1EE31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F9B9B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1827</w:t>
            </w:r>
          </w:p>
        </w:tc>
      </w:tr>
      <w:tr w:rsidR="00A0774E" w14:paraId="005D1972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9E3683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9E1D2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710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D21C2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8F68C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B354E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1162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CC63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23593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234B9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17657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9CC4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32D6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5CC82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77EC4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AFD3F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631D0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315</w:t>
            </w:r>
          </w:p>
        </w:tc>
      </w:tr>
      <w:tr w:rsidR="00A0774E" w14:paraId="2DA6117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A5C89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0DEA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DFAE4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2EE6A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54159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CD62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48B32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0C986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3EC59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2DF69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5A9B9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0F85F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92F8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4A667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4A04C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1525</w:t>
            </w:r>
          </w:p>
        </w:tc>
      </w:tr>
      <w:tr w:rsidR="00A0774E" w14:paraId="0A69A22C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F8235F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71CF0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1F048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FD54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1226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9172D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EEAD7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80A9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E08D3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96488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68485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AB21E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40193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13662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43FC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1150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463B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1251</w:t>
            </w:r>
          </w:p>
        </w:tc>
      </w:tr>
      <w:tr w:rsidR="00A0774E" w14:paraId="44EA5303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7F2504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BBB25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B4992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273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6545B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185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2F51D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1009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62B9C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7F0F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8F9C8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7580D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DCE47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3494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26378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2C149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1E148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691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068A0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318</w:t>
            </w:r>
          </w:p>
        </w:tc>
      </w:tr>
      <w:tr w:rsidR="00A0774E" w14:paraId="42706094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7F688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DA56C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4069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1C90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667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D6899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2318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6860D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58A1F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49D2C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28CF0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9BF1A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91610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4495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1F73B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A668A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08B0B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1386</w:t>
            </w:r>
          </w:p>
        </w:tc>
      </w:tr>
      <w:tr w:rsidR="00A0774E" w14:paraId="27C9EF58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35F085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59079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3340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850DA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6901B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-390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7327E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2993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CF07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370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5E10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A85E1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174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2F7F4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32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33795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C3B26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A046E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CBEC6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123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38C39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883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B578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2110</w:t>
            </w:r>
          </w:p>
        </w:tc>
      </w:tr>
      <w:tr w:rsidR="00A0774E" w14:paraId="1496055E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EFDE29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SW1099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2A808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2075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92306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58E7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B0E14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2465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BF62B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3B05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487BA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307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BC6D1D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B2DB4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219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92582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4BCC1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108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E09F7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52524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2C250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1301</w:t>
            </w:r>
          </w:p>
        </w:tc>
      </w:tr>
      <w:tr w:rsidR="00A0774E" w14:paraId="103C960A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58AFFA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SW2001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63F8F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764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51F75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489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8A8A8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428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F0AF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1681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8BF769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9F57A7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F279B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33FF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CA9291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65B0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2840F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517E9B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72B43C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554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7936E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1126</w:t>
            </w:r>
          </w:p>
        </w:tc>
      </w:tr>
      <w:tr w:rsidR="00A0774E" w14:paraId="706A283D" w14:textId="77777777">
        <w:trPr>
          <w:jc w:val="center"/>
        </w:trPr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54A7BD" w14:textId="77777777" w:rsidR="00A0774E" w:rsidRDefault="00AB080A">
            <w:pPr>
              <w:spacing w:after="0" w:line="240" w:lineRule="auto"/>
            </w:pPr>
            <w:r>
              <w:rPr>
                <w:b/>
                <w:sz w:val="15"/>
              </w:rPr>
              <w:t>Average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B4010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97939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456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0647C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340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FB4B32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1,821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808AB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291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56683F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61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EA0398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134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98955E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47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A70500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83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77A046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25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4C7E04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91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8B181A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59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285D35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791</w:t>
            </w:r>
          </w:p>
        </w:tc>
        <w:tc>
          <w:tcPr>
            <w:tcW w:w="10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8CAA33" w14:textId="77777777" w:rsidR="00A0774E" w:rsidRDefault="00AB080A">
            <w:pPr>
              <w:spacing w:after="0" w:line="240" w:lineRule="auto"/>
              <w:jc w:val="center"/>
            </w:pPr>
            <w:r>
              <w:rPr>
                <w:sz w:val="15"/>
              </w:rPr>
              <w:t>1,031</w:t>
            </w:r>
          </w:p>
        </w:tc>
      </w:tr>
    </w:tbl>
    <w:p w14:paraId="01F9E746" w14:textId="77777777" w:rsidR="00AB080A" w:rsidRDefault="00AB080A"/>
    <w:sectPr w:rsidR="00AB080A" w:rsidSect="00034616">
      <w:footerReference w:type="even" r:id="rId13"/>
      <w:footerReference w:type="default" r:id="rId14"/>
      <w:footerReference w:type="first" r:id="rId15"/>
      <w:pgSz w:w="16834" w:h="11909" w:orient="landscape"/>
      <w:pgMar w:top="792" w:right="720" w:bottom="79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5FDDB" w14:textId="77777777" w:rsidR="00AB080A" w:rsidRDefault="00AB080A" w:rsidP="00963256">
      <w:pPr>
        <w:spacing w:after="0" w:line="240" w:lineRule="auto"/>
      </w:pPr>
      <w:r>
        <w:separator/>
      </w:r>
    </w:p>
  </w:endnote>
  <w:endnote w:type="continuationSeparator" w:id="0">
    <w:p w14:paraId="35ED9A46" w14:textId="77777777" w:rsidR="00AB080A" w:rsidRDefault="00AB080A" w:rsidP="00963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9854B" w14:textId="510451A5" w:rsidR="00963256" w:rsidRDefault="0096325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DBD0102" wp14:editId="6A536F9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141989647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37701D" w14:textId="53D4F016" w:rsidR="00963256" w:rsidRPr="00963256" w:rsidRDefault="00963256" w:rsidP="0096325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96325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BD01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8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" filled="f" stroked="f">
              <v:fill o:detectmouseclick="t"/>
              <v:textbox style="mso-fit-shape-to-text:t" inset="0,0,0,15pt">
                <w:txbxContent>
                  <w:p w14:paraId="7237701D" w14:textId="53D4F016" w:rsidR="00963256" w:rsidRPr="00963256" w:rsidRDefault="00963256" w:rsidP="0096325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963256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391A2" w14:textId="20769905" w:rsidR="00963256" w:rsidRDefault="0096325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0D9170F" wp14:editId="72A3C7F3">
              <wp:simplePos x="457200" y="6974958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967680114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6FC083" w14:textId="763938CE" w:rsidR="00963256" w:rsidRPr="00963256" w:rsidRDefault="00963256" w:rsidP="0096325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96325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D9170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1.8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4C6FC083" w14:textId="763938CE" w:rsidR="00963256" w:rsidRPr="00963256" w:rsidRDefault="00963256" w:rsidP="0096325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963256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8D421" w14:textId="18C71934" w:rsidR="00963256" w:rsidRDefault="0096325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91E9D2F" wp14:editId="6F6CEC1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330867245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6E9700" w14:textId="4EA3A5C7" w:rsidR="00963256" w:rsidRPr="00963256" w:rsidRDefault="00963256" w:rsidP="0096325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96325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1E9D2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31.8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156E9700" w14:textId="4EA3A5C7" w:rsidR="00963256" w:rsidRPr="00963256" w:rsidRDefault="00963256" w:rsidP="0096325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963256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9DF55" w14:textId="77777777" w:rsidR="00AB080A" w:rsidRDefault="00AB080A" w:rsidP="00963256">
      <w:pPr>
        <w:spacing w:after="0" w:line="240" w:lineRule="auto"/>
      </w:pPr>
      <w:r>
        <w:separator/>
      </w:r>
    </w:p>
  </w:footnote>
  <w:footnote w:type="continuationSeparator" w:id="0">
    <w:p w14:paraId="790BCCE9" w14:textId="77777777" w:rsidR="00AB080A" w:rsidRDefault="00AB080A" w:rsidP="009632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82076622">
    <w:abstractNumId w:val="8"/>
  </w:num>
  <w:num w:numId="2" w16cid:durableId="763067012">
    <w:abstractNumId w:val="6"/>
  </w:num>
  <w:num w:numId="3" w16cid:durableId="949823875">
    <w:abstractNumId w:val="5"/>
  </w:num>
  <w:num w:numId="4" w16cid:durableId="1692799156">
    <w:abstractNumId w:val="4"/>
  </w:num>
  <w:num w:numId="5" w16cid:durableId="1876772779">
    <w:abstractNumId w:val="7"/>
  </w:num>
  <w:num w:numId="6" w16cid:durableId="921841622">
    <w:abstractNumId w:val="3"/>
  </w:num>
  <w:num w:numId="7" w16cid:durableId="98262482">
    <w:abstractNumId w:val="2"/>
  </w:num>
  <w:num w:numId="8" w16cid:durableId="1234467818">
    <w:abstractNumId w:val="1"/>
  </w:num>
  <w:num w:numId="9" w16cid:durableId="468864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82ABF"/>
    <w:rsid w:val="00963256"/>
    <w:rsid w:val="00A0774E"/>
    <w:rsid w:val="00AA1D8D"/>
    <w:rsid w:val="00AB080A"/>
    <w:rsid w:val="00B47730"/>
    <w:rsid w:val="00B862C1"/>
    <w:rsid w:val="00CB0664"/>
    <w:rsid w:val="00F337A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E742C043-887C-4F38-A50D-FBD1AC54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3B2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3B2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3B2A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GenerationTime xmlns="5ff07fab-7e36-4994-99ee-f24a261d0371" xsi:nil="true"/>
    <MediaServiceFastMetadata xmlns="5ff07fab-7e36-4994-99ee-f24a261d0371" xsi:nil="true"/>
    <MediaServiceMetadata xmlns="5ff07fab-7e36-4994-99ee-f24a261d0371" xsi:nil="true"/>
    <MediaServiceObjectDetectorVersions xmlns="5ff07fab-7e36-4994-99ee-f24a261d0371" xsi:nil="true"/>
    <MediaServiceAutoKeyPoints xmlns="5ff07fab-7e36-4994-99ee-f24a261d0371" xsi:nil="true"/>
    <_dlc_DocIdPersistId xmlns="a5f32de4-e402-4188-b034-e71ca7d22e54" xsi:nil="true"/>
    <lcf76f155ced4ddcb4097134ff3c332f xmlns="39fb882c-7454-4263-941a-a0319b510aee">
      <Terms xmlns="http://schemas.microsoft.com/office/infopath/2007/PartnerControls"/>
    </lcf76f155ced4ddcb4097134ff3c332f>
    <MediaServiceEventHashCode xmlns="5ff07fab-7e36-4994-99ee-f24a261d0371" xsi:nil="true"/>
    <MediaServiceDateTaken xmlns="5ff07fab-7e36-4994-99ee-f24a261d0371" xsi:nil="true"/>
    <MediaLengthInSeconds xmlns="5ff07fab-7e36-4994-99ee-f24a261d0371" xsi:nil="true"/>
    <MediaServiceSearchProperties xmlns="5ff07fab-7e36-4994-99ee-f24a261d0371" xsi:nil="true"/>
    <TaxCatchAll xmlns="a8572415-c6f2-4536-b1fa-ae5704431a5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SharedContentType xmlns="Microsoft.SharePoint.Taxonomy.ContentTypeSync" SourceId="797aeec6-0273-40f2-ab3e-beee73212332" ContentTypeId="0x0101" PreviousValue="false" LastSyncTimeStamp="2018-05-31T04:53:04.507Z"/>
</file>

<file path=customXml/item5.xml><?xml version="1.0" encoding="utf-8"?>
<?mso-contentType ?>
<spe:Receivers xmlns:spe="http://schemas.microsoft.com/sharepoint/events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EDJTR Document" ma:contentTypeID="0x010100019B7476B1761045B23FDB5F44313E0800678E11A7B53C4E4C93040619FC80FF19" ma:contentTypeVersion="21" ma:contentTypeDescription="DEDJTR Document" ma:contentTypeScope="" ma:versionID="8f0d5f1facda6f7c7b590641a794f560">
  <xsd:schema xmlns:xsd="http://www.w3.org/2001/XMLSchema" xmlns:xs="http://www.w3.org/2001/XMLSchema" xmlns:p="http://schemas.microsoft.com/office/2006/metadata/properties" xmlns:ns2="5ff07fab-7e36-4994-99ee-f24a261d0371" xmlns:ns3="a5f32de4-e402-4188-b034-e71ca7d22e54" xmlns:ns4="39fb882c-7454-4263-941a-a0319b510aee" xmlns:ns5="a8572415-c6f2-4536-b1fa-ae5704431a59" targetNamespace="http://schemas.microsoft.com/office/2006/metadata/properties" ma:root="true" ma:fieldsID="1f39cea1ff3253bc915ef350397e121d" ns2:_="" ns3:_="" ns4:_="" ns5:_="">
    <xsd:import namespace="5ff07fab-7e36-4994-99ee-f24a261d0371"/>
    <xsd:import namespace="a5f32de4-e402-4188-b034-e71ca7d22e54"/>
    <xsd:import namespace="39fb882c-7454-4263-941a-a0319b510aee"/>
    <xsd:import namespace="a8572415-c6f2-4536-b1fa-ae5704431a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3:_dlc_DocId" minOccurs="0"/>
                <xsd:element ref="ns3:_dlc_DocIdUrl" minOccurs="0"/>
                <xsd:element ref="ns3:_dlc_DocIdPersistId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07fab-7e36-4994-99ee-f24a261d03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fals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fals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fals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fals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fals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fals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fals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fals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32de4-e402-4188-b034-e71ca7d22e54" elementFormDefault="qualified">
    <xsd:import namespace="http://schemas.microsoft.com/office/2006/documentManagement/types"/>
    <xsd:import namespace="http://schemas.microsoft.com/office/infopath/2007/PartnerControls"/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b882c-7454-4263-941a-a0319b510aee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797aeec6-0273-40f2-ab3e-beee732123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572415-c6f2-4536-b1fa-ae5704431a59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9accb61a-021f-4336-9eed-2b7e90fede2b}" ma:internalName="TaxCatchAll" ma:showField="CatchAllData" ma:web="a8572415-c6f2-4536-b1fa-ae5704431a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BE4916-8C92-4067-BD92-B5C7813CE650}">
  <ds:schemaRefs>
    <ds:schemaRef ds:uri="http://schemas.microsoft.com/office/2006/metadata/properties"/>
    <ds:schemaRef ds:uri="http://schemas.microsoft.com/office/infopath/2007/PartnerControls"/>
    <ds:schemaRef ds:uri="5ff07fab-7e36-4994-99ee-f24a261d0371"/>
    <ds:schemaRef ds:uri="a5f32de4-e402-4188-b034-e71ca7d22e54"/>
    <ds:schemaRef ds:uri="39fb882c-7454-4263-941a-a0319b510aee"/>
    <ds:schemaRef ds:uri="a8572415-c6f2-4536-b1fa-ae5704431a59"/>
  </ds:schemaRefs>
</ds:datastoreItem>
</file>

<file path=customXml/itemProps2.xml><?xml version="1.0" encoding="utf-8"?>
<ds:datastoreItem xmlns:ds="http://schemas.openxmlformats.org/officeDocument/2006/customXml" ds:itemID="{F0E7C1BD-CC36-4849-A63D-4602663135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8E09F88-49A2-4B50-B676-4F4B1519ABAB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3E985E04-F039-495D-AF1A-F0B93FAB817A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620642D2-C1E7-48C8-AE3C-9B68B9C25A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f07fab-7e36-4994-99ee-f24a261d0371"/>
    <ds:schemaRef ds:uri="a5f32de4-e402-4188-b034-e71ca7d22e54"/>
    <ds:schemaRef ds:uri="39fb882c-7454-4263-941a-a0319b510aee"/>
    <ds:schemaRef ds:uri="a8572415-c6f2-4536-b1fa-ae5704431a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110</Pages>
  <Words>23170</Words>
  <Characters>79707</Characters>
  <Application>Microsoft Office Word</Application>
  <DocSecurity>0</DocSecurity>
  <Lines>39853</Lines>
  <Paragraphs>25719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77158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Livestock Farm Monitor Project appendix tables 2025-26</dc:title>
  <dc:subject>Accessible appendix tables from the Victoria Annual Report 2025-26</dc:subject>
  <dc:creator>Sam J Henty (DEECA)</dc:creator>
  <cp:keywords>LFMP, livestock, farm monitor, appendix, accessible tables, 2025-26</cp:keywords>
  <dc:description>Prepared as an accessible Word version of the published appendix tables.</dc:description>
  <cp:lastModifiedBy>Sam J Henty (DEECA)</cp:lastModifiedBy>
  <cp:revision>5</cp:revision>
  <dcterms:created xsi:type="dcterms:W3CDTF">2026-10-22T20:36:00Z</dcterms:created>
  <dcterms:modified xsi:type="dcterms:W3CDTF">2026-10-22T21:00:00Z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0x010100019B7476B1761045B23FDB5F44313E0800678E11A7B53C4E4C93040619FC80FF19</vt:lpwstr>
  </property>
  <property fmtid="{D5CDD505-2E9C-101B-9397-08002B2CF9AE}" pid="3" name="ClassificationContentMarkingFooterShapeIds">
    <vt:lpwstr>13b8a22d,54a1e69a,39ada072</vt:lpwstr>
  </property>
  <property fmtid="{D5CDD505-2E9C-101B-9397-08002B2CF9AE}" pid="4" name="ClassificationContentMarkingFooterFontProps">
    <vt:lpwstr>#000000,12,Aptos</vt:lpwstr>
  </property>
  <property fmtid="{D5CDD505-2E9C-101B-9397-08002B2CF9AE}" pid="5" name="ClassificationContentMarkingFooterText">
    <vt:lpwstr>OFFICIAL</vt:lpwstr>
  </property>
  <property fmtid="{D5CDD505-2E9C-101B-9397-08002B2CF9AE}" pid="6" name="MSIP_Label_4257e2ab-f512-40e2-9c9a-c64247360765_Enabled">
    <vt:lpwstr>true</vt:lpwstr>
  </property>
  <property fmtid="{D5CDD505-2E9C-101B-9397-08002B2CF9AE}" pid="7" name="MSIP_Label_4257e2ab-f512-40e2-9c9a-c64247360765_SetDate">
    <vt:lpwstr>2026-10-22T20:54:53Z</vt:lpwstr>
  </property>
  <property fmtid="{D5CDD505-2E9C-101B-9397-08002B2CF9AE}" pid="8" name="MSIP_Label_4257e2ab-f512-40e2-9c9a-c64247360765_Method">
    <vt:lpwstr>Privileged</vt:lpwstr>
  </property>
  <property fmtid="{D5CDD505-2E9C-101B-9397-08002B2CF9AE}" pid="9" name="MSIP_Label_4257e2ab-f512-40e2-9c9a-c64247360765_Name">
    <vt:lpwstr>OFFICIAL</vt:lpwstr>
  </property>
  <property fmtid="{D5CDD505-2E9C-101B-9397-08002B2CF9AE}" pid="10" name="MSIP_Label_4257e2ab-f512-40e2-9c9a-c64247360765_SiteId">
    <vt:lpwstr>e8bdd6f7-fc18-4e48-a554-7f547927223b</vt:lpwstr>
  </property>
  <property fmtid="{D5CDD505-2E9C-101B-9397-08002B2CF9AE}" pid="11" name="MSIP_Label_4257e2ab-f512-40e2-9c9a-c64247360765_ActionId">
    <vt:lpwstr>45ccc2c2-ca88-45ba-b1eb-cc9c172dca55</vt:lpwstr>
  </property>
  <property fmtid="{D5CDD505-2E9C-101B-9397-08002B2CF9AE}" pid="12" name="MSIP_Label_4257e2ab-f512-40e2-9c9a-c64247360765_ContentBits">
    <vt:lpwstr>2</vt:lpwstr>
  </property>
  <property fmtid="{D5CDD505-2E9C-101B-9397-08002B2CF9AE}" pid="13" name="MSIP_Label_4257e2ab-f512-40e2-9c9a-c64247360765_Tag">
    <vt:lpwstr>10, 0, 1, 1</vt:lpwstr>
  </property>
  <property fmtid="{D5CDD505-2E9C-101B-9397-08002B2CF9AE}" pid="14" name="MediaServiceImageTags">
    <vt:lpwstr/>
  </property>
</Properties>
</file>